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上海应用技术大学推荐优秀应届本科毕业生免试攻读研究生工作实施办法（试行）</w:t>
      </w:r>
    </w:p>
    <w:p>
      <w:r>
        <w:t>发布时间：2025年9月1日</w:t>
      </w:r>
    </w:p>
    <w:p>
      <w:r>
        <w:t>来源URL：https://tao.sit.edu.cn/info/1741/9471.htm</w:t>
      </w:r>
    </w:p>
    <w:p>
      <w:r>
        <w:t>========================================</w:t>
      </w:r>
    </w:p>
    <w:p>
      <w:r>
        <w:t>﻿</w:t>
      </w:r>
    </w:p>
    <w:p>
      <w:r>
        <w:t>首页</w:t>
      </w:r>
    </w:p>
    <w:p>
      <w:r>
        <w:t>本科生院概况</w:t>
      </w:r>
    </w:p>
    <w:p>
      <w:r>
        <w:t>教学质量</w:t>
      </w:r>
    </w:p>
    <w:p>
      <w:r>
        <w:t>教学建设</w:t>
      </w:r>
    </w:p>
    <w:p>
      <w:r>
        <w:t>产教融合</w:t>
      </w:r>
    </w:p>
    <w:p>
      <w:r>
        <w:t>推免专栏</w:t>
      </w:r>
    </w:p>
    <w:p>
      <w:r>
        <w:t>三创教育</w:t>
      </w:r>
    </w:p>
    <w:p>
      <w:r>
        <w:t>校历</w:t>
      </w:r>
    </w:p>
    <w:p>
      <w:r>
        <w:t>部门党务</w:t>
      </w:r>
    </w:p>
    <w:p>
      <w:r>
        <w:t>学校首页</w:t>
      </w:r>
    </w:p>
    <w:p>
      <w:r>
        <w:t>上海应用技术大学推荐优秀应届本科毕业生免试攻读研究生工作实施办法（试行）</w:t>
      </w:r>
    </w:p>
    <w:p>
      <w:r>
        <w:t>发布时间：</w:t>
      </w:r>
    </w:p>
    <w:p>
      <w:r>
        <w:t>2025-09-01</w:t>
      </w:r>
    </w:p>
    <w:p>
      <w:r>
        <w:t>浏览次数：</w:t>
      </w:r>
    </w:p>
    <w:p>
      <w:r>
        <w:t>学校地址：上海市奉贤区海泉路100号 邮编：201418</w:t>
      </w:r>
    </w:p>
    <w:p>
      <w:r>
        <w:t>版权所有©上海应用技术大学 沪公网安备31012002003754号 沪ICP备09000134号-1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