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复旦大学招收2027级推荐免试研究生报名通知</w:t>
      </w:r>
    </w:p>
    <w:p>
      <w:r>
        <w:t>发布时间：2026年7月3日</w:t>
      </w:r>
    </w:p>
    <w:p>
      <w:r>
        <w:t>来源URL：https://gsao.fudan.edu.cn/fb/0b/c15029a785163/page.htm</w:t>
      </w:r>
    </w:p>
    <w:p>
      <w:r>
        <w:t>========================================</w:t>
      </w:r>
    </w:p>
    <w:p>
      <w:r>
        <w:t>复旦大学招收2027级推荐免试研究生报名通知.pdf'}" class="wp_pdf_player" sudyplayer="wp_pdf_player" contenteditable="false"&gt;</w:t>
      </w:r>
    </w:p>
    <w:p>
      <w:r>
        <w:t>友情链接</w:t>
      </w:r>
    </w:p>
    <w:p>
      <w:r>
        <w:t>复旦常用站点</w:t>
      </w:r>
    </w:p>
    <w:p>
      <w:r>
        <w:t>复旦大学主页</w:t>
      </w:r>
    </w:p>
    <w:p>
      <w:r>
        <w:t>研究生院</w:t>
      </w:r>
    </w:p>
    <w:p>
      <w:r>
        <w:t>心理健康教育中心</w:t>
      </w:r>
    </w:p>
    <w:p>
      <w:r>
        <w:t>学生就业信息网</w:t>
      </w:r>
    </w:p>
    <w:p>
      <w:r>
        <w:t>校医院</w:t>
      </w:r>
    </w:p>
    <w:p>
      <w:r>
        <w:t>财务处</w:t>
      </w:r>
    </w:p>
    <w:p>
      <w:r>
        <w:t>信息办</w:t>
      </w:r>
    </w:p>
    <w:p>
      <w:r>
        <w:t>研工部</w:t>
      </w:r>
    </w:p>
    <w:p>
      <w:r>
        <w:t>图书馆</w:t>
      </w:r>
    </w:p>
    <w:p>
      <w:r>
        <w:t>学生职业发展教育服务中心</w:t>
      </w:r>
    </w:p>
    <w:p>
      <w:r>
        <w:t>档案馆</w:t>
      </w:r>
    </w:p>
    <w:p>
      <w:r>
        <w:t>现代教育技术中心</w:t>
      </w:r>
    </w:p>
    <w:p>
      <w:r>
        <w:t>日月光华站</w:t>
      </w:r>
    </w:p>
    <w:p>
      <w:r>
        <w:t>人文复旦</w:t>
      </w:r>
    </w:p>
    <w:p>
      <w:r>
        <w:t>复旦大学出版社</w:t>
      </w:r>
    </w:p>
    <w:p>
      <w:r>
        <w:t>复旦院系链接</w:t>
      </w:r>
    </w:p>
    <w:p>
      <w:r>
        <w:t>001马克思主义学院</w:t>
      </w:r>
    </w:p>
    <w:p>
      <w:r>
        <w:t>010古籍整理研究所（中国古代文学研究中心）</w:t>
      </w:r>
    </w:p>
    <w:p>
      <w:r>
        <w:t>010中国古代文学研究中心</w:t>
      </w:r>
    </w:p>
    <w:p>
      <w:r>
        <w:t>011中国语言文学系</w:t>
      </w:r>
    </w:p>
    <w:p>
      <w:r>
        <w:t>012外国语言文学学院</w:t>
      </w:r>
    </w:p>
    <w:p>
      <w:r>
        <w:t>013新闻学院</w:t>
      </w:r>
    </w:p>
    <w:p>
      <w:r>
        <w:t>014历史学系</w:t>
      </w:r>
    </w:p>
    <w:p>
      <w:r>
        <w:t>016哲学学院</w:t>
      </w:r>
    </w:p>
    <w:p>
      <w:r>
        <w:t>017国际关系与公共事务学院</w:t>
      </w:r>
    </w:p>
    <w:p>
      <w:r>
        <w:t>018数学科学学院</w:t>
      </w:r>
    </w:p>
    <w:p>
      <w:r>
        <w:t>019物理学系</w:t>
      </w:r>
    </w:p>
    <w:p>
      <w:r>
        <w:t>020现代物理研究所</w:t>
      </w:r>
    </w:p>
    <w:p>
      <w:r>
        <w:t>022化学系</w:t>
      </w:r>
    </w:p>
    <w:p>
      <w:r>
        <w:t>027法学院</w:t>
      </w:r>
    </w:p>
    <w:p>
      <w:r>
        <w:t>029航空航天系</w:t>
      </w:r>
    </w:p>
    <w:p>
      <w:r>
        <w:t>030材料科学系</w:t>
      </w:r>
    </w:p>
    <w:p>
      <w:r>
        <w:t>044高分子学系</w:t>
      </w:r>
    </w:p>
    <w:p>
      <w:r>
        <w:t>046高等教育研究所</w:t>
      </w:r>
    </w:p>
    <w:p>
      <w:r>
        <w:t>050旅游学系</w:t>
      </w:r>
    </w:p>
    <w:p>
      <w:r>
        <w:t>054文物与博物馆学系</w:t>
      </w:r>
    </w:p>
    <w:p>
      <w:r>
        <w:t>066泛海国际金融学院</w:t>
      </w:r>
    </w:p>
    <w:p>
      <w:r>
        <w:t>068经济学院</w:t>
      </w:r>
    </w:p>
    <w:p>
      <w:r>
        <w:t>069管理学院</w:t>
      </w:r>
    </w:p>
    <w:p>
      <w:r>
        <w:t>070生命科学学院</w:t>
      </w:r>
    </w:p>
    <w:p>
      <w:r>
        <w:t>073社会发展与公共政策学院</w:t>
      </w:r>
    </w:p>
    <w:p>
      <w:r>
        <w:t>074环境科学与工程系</w:t>
      </w:r>
    </w:p>
    <w:p>
      <w:r>
        <w:t>076历史地理研究中心</w:t>
      </w:r>
    </w:p>
    <w:p>
      <w:r>
        <w:t>080国际文化交流学院</w:t>
      </w:r>
    </w:p>
    <w:p>
      <w:r>
        <w:t>083文献信息中心</w:t>
      </w:r>
    </w:p>
    <w:p>
      <w:r>
        <w:t>084上海数学中心</w:t>
      </w:r>
    </w:p>
    <w:p>
      <w:r>
        <w:t>085类脑人工智能科学与技术研究院</w:t>
      </w:r>
    </w:p>
    <w:p>
      <w:r>
        <w:t>087全球公共政策研究院</w:t>
      </w:r>
    </w:p>
    <w:p>
      <w:r>
        <w:t>088代谢与整合生物学研究院</w:t>
      </w:r>
    </w:p>
    <w:p>
      <w:r>
        <w:t>089智能复杂体系基础理论与关键技术实验室</w:t>
      </w:r>
    </w:p>
    <w:p>
      <w:r>
        <w:t>098大数据学院</w:t>
      </w:r>
    </w:p>
    <w:p>
      <w:r>
        <w:t>101基础医学院</w:t>
      </w:r>
    </w:p>
    <w:p>
      <w:r>
        <w:t>102公共卫生学院</w:t>
      </w:r>
    </w:p>
    <w:p>
      <w:r>
        <w:t>103药学院</w:t>
      </w:r>
    </w:p>
    <w:p>
      <w:r>
        <w:t>112实验动物中心</w:t>
      </w:r>
    </w:p>
    <w:p>
      <w:r>
        <w:t>114放射医学研究所</w:t>
      </w:r>
    </w:p>
    <w:p>
      <w:r>
        <w:t>115上海市生物医药技术研究院</w:t>
      </w:r>
    </w:p>
    <w:p>
      <w:r>
        <w:t>117护理学院</w:t>
      </w:r>
    </w:p>
    <w:p>
      <w:r>
        <w:t>120临床医学院</w:t>
      </w:r>
    </w:p>
    <w:p>
      <w:r>
        <w:t>132上海市影像医学研究所</w:t>
      </w:r>
    </w:p>
    <w:p>
      <w:r>
        <w:t>151生物医学研究院</w:t>
      </w:r>
    </w:p>
    <w:p>
      <w:r>
        <w:t>152脑科学研究院</w:t>
      </w:r>
    </w:p>
    <w:p>
      <w:r>
        <w:t>153脑科学转化研究院</w:t>
      </w:r>
    </w:p>
    <w:p>
      <w:r>
        <w:t>201软件学院</w:t>
      </w:r>
    </w:p>
    <w:p>
      <w:r>
        <w:t>203人类表型组研究院</w:t>
      </w:r>
    </w:p>
    <w:p>
      <w:r>
        <w:t>301先进材料实验室</w:t>
      </w:r>
    </w:p>
    <w:p>
      <w:r>
        <w:t>其他高校链接</w:t>
      </w:r>
    </w:p>
    <w:p>
      <w:r>
        <w:t>中国研究生招生信息网</w:t>
      </w:r>
    </w:p>
    <w:p>
      <w:r>
        <w:t>中国人民大学</w:t>
      </w:r>
    </w:p>
    <w:p>
      <w:r>
        <w:t>上海社会科学院</w:t>
      </w:r>
    </w:p>
    <w:p>
      <w:r>
        <w:t>北京大学</w:t>
      </w:r>
    </w:p>
    <w:p>
      <w:r>
        <w:t>清华大学</w:t>
      </w:r>
    </w:p>
    <w:p>
      <w:r>
        <w:t>哈尔滨工业大学</w:t>
      </w:r>
    </w:p>
    <w:p>
      <w:r>
        <w:t>上海交通大学</w:t>
      </w:r>
    </w:p>
    <w:p>
      <w:r>
        <w:t>南京大学</w:t>
      </w:r>
    </w:p>
    <w:p>
      <w:r>
        <w:t>浙江大学</w:t>
      </w:r>
    </w:p>
    <w:p>
      <w:r>
        <w:t>中国科学技术大学</w:t>
      </w:r>
    </w:p>
    <w:p>
      <w:r>
        <w:t>西安交通大学</w:t>
      </w:r>
    </w:p>
    <w:p>
      <w:r>
        <w:t>同济大学</w:t>
      </w:r>
    </w:p>
    <w:p>
      <w:r>
        <w:t>返回原图</w:t>
      </w:r>
    </w:p>
    <w:p>
      <w:r>
        <w:t>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