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研究生招生</w:t>
      </w:r>
    </w:p>
    <w:p>
      <w:r>
        <w:t>发布时间：2025年10月21日</w:t>
      </w:r>
    </w:p>
    <w:p>
      <w:r>
        <w:t>来源URL：https://yjsc.hainnu.edu.cn/2025/1021/c1798a159831/page.htm</w:t>
      </w:r>
    </w:p>
    <w:p>
      <w:r>
        <w:t>========================================</w:t>
      </w:r>
    </w:p>
    <w:p>
      <w:r>
        <w:t>2026年接收推荐免试攻读硕士学位研究生拟录取名单公示</w:t>
      </w:r>
    </w:p>
    <w:p>
      <w:r>
        <w:t>2025-10-21 12:08:00</w:t>
      </w:r>
    </w:p>
    <w:p>
      <w:r>
        <w:t>来源：</w:t>
      </w:r>
    </w:p>
    <w:p>
      <w:r>
        <w:t>当前位置：</w:t>
      </w:r>
    </w:p>
    <w:p>
      <w:r>
        <w:t>首页 研究生招生 硕士</w:t>
      </w:r>
    </w:p>
    <w:p>
      <w:r>
        <w:t>根据《海南师范大学2026年接收推荐免试攻读硕士学位研究生简章》及上级相关文件要求，经具备推免资格学生申请、学院复试考核，现对我校2026年接收推荐免试攻读硕士学位研究生拟录取名单进行公示。</w:t>
      </w:r>
    </w:p>
    <w:p>
      <w:r>
        <w:t>如对拟录取名单有异议，请在公示期内将反映材料（署具真实姓名）以书面形式向我校研究生招生办公室反映。</w:t>
      </w:r>
    </w:p>
    <w:p>
      <w:r>
        <w:t>公示时间：2025年10月21日至10月28日</w:t>
      </w:r>
    </w:p>
    <w:p>
      <w:r>
        <w:t>电子信箱：hsyzb@hainnu.edu.cn</w:t>
      </w:r>
    </w:p>
    <w:p>
      <w:r>
        <w:t>联系电话：0898-65893907</w:t>
      </w:r>
    </w:p>
    <w:p>
      <w:r>
        <w:t>通讯地址：海口市琼山区龙昆南路99号海南师范大学研究生学院</w:t>
      </w:r>
    </w:p>
    <w:p>
      <w:r>
        <w:t>附件：2026年接收推荐免试攻读硕士学位研究生拟录取名单</w:t>
      </w:r>
    </w:p>
    <w:p>
      <w:r>
        <w:t>特别说明：</w:t>
      </w:r>
    </w:p>
    <w:p>
      <w:r>
        <w:t>1.拟录取考生最终是否录取以教育部录检结果为准。若拟录取考生思想政治素质和品德考核不合格、体检不合格以及有任何不符合报考条件或录取要求的，一经确认属实，取消其录取资格。</w:t>
      </w:r>
    </w:p>
    <w:p>
      <w:r>
        <w:t>2.我校不再向接收的推免生发放任何形式的接收函，预计将于2026年7月初发放录取通知书。</w:t>
      </w:r>
    </w:p>
    <w:p>
      <w:r>
        <w:t>上一篇：下一篇：</w:t>
      </w:r>
    </w:p>
    <w:p>
      <w:r>
        <w:t>研究生招生</w:t>
      </w:r>
    </w:p>
    <w:p>
      <w:r>
        <w:t>通知公告</w:t>
      </w:r>
    </w:p>
    <w:p>
      <w:r>
        <w:t>硕士</w:t>
      </w:r>
    </w:p>
    <w:p>
      <w:r>
        <w:t>博士</w:t>
      </w:r>
    </w:p>
    <w:p>
      <w:r>
        <w:t>考点</w:t>
      </w:r>
    </w:p>
    <w:p>
      <w:r>
        <w:t>下载专区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