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青岛理工大学2026届优秀应届本科毕业生免试攻读研究生推荐名单的公示</w:t>
      </w:r>
    </w:p>
    <w:p>
      <w:r>
        <w:t>发布时间：2025年9月13日</w:t>
      </w:r>
    </w:p>
    <w:p>
      <w:r>
        <w:t>来源URL：https://jw.qut.edu.cn/info/1005/4453.htm</w:t>
      </w:r>
    </w:p>
    <w:p>
      <w:r>
        <w:t>========================================</w:t>
      </w:r>
    </w:p>
    <w:p>
      <w:r>
        <w:t>﻿</w:t>
      </w:r>
    </w:p>
    <w:p>
      <w:r>
        <w:t>首页</w:t>
      </w:r>
    </w:p>
    <w:p>
      <w:r>
        <w:t>机构设置</w:t>
      </w:r>
    </w:p>
    <w:p>
      <w:r>
        <w:t>部门简介</w:t>
      </w:r>
    </w:p>
    <w:p>
      <w:r>
        <w:t>机构设置</w:t>
      </w:r>
    </w:p>
    <w:p>
      <w:r>
        <w:t>办事流程</w:t>
      </w:r>
    </w:p>
    <w:p>
      <w:r>
        <w:t>教学运行</w:t>
      </w:r>
    </w:p>
    <w:p>
      <w:r>
        <w:t>选课管理</w:t>
      </w:r>
    </w:p>
    <w:p>
      <w:r>
        <w:t>辅修管理</w:t>
      </w:r>
    </w:p>
    <w:p>
      <w:r>
        <w:t>学籍管理</w:t>
      </w:r>
    </w:p>
    <w:p>
      <w:r>
        <w:t>学籍管理</w:t>
      </w:r>
    </w:p>
    <w:p>
      <w:r>
        <w:t>学业管理</w:t>
      </w:r>
    </w:p>
    <w:p>
      <w:r>
        <w:t>学历学位</w:t>
      </w:r>
    </w:p>
    <w:p>
      <w:r>
        <w:t>校际交流</w:t>
      </w:r>
    </w:p>
    <w:p>
      <w:r>
        <w:t>专升本</w:t>
      </w:r>
    </w:p>
    <w:p>
      <w:r>
        <w:t>实践教学</w:t>
      </w:r>
    </w:p>
    <w:p>
      <w:r>
        <w:t>综合服务</w:t>
      </w:r>
    </w:p>
    <w:p>
      <w:r>
        <w:t>实验教学</w:t>
      </w:r>
    </w:p>
    <w:p>
      <w:r>
        <w:t>实习</w:t>
      </w:r>
    </w:p>
    <w:p>
      <w:r>
        <w:t>课程设计</w:t>
      </w:r>
    </w:p>
    <w:p>
      <w:r>
        <w:t>毕业设计</w:t>
      </w:r>
    </w:p>
    <w:p>
      <w:r>
        <w:t>实验教学与立项</w:t>
      </w:r>
    </w:p>
    <w:p>
      <w:r>
        <w:t>教材建设</w:t>
      </w:r>
    </w:p>
    <w:p>
      <w:r>
        <w:t>教材规划</w:t>
      </w:r>
    </w:p>
    <w:p>
      <w:r>
        <w:t>教材立项</w:t>
      </w:r>
    </w:p>
    <w:p>
      <w:r>
        <w:t>教材获奖</w:t>
      </w:r>
    </w:p>
    <w:p>
      <w:r>
        <w:t>管理文件</w:t>
      </w:r>
    </w:p>
    <w:p>
      <w:r>
        <w:t>教学研究</w:t>
      </w:r>
    </w:p>
    <w:p>
      <w:r>
        <w:t>人才培养</w:t>
      </w:r>
    </w:p>
    <w:p>
      <w:r>
        <w:t>专业建设</w:t>
      </w:r>
    </w:p>
    <w:p>
      <w:r>
        <w:t>课程建设</w:t>
      </w:r>
    </w:p>
    <w:p>
      <w:r>
        <w:t>教改项目</w:t>
      </w:r>
    </w:p>
    <w:p>
      <w:r>
        <w:t>教学简报</w:t>
      </w:r>
    </w:p>
    <w:p>
      <w:r>
        <w:t>教师发展</w:t>
      </w:r>
    </w:p>
    <w:p>
      <w:r>
        <w:t>教学比赛</w:t>
      </w:r>
    </w:p>
    <w:p>
      <w:r>
        <w:t>教师培训</w:t>
      </w:r>
    </w:p>
    <w:p>
      <w:r>
        <w:t>名师风采</w:t>
      </w:r>
    </w:p>
    <w:p>
      <w:r>
        <w:t>发展咨询</w:t>
      </w:r>
    </w:p>
    <w:p>
      <w:r>
        <w:t>教学评估</w:t>
      </w:r>
    </w:p>
    <w:p>
      <w:r>
        <w:t>审核评估</w:t>
      </w:r>
    </w:p>
    <w:p>
      <w:r>
        <w:t>专业认证</w:t>
      </w:r>
    </w:p>
    <w:p>
      <w:r>
        <w:t>质量监控</w:t>
      </w:r>
    </w:p>
    <w:p>
      <w:r>
        <w:t>本科招生</w:t>
      </w:r>
    </w:p>
    <w:p>
      <w:r>
        <w:t>语言文字</w:t>
      </w:r>
    </w:p>
    <w:p>
      <w:r>
        <w:t>工作动态</w:t>
      </w:r>
    </w:p>
    <w:p>
      <w:r>
        <w:t>继续教育</w:t>
      </w:r>
    </w:p>
    <w:p>
      <w:r>
        <w:t>项目公示</w:t>
      </w:r>
    </w:p>
    <w:p>
      <w:r>
        <w:t>政策文件</w:t>
      </w:r>
    </w:p>
    <w:p>
      <w:r>
        <w:t>合作咨询</w:t>
      </w:r>
    </w:p>
    <w:p>
      <w:r>
        <w:t>规章制度</w:t>
      </w:r>
    </w:p>
    <w:p>
      <w:r>
        <w:t>国家教育法规</w:t>
      </w:r>
    </w:p>
    <w:p>
      <w:r>
        <w:t>教育部文件</w:t>
      </w:r>
    </w:p>
    <w:p>
      <w:r>
        <w:t>山东省文件</w:t>
      </w:r>
    </w:p>
    <w:p>
      <w:r>
        <w:t>学校教育规章</w:t>
      </w:r>
    </w:p>
    <w:p>
      <w:r>
        <w:t>相关下载</w:t>
      </w:r>
    </w:p>
    <w:p>
      <w:r>
        <w:t>公共下载</w:t>
      </w:r>
    </w:p>
    <w:p>
      <w:r>
        <w:t>内部下载</w:t>
      </w:r>
    </w:p>
    <w:p>
      <w:r>
        <w:t>移动版下载</w:t>
      </w:r>
    </w:p>
    <w:p>
      <w:r>
        <w:t>首页</w:t>
      </w:r>
    </w:p>
    <w:p>
      <w:r>
        <w:t>机构设置</w:t>
      </w:r>
    </w:p>
    <w:p>
      <w:r>
        <w:t>部门简介</w:t>
      </w:r>
    </w:p>
    <w:p>
      <w:r>
        <w:t>机构设置</w:t>
      </w:r>
    </w:p>
    <w:p>
      <w:r>
        <w:t>办事流程</w:t>
      </w:r>
    </w:p>
    <w:p>
      <w:r>
        <w:t>教学运行</w:t>
      </w:r>
    </w:p>
    <w:p>
      <w:r>
        <w:t>选课管理</w:t>
      </w:r>
    </w:p>
    <w:p>
      <w:r>
        <w:t>辅修管理</w:t>
      </w:r>
    </w:p>
    <w:p>
      <w:r>
        <w:t>学籍管理</w:t>
      </w:r>
    </w:p>
    <w:p>
      <w:r>
        <w:t>学籍管理</w:t>
      </w:r>
    </w:p>
    <w:p>
      <w:r>
        <w:t>学业管理</w:t>
      </w:r>
    </w:p>
    <w:p>
      <w:r>
        <w:t>学历学位</w:t>
      </w:r>
    </w:p>
    <w:p>
      <w:r>
        <w:t>校际交流</w:t>
      </w:r>
    </w:p>
    <w:p>
      <w:r>
        <w:t>专升本</w:t>
      </w:r>
    </w:p>
    <w:p>
      <w:r>
        <w:t>实践教学</w:t>
      </w:r>
    </w:p>
    <w:p>
      <w:r>
        <w:t>综合服务</w:t>
      </w:r>
    </w:p>
    <w:p>
      <w:r>
        <w:t>实验教学</w:t>
      </w:r>
    </w:p>
    <w:p>
      <w:r>
        <w:t>实习</w:t>
      </w:r>
    </w:p>
    <w:p>
      <w:r>
        <w:t>课程设计</w:t>
      </w:r>
    </w:p>
    <w:p>
      <w:r>
        <w:t>毕业设计</w:t>
      </w:r>
    </w:p>
    <w:p>
      <w:r>
        <w:t>实验教学与立项</w:t>
      </w:r>
    </w:p>
    <w:p>
      <w:r>
        <w:t>教材建设</w:t>
      </w:r>
    </w:p>
    <w:p>
      <w:r>
        <w:t>教材规划</w:t>
      </w:r>
    </w:p>
    <w:p>
      <w:r>
        <w:t>教材立项</w:t>
      </w:r>
    </w:p>
    <w:p>
      <w:r>
        <w:t>教材获奖</w:t>
      </w:r>
    </w:p>
    <w:p>
      <w:r>
        <w:t>管理文件</w:t>
      </w:r>
    </w:p>
    <w:p>
      <w:r>
        <w:t>教学研究</w:t>
      </w:r>
    </w:p>
    <w:p>
      <w:r>
        <w:t>人才培养</w:t>
      </w:r>
    </w:p>
    <w:p>
      <w:r>
        <w:t>专业建设</w:t>
      </w:r>
    </w:p>
    <w:p>
      <w:r>
        <w:t>课程建设</w:t>
      </w:r>
    </w:p>
    <w:p>
      <w:r>
        <w:t>教改项目</w:t>
      </w:r>
    </w:p>
    <w:p>
      <w:r>
        <w:t>教学简报</w:t>
      </w:r>
    </w:p>
    <w:p>
      <w:r>
        <w:t>教师发展</w:t>
      </w:r>
    </w:p>
    <w:p>
      <w:r>
        <w:t>教学比赛</w:t>
      </w:r>
    </w:p>
    <w:p>
      <w:r>
        <w:t>教师培训</w:t>
      </w:r>
    </w:p>
    <w:p>
      <w:r>
        <w:t>名师风采</w:t>
      </w:r>
    </w:p>
    <w:p>
      <w:r>
        <w:t>发展咨询</w:t>
      </w:r>
    </w:p>
    <w:p>
      <w:r>
        <w:t>教学评估</w:t>
      </w:r>
    </w:p>
    <w:p>
      <w:r>
        <w:t>审核评估</w:t>
      </w:r>
    </w:p>
    <w:p>
      <w:r>
        <w:t>专业认证</w:t>
      </w:r>
    </w:p>
    <w:p>
      <w:r>
        <w:t>质量监控</w:t>
      </w:r>
    </w:p>
    <w:p>
      <w:r>
        <w:t>本科招生</w:t>
      </w:r>
    </w:p>
    <w:p>
      <w:r>
        <w:t>语言文字</w:t>
      </w:r>
    </w:p>
    <w:p>
      <w:r>
        <w:t>工作动态</w:t>
      </w:r>
    </w:p>
    <w:p>
      <w:r>
        <w:t>继续教育</w:t>
      </w:r>
    </w:p>
    <w:p>
      <w:r>
        <w:t>项目公示</w:t>
      </w:r>
    </w:p>
    <w:p>
      <w:r>
        <w:t>政策文件</w:t>
      </w:r>
    </w:p>
    <w:p>
      <w:r>
        <w:t>合作咨询</w:t>
      </w:r>
    </w:p>
    <w:p>
      <w:r>
        <w:t>规章制度</w:t>
      </w:r>
    </w:p>
    <w:p>
      <w:r>
        <w:t>国家教育法规</w:t>
      </w:r>
    </w:p>
    <w:p>
      <w:r>
        <w:t>教育部文件</w:t>
      </w:r>
    </w:p>
    <w:p>
      <w:r>
        <w:t>山东省文件</w:t>
      </w:r>
    </w:p>
    <w:p>
      <w:r>
        <w:t>学校教育规章</w:t>
      </w:r>
    </w:p>
    <w:p>
      <w:r>
        <w:t>相关下载</w:t>
      </w:r>
    </w:p>
    <w:p>
      <w:r>
        <w:t>公共下载</w:t>
      </w:r>
    </w:p>
    <w:p>
      <w:r>
        <w:t>内部下载</w:t>
      </w:r>
    </w:p>
    <w:p>
      <w:r>
        <w:t>移动版下载</w:t>
      </w:r>
    </w:p>
    <w:p>
      <w:r>
        <w:t>首页 /Regulations</w:t>
      </w:r>
    </w:p>
    <w:p>
      <w:r>
        <w:t>当前位置:</w:t>
      </w:r>
    </w:p>
    <w:p>
      <w:r>
        <w:t>首页</w:t>
      </w:r>
    </w:p>
    <w:p>
      <w:r>
        <w:t>&gt;</w:t>
      </w:r>
    </w:p>
    <w:p>
      <w:r>
        <w:t>公告公示</w:t>
      </w:r>
    </w:p>
    <w:p>
      <w:r>
        <w:t>&gt;</w:t>
      </w:r>
    </w:p>
    <w:p>
      <w:r>
        <w:t>正文</w:t>
      </w:r>
    </w:p>
    <w:p>
      <w:r>
        <w:t>青岛理工大学2026届优秀应届本科毕业生免试攻读研究生推荐名单的公示</w:t>
      </w:r>
    </w:p>
    <w:p>
      <w:r>
        <w:t>更新时间：2025年09月13日 09:00点击次数： 次字号：T|T</w:t>
      </w:r>
    </w:p>
    <w:p>
      <w:r>
        <w:t>按照2026届优秀应届本科毕业生免试攻读研究生推荐工作安排，经学生申请、院系综合排名和推荐、学校审核，现将2026届优秀应届本科毕业生免试攻读研究生推荐名单公示如下（见附件1），公示期为2025年9月13日—2025年9月19日，如在公示期间对其有异议的，请2025年9月19日之前将书面意见署上真实姓名交教务处（黄岛校区综合服务中心403）。</w:t>
      </w:r>
    </w:p>
    <w:p>
      <w:r>
        <w:t>联系人：刘老师</w:t>
      </w:r>
    </w:p>
    <w:p>
      <w:r>
        <w:t>联系电话：0532-86871107</w:t>
      </w:r>
    </w:p>
    <w:p>
      <w:r>
        <w:t>窗体顶端</w:t>
      </w:r>
    </w:p>
    <w:p>
      <w:r>
        <w:t>窗体底端</w:t>
      </w:r>
    </w:p>
    <w:p>
      <w:r>
        <w:t>窗体顶端</w:t>
      </w:r>
    </w:p>
    <w:p>
      <w:r>
        <w:t>窗体底端</w:t>
      </w:r>
    </w:p>
    <w:p>
      <w:r>
        <w:t>教务处</w:t>
      </w:r>
    </w:p>
    <w:p>
      <w:r>
        <w:t>2025年9月13日</w:t>
      </w:r>
    </w:p>
    <w:p>
      <w:r>
        <w:t>(编辑：魏德生)</w:t>
      </w:r>
    </w:p>
    <w:p>
      <w:r>
        <w:t>附件【附件1：青岛理工大学2026届优秀应届本科毕业生免试攻读研究生推荐名单.docx】已下载 次</w:t>
      </w:r>
    </w:p>
    <w:p>
      <w:r>
        <w:t>上一篇：第十届省级教学成果奖（普通高等教育本科）拟推荐名单公示</w:t>
      </w:r>
    </w:p>
    <w:p>
      <w:r>
        <w:t>下一篇：青岛理工大学非学历教育项目公示----青少年科学素养提升（编号：LXY-2025-008）</w:t>
      </w:r>
    </w:p>
    <w:p>
      <w:r>
        <w:t>收藏</w:t>
      </w:r>
    </w:p>
    <w:p>
      <w:r>
        <w:t>打印</w:t>
      </w:r>
    </w:p>
    <w:p>
      <w:r>
        <w:t>@2020 青岛理工大学教务处 版权所有. 处长信箱：jwch@qut.edu.cn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