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长春工业大学2026年推荐免试研究生拟录取名单公示-长春工业大学研究生院</w:t>
      </w:r>
    </w:p>
    <w:p>
      <w:r>
        <w:t>发布时间：2025年10月21日</w:t>
      </w:r>
    </w:p>
    <w:p>
      <w:r>
        <w:t>来源URL：https://yjsy.ccut.edu.cn/info/1121/3193.htm</w:t>
      </w:r>
    </w:p>
    <w:p>
      <w:r>
        <w:t>========================================</w:t>
      </w:r>
    </w:p>
    <w:p>
      <w:r>
        <w:t>长春工业大学2026年推荐免试研究生拟录取名单公示</w:t>
      </w:r>
    </w:p>
    <w:p>
      <w:r>
        <w:t>发布者：张艳 来源：研究生院</w:t>
      </w:r>
    </w:p>
    <w:p>
      <w:r>
        <w:t>日期：2025-10-21 10:50:30</w:t>
      </w:r>
    </w:p>
    <w:p>
      <w:r>
        <w:t>根据教育部有关文件要求，现将我校2026年推荐免试研究生拟录取名单予以公示（见附件），最终录取情况以教育部录检结果为准。</w:t>
      </w:r>
    </w:p>
    <w:p>
      <w:r>
        <w:t>公示时间：2025年10月21日-10月28日</w:t>
      </w:r>
    </w:p>
    <w:p>
      <w:r>
        <w:t>联系电话：0431-85716157,85716566</w:t>
      </w:r>
    </w:p>
    <w:p>
      <w:r>
        <w:t>长春工业大学 吉ICP备05002091号-1 管理入口</w:t>
      </w:r>
    </w:p>
    <w:p>
      <w:r>
        <w:t>当前访问量：</w:t>
      </w:r>
    </w:p>
    <w:p>
      <w:r>
        <w:t>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