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南方医科大学2026年招收推荐免试研究生拟录取名单公示</w:t>
      </w:r>
    </w:p>
    <w:p>
      <w:r>
        <w:t>发布时间：2025年10月20日</w:t>
      </w:r>
    </w:p>
    <w:p>
      <w:r>
        <w:t>来源URL：https://portal.smu.edu.cn/yzw/info/1002/11811.htm</w:t>
      </w:r>
    </w:p>
    <w:p>
      <w:r>
        <w:t>========================================</w:t>
      </w:r>
    </w:p>
    <w:p>
      <w:r>
        <w:t>&gt;</w:t>
      </w:r>
    </w:p>
    <w:p>
      <w:r>
        <w:t>各位考生：</w:t>
      </w:r>
    </w:p>
    <w:p>
      <w:r>
        <w:t>根据教育部关于推免生招生工作要求和我校2026年招收推荐免试研究生简章等文件规定，我校2026年招收推免生接收复试阶段工作已结束，现就拟录取名单予以公示：</w:t>
      </w:r>
    </w:p>
    <w:p>
      <w:r>
        <w:t>1、公示时间10月20日-10月30日，如有放弃拟录取资格等问题，请联系反馈到研究生招生办公室，020-61648036，61648841，邮箱smuzsk@163.com,地址：广州市白云区沙太南路1023号南方医科大学研究生院302室。</w:t>
      </w:r>
    </w:p>
    <w:p>
      <w:r>
        <w:t>2、拟录取名单公示无异议，且经广东省教育考试院录取检查审批通过，录取结果方为有效。</w:t>
      </w:r>
    </w:p>
    <w:p>
      <w:r>
        <w:t>3、拟录取考生体检政审等须符合相关要求，具体另行通知。</w:t>
      </w:r>
    </w:p>
    <w:p>
      <w:r>
        <w:t>南方医科大学2026年招收推荐免试研究生拟录取名单公示</w:t>
      </w:r>
    </w:p>
    <w:p>
      <w:r>
        <w:t>南方医科大学研究生招生办公室</w:t>
      </w:r>
    </w:p>
    <w:p>
      <w:r>
        <w:t>2025年10月20日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