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侉6: rJRZhh2J</w:t>
      </w:r>
    </w:p>
    <w:p>
      <w:r>
        <w:t>发布时间：未标注</w:t>
      </w:r>
    </w:p>
    <w:p>
      <w:r>
        <w:t>来源URL：https://dzxx.suda.edu.cn/_upload/article/files/02/02/88346a5d42c59958e91f076ff6b2/67127569-6fec-4618-8626-47867d00bf40.pdf</w:t>
      </w:r>
    </w:p>
    <w:p>
      <w:r>
        <w:t>========================================</w:t>
      </w:r>
    </w:p>
    <w:p>
      <w:r>
        <w:t>%PDF-1.5</w:t>
      </w:r>
    </w:p>
    <w:p>
      <w:r>
        <w:t>%</w:t>
      </w:r>
    </w:p>
    <w:p>
      <w:r>
        <w:t>1 0 obj</w:t>
      </w:r>
    </w:p>
    <w:p>
      <w:r>
        <w:t>&gt;/sealNum 1/PieceInfo 663 0 R &gt;&gt;</w:t>
      </w:r>
    </w:p>
    <w:p>
      <w:r>
        <w:t>endobj</w:t>
      </w:r>
    </w:p>
    <w:p>
      <w:r>
        <w:t>2 0 obj</w:t>
      </w:r>
    </w:p>
    <w:p>
      <w:r>
        <w:t>&gt;</w:t>
      </w:r>
    </w:p>
    <w:p>
      <w:r>
        <w:t>endobj</w:t>
      </w:r>
    </w:p>
    <w:p>
      <w:r>
        <w:t>3 0 obj</w:t>
      </w:r>
    </w:p>
    <w:p>
      <w:r>
        <w:t>&gt;/ExtGState&gt;/ProcSet[/PDF/Text/ImageB/ImageC/ImageI]&gt;&gt;/MediaBox[ 0 0 595.32 841.92]/Contents 4 0 R /Group&gt;/Tabs/S/StructParents 0/Annots[ 641 0 R ]/ID(mwvoIC0duvutwoky82b/8s66)&gt;&gt;</w:t>
      </w:r>
    </w:p>
    <w:p>
      <w:r>
        <w:t>endobj</w:t>
      </w:r>
    </w:p>
    <w:p>
      <w:r>
        <w:t>4 0 obj</w:t>
      </w:r>
    </w:p>
    <w:p>
      <w:r>
        <w:t>&gt;stream</w:t>
      </w:r>
    </w:p>
    <w:p>
      <w:r>
        <w:t>xZn6_vZ4@Z"M7Ec-}!,M3sf(ˏ.ɾy9H_i%R-</w:t>
      </w:r>
    </w:p>
    <w:p>
      <w:r>
        <w:t>Mm3Fffhn((MɟLNČ~%;C!</w:t>
        <w:br/>
        <w:t xml:space="preserve"> rb#}tM;V(nM}vuh,v`U?k'ԏ镃</w:t>
        <w:br/>
        <w:t>lL%eO,K `17Jh1n&amp;Tђנ9I+xS3VxI&amp;LD[$ƧS1$h2ve٭u7aLavԧ m,m(*qmf(Di~u@H/G!ǏdƉ vmN*QB߻v%j^MOģ%Ɇ_b=|&amp;izCZ+!lrZZIJX_R2[]Kg?mN__^ZQPC</w:t>
      </w:r>
    </w:p>
    <w:p>
      <w:r>
        <w:t>Ȏl0Ppf+QO5;8ZKPe{A8ޥO\</w:t>
        <w:br/>
        <w:t>jJH4}rwSCnfk𿒓fcR*Um$'gRx/Co@[</w:t>
      </w:r>
    </w:p>
    <w:p>
      <w:r>
        <w:t>endstream</w:t>
      </w:r>
    </w:p>
    <w:p>
      <w:r>
        <w:t>endobj</w:t>
      </w:r>
    </w:p>
    <w:p>
      <w:r>
        <w:t>5 0 obj</w:t>
      </w:r>
    </w:p>
    <w:p>
      <w:r>
        <w:t>&gt;</w:t>
      </w:r>
    </w:p>
    <w:p>
      <w:r>
        <w:t>endobj</w:t>
      </w:r>
    </w:p>
    <w:p>
      <w:r>
        <w:t>6 0 obj</w:t>
      </w:r>
    </w:p>
    <w:p>
      <w:r>
        <w:t>&gt;</w:t>
      </w:r>
    </w:p>
    <w:p>
      <w:r>
        <w:t>endobj</w:t>
      </w:r>
    </w:p>
    <w:p>
      <w:r>
        <w:t>7 0 obj</w:t>
      </w:r>
    </w:p>
    <w:p>
      <w:r>
        <w:t>&gt;</w:t>
      </w:r>
    </w:p>
    <w:p>
      <w:r>
        <w:t>endobj</w:t>
      </w:r>
    </w:p>
    <w:p>
      <w:r>
        <w:t>8 0 obj</w:t>
      </w:r>
    </w:p>
    <w:p>
      <w:r>
        <w:t>&gt;</w:t>
      </w:r>
    </w:p>
    <w:p>
      <w:r>
        <w:t>endobj</w:t>
      </w:r>
    </w:p>
    <w:p>
      <w:r>
        <w:t>9 0 obj</w:t>
      </w:r>
    </w:p>
    <w:p>
      <w:r>
        <w:t>&gt;</w:t>
      </w:r>
    </w:p>
    <w:p>
      <w:r>
        <w:t>endobj</w:t>
      </w:r>
    </w:p>
    <w:p>
      <w:r>
        <w:t>10 0 obj</w:t>
      </w:r>
    </w:p>
    <w:p>
      <w:r>
        <w:t>&gt;</w:t>
      </w:r>
    </w:p>
    <w:p>
      <w:r>
        <w:t>endobj</w:t>
      </w:r>
    </w:p>
    <w:p>
      <w:r>
        <w:t>11 0 obj</w:t>
      </w:r>
    </w:p>
    <w:p>
      <w:r>
        <w:t>&gt;</w:t>
      </w:r>
    </w:p>
    <w:p>
      <w:r>
        <w:t>endobj</w:t>
      </w:r>
    </w:p>
    <w:p>
      <w:r>
        <w:t>12 0 obj</w:t>
      </w:r>
    </w:p>
    <w:p>
      <w:r>
        <w:t>[ 13 0 R]</w:t>
      </w:r>
    </w:p>
    <w:p>
      <w:r>
        <w:t>endobj</w:t>
      </w:r>
    </w:p>
    <w:p>
      <w:r>
        <w:t>13 0 obj</w:t>
      </w:r>
    </w:p>
    <w:p>
      <w:r>
        <w:t>&gt;</w:t>
      </w:r>
    </w:p>
    <w:p>
      <w:r>
        <w:t>endobj</w:t>
      </w:r>
    </w:p>
    <w:p>
      <w:r>
        <w:t>14 0 obj</w:t>
      </w:r>
    </w:p>
    <w:p>
      <w:r>
        <w:t>&gt;</w:t>
      </w:r>
    </w:p>
    <w:p>
      <w:r>
        <w:t>endobj</w:t>
      </w:r>
    </w:p>
    <w:p>
      <w:r>
        <w:t>15 0 obj</w:t>
      </w:r>
    </w:p>
    <w:p>
      <w:r>
        <w:t>&gt;</w:t>
      </w:r>
    </w:p>
    <w:p>
      <w:r>
        <w:t>endobj</w:t>
      </w:r>
    </w:p>
    <w:p>
      <w:r>
        <w:t>16 0 obj</w:t>
      </w:r>
    </w:p>
    <w:p>
      <w:r>
        <w:t>&gt;</w:t>
      </w:r>
    </w:p>
    <w:p>
      <w:r>
        <w:t>endobj</w:t>
      </w:r>
    </w:p>
    <w:p>
      <w:r>
        <w:t>17 0 obj</w:t>
      </w:r>
    </w:p>
    <w:p>
      <w:r>
        <w:t>&gt;</w:t>
      </w:r>
    </w:p>
    <w:p>
      <w:r>
        <w:t>endobj</w:t>
      </w:r>
    </w:p>
    <w:p>
      <w:r>
        <w:t>18 0 obj</w:t>
      </w:r>
    </w:p>
    <w:p>
      <w:r>
        <w:t>&gt;</w:t>
      </w:r>
    </w:p>
    <w:p>
      <w:r>
        <w:t>endobj</w:t>
      </w:r>
    </w:p>
    <w:p>
      <w:r>
        <w:t>19 0 obj</w:t>
      </w:r>
    </w:p>
    <w:p>
      <w:r>
        <w:t>[ 20 0 R]</w:t>
      </w:r>
    </w:p>
    <w:p>
      <w:r>
        <w:t>endobj</w:t>
      </w:r>
    </w:p>
    <w:p>
      <w:r>
        <w:t>20 0 obj</w:t>
      </w:r>
    </w:p>
    <w:p>
      <w:r>
        <w:t>&gt;</w:t>
      </w:r>
    </w:p>
    <w:p>
      <w:r>
        <w:t>endobj</w:t>
      </w:r>
    </w:p>
    <w:p>
      <w:r>
        <w:t>21 0 obj</w:t>
      </w:r>
    </w:p>
    <w:p>
      <w:r>
        <w:t>&gt;</w:t>
      </w:r>
    </w:p>
    <w:p>
      <w:r>
        <w:t>endobj</w:t>
      </w:r>
    </w:p>
    <w:p>
      <w:r>
        <w:t>22 0 obj</w:t>
      </w:r>
    </w:p>
    <w:p>
      <w:r>
        <w:t>&gt;</w:t>
      </w:r>
    </w:p>
    <w:p>
      <w:r>
        <w:t>endobj</w:t>
      </w:r>
    </w:p>
    <w:p>
      <w:r>
        <w:t>23 0 obj</w:t>
      </w:r>
    </w:p>
    <w:p>
      <w:r>
        <w:t>&gt;</w:t>
      </w:r>
    </w:p>
    <w:p>
      <w:r>
        <w:t>endobj</w:t>
      </w:r>
    </w:p>
    <w:p>
      <w:r>
        <w:t>24 0 obj</w:t>
      </w:r>
    </w:p>
    <w:p>
      <w:r>
        <w:t>&gt;</w:t>
      </w:r>
    </w:p>
    <w:p>
      <w:r>
        <w:t>endobj</w:t>
      </w:r>
    </w:p>
    <w:p>
      <w:r>
        <w:t>25 0 obj</w:t>
      </w:r>
    </w:p>
    <w:p>
      <w:r>
        <w:t>&gt;/ExtGState&gt;/ProcSet[/PDF/Text/ImageB/ImageC/ImageI]&gt;&gt;/MediaBox[ 0 0 595.32 841.92]/Contents 26 0 R /Group&gt;/Tabs/S/StructParents 1/ID(UfQ2xHtElUzsE0xIYUvimg66)&gt;&gt;</w:t>
      </w:r>
    </w:p>
    <w:p>
      <w:r>
        <w:t>endobj</w:t>
      </w:r>
    </w:p>
    <w:p>
      <w:r>
        <w:t>26 0 obj</w:t>
      </w:r>
    </w:p>
    <w:p>
      <w:r>
        <w:t>&gt;stream</w:t>
      </w:r>
    </w:p>
    <w:p>
      <w:r>
        <w:t>xZn?p)0UU]|dXA,4bQTuK\^_uw/__~ziuӏC3hAుFjcvw~?5g</w:t>
        <w:br/>
        <w:t>rv~&amp;37η]F7#7YX~8?x/_&amp;</w:t>
      </w:r>
    </w:p>
    <w:p>
      <w:r>
        <w:t>zmM!`ۚ2kn&gt;}7x/ZY*sD;|EB؇uuG83ʟda񭾪du/hPļS$Vüd$!_bn(|Q===R(EVx2G\#rpG8bRHrNCb7 Xu}?RjCJ;ї8oZnq9jHq218!0[ m"3f</w:t>
      </w:r>
    </w:p>
    <w:p>
      <w:r>
        <w:t>67)F.2ޔXZl%ڸ]0jKj[TJN,%6=X{`*N`,$lg+ϊ1}{\;8AѤQ*cc̀PZk</w:t>
        <w:br/>
        <w:t>~SGcP3EIC!/$"m͜1r0o/; Vyk+DS4&gt;ldY!cP$Y(a(d&amp;O}@دSSLmj5</w:t>
      </w:r>
    </w:p>
    <w:p>
      <w:r>
        <w:t>2zuG1qbIFYXL~yOn%Ý䮪TmF_|3gV7%rҬ".zim+ކ\uՍ!0Ǿ)/Y[XNdiPC+u~=mj!,:TB֖/{X%ekt7wLu쬪ˊE1v_,]󋟽-GVK^'lPUgղ"8N#NSxrc?Wm.͂$`+VЋbs8e9Xܔ+ciNf"y2#s/ ~Dc0F],dEKeú&gt;_+\Z㣾eqEF!/Bw</w:t>
      </w:r>
    </w:p>
    <w:p>
      <w:r>
        <w:t>endstream</w:t>
      </w:r>
    </w:p>
    <w:p>
      <w:r>
        <w:t>endobj</w:t>
      </w:r>
    </w:p>
    <w:p>
      <w:r>
        <w:t>27 0 obj</w:t>
      </w:r>
    </w:p>
    <w:p>
      <w:r>
        <w:t>&gt;</w:t>
      </w:r>
    </w:p>
    <w:p>
      <w:r>
        <w:t>endobj</w:t>
      </w:r>
    </w:p>
    <w:p>
      <w:r>
        <w:t>28 0 obj</w:t>
      </w:r>
    </w:p>
    <w:p>
      <w:r>
        <w:t>[ 29 0 R]</w:t>
      </w:r>
    </w:p>
    <w:p>
      <w:r>
        <w:t>endobj</w:t>
      </w:r>
    </w:p>
    <w:p>
      <w:r>
        <w:t>29 0 obj</w:t>
      </w:r>
    </w:p>
    <w:p>
      <w:r>
        <w:t>&gt;</w:t>
      </w:r>
    </w:p>
    <w:p>
      <w:r>
        <w:t>endobj</w:t>
      </w:r>
    </w:p>
    <w:p>
      <w:r>
        <w:t>30 0 obj</w:t>
      </w:r>
    </w:p>
    <w:p>
      <w:r>
        <w:t>&gt;</w:t>
      </w:r>
    </w:p>
    <w:p>
      <w:r>
        <w:t>endobj</w:t>
      </w:r>
    </w:p>
    <w:p>
      <w:r>
        <w:t>31 0 obj</w:t>
      </w:r>
    </w:p>
    <w:p>
      <w:r>
        <w:t>&gt;</w:t>
      </w:r>
    </w:p>
    <w:p>
      <w:r>
        <w:t>endobj</w:t>
      </w:r>
    </w:p>
    <w:p>
      <w:r>
        <w:t>32 0 obj</w:t>
      </w:r>
    </w:p>
    <w:p>
      <w:r>
        <w:t>&gt;</w:t>
      </w:r>
    </w:p>
    <w:p>
      <w:r>
        <w:t>endobj</w:t>
      </w:r>
    </w:p>
    <w:p>
      <w:r>
        <w:t>33 0 obj</w:t>
      </w:r>
    </w:p>
    <w:p>
      <w:r>
        <w:t>[ 34 0 R]</w:t>
      </w:r>
    </w:p>
    <w:p>
      <w:r>
        <w:t>endobj</w:t>
      </w:r>
    </w:p>
    <w:p>
      <w:r>
        <w:t>34 0 obj</w:t>
      </w:r>
    </w:p>
    <w:p>
      <w:r>
        <w:t>&gt;</w:t>
      </w:r>
    </w:p>
    <w:p>
      <w:r>
        <w:t>endobj</w:t>
      </w:r>
    </w:p>
    <w:p>
      <w:r>
        <w:t>35 0 obj</w:t>
      </w:r>
    </w:p>
    <w:p>
      <w:r>
        <w:t>&gt;</w:t>
      </w:r>
    </w:p>
    <w:p>
      <w:r>
        <w:t>endobj</w:t>
      </w:r>
    </w:p>
    <w:p>
      <w:r>
        <w:t>36 0 obj</w:t>
      </w:r>
    </w:p>
    <w:p>
      <w:r>
        <w:t>&gt;</w:t>
      </w:r>
    </w:p>
    <w:p>
      <w:r>
        <w:t>endobj</w:t>
      </w:r>
    </w:p>
    <w:p>
      <w:r>
        <w:t>37 0 obj</w:t>
      </w:r>
    </w:p>
    <w:p>
      <w:r>
        <w:t>&gt;</w:t>
      </w:r>
    </w:p>
    <w:p>
      <w:r>
        <w:t>endobj</w:t>
      </w:r>
    </w:p>
    <w:p>
      <w:r>
        <w:t>38 0 obj</w:t>
      </w:r>
    </w:p>
    <w:p>
      <w:r>
        <w:t>[ 39 0 R]</w:t>
      </w:r>
    </w:p>
    <w:p>
      <w:r>
        <w:t>endobj</w:t>
      </w:r>
    </w:p>
    <w:p>
      <w:r>
        <w:t>39 0 obj</w:t>
      </w:r>
    </w:p>
    <w:p>
      <w:r>
        <w:t>&gt;</w:t>
      </w:r>
    </w:p>
    <w:p>
      <w:r>
        <w:t>endobj</w:t>
      </w:r>
    </w:p>
    <w:p>
      <w:r>
        <w:t>40 0 obj</w:t>
      </w:r>
    </w:p>
    <w:p>
      <w:r>
        <w:t>&gt;</w:t>
      </w:r>
    </w:p>
    <w:p>
      <w:r>
        <w:t>endobj</w:t>
      </w:r>
    </w:p>
    <w:p>
      <w:r>
        <w:t>41 0 obj</w:t>
      </w:r>
    </w:p>
    <w:p>
      <w:r>
        <w:t>&gt;</w:t>
      </w:r>
    </w:p>
    <w:p>
      <w:r>
        <w:t>endobj</w:t>
      </w:r>
    </w:p>
    <w:p>
      <w:r>
        <w:t>42 0 obj</w:t>
      </w:r>
    </w:p>
    <w:p>
      <w:r>
        <w:t>&gt;/ExtGState&gt;/ProcSet[/PDF/Text/ImageB/ImageC/ImageI]&gt;&gt;/MediaBox[ 0 0 595.32 841.92]/Contents 43 0 R /Group&gt;/Tabs/S/StructParents 2/ID(tN41/487dXIeOJxUD9hej=66)&gt;&gt;</w:t>
      </w:r>
    </w:p>
    <w:p>
      <w:r>
        <w:t>endobj</w:t>
      </w:r>
    </w:p>
    <w:p>
      <w:r>
        <w:t>43 0 obj</w:t>
      </w:r>
    </w:p>
    <w:p>
      <w:r>
        <w:t>&gt;stream</w:t>
      </w:r>
    </w:p>
    <w:p>
      <w:r>
        <w:t>xYMo7cR+g_EH=9MC}gȥ,[+j{oulqusۛ_n_m+ՅxR F]y:請EsXPՊO*ʺW_y\o~q9]W?T?.z~ϫEӴly[ɪK~?Ok:!5M/</w:t>
        <w:br/>
        <w:t>cM[URoJ,MQȜqHT9@ٔ'Aoե(;Ƙt Sr.ti3'Ĩcz׃r</w:t>
        <w:br/>
        <w:t>^+w \'25_C *`NQ΀gK{_p}G"R+)I$᦬</w:t>
        <w:br/>
        <w:t>pšN,o\J1Ex!y҉y:pyhiׂ@#Vĉ"eGgs/Fb7 gX^i()TWpQɱ4!\:i%D s-ofLjD2)D\R"8g9"cV^|tOh0Q̖T`a6</w:t>
      </w:r>
    </w:p>
    <w:p>
      <w:r>
        <w:t>6q[aF VY1t!WW&amp;u'%wN)aKAD17?&amp;71ni+SY2?F3ZU-N\]Cd&gt;fpݍ&gt;/ExtGState&gt;/ProcSet[/PDF/Text/ImageB/ImageC/ImageI]&gt;&gt;/MediaBox[ 0 0 595.32 841.92]/Contents 45 0 R /Group&gt;/Tabs/S/StructParents 3/ID(DhNhe8=iEkBiU8UBJX8bh=66)/Annots[ 657 0 R 658 0 R ]&gt;&gt;</w:t>
      </w:r>
    </w:p>
    <w:p>
      <w:r>
        <w:t>endobj</w:t>
      </w:r>
    </w:p>
    <w:p>
      <w:r>
        <w:t>45 0 obj</w:t>
      </w:r>
    </w:p>
    <w:p>
      <w:r>
        <w:t>&gt;stream</w:t>
      </w:r>
    </w:p>
    <w:p>
      <w:r>
        <w:t>xZn?p)0U~&gt;+¸ur(}f(</w:t>
      </w:r>
    </w:p>
    <w:p>
      <w:r>
        <w:t>fSվn~'1nCq</w:t>
        <w:br/>
        <w:br/>
        <w:t>D"bd&amp;K*ITݾԣcyqiMO+FʱV^vSIGoBѨI٩tyLHnأqG"O@ͮFctae</w:t>
      </w:r>
    </w:p>
    <w:p>
      <w:r>
        <w:t>D߭bc=sݷpP-ksU˶xzծae]bmIj8%@YĪfO/v_%n2W@O=}_i{IQ0VX6Rv`A%A5s˧wܗ򊖫koөT2Ю5sĹm*[PJVb[lD5k޾ k_Gpg8})5^+N7EY *@S9玛f58!&gt;'.Ź ~+o6|`_p)9סS|A?@楈td;/rȥlwr^3ur.8'ݲ;SO&gt;/ExtGState&gt;/ProcSet[/PDF/Text/ImageB/ImageC/ImageI]&gt;&gt;/MediaBox[ 0 0 595.32 841.92]/Contents 47 0 R /Group&gt;/Tabs/S/StructParents 4/ID(ANL3QbJGt5xGtnBRucQE4s66)/Annots[ 649 0 R 650 0 R 653 0 R 654 0 R ]&gt;&gt;</w:t>
      </w:r>
    </w:p>
    <w:p>
      <w:r>
        <w:t>endobj</w:t>
      </w:r>
    </w:p>
    <w:p>
      <w:r>
        <w:t>47 0 obj</w:t>
      </w:r>
    </w:p>
    <w:p>
      <w:r>
        <w:t>&gt;stream</w:t>
      </w:r>
    </w:p>
    <w:p>
      <w:r>
        <w:t>xY]4}_iCRs=tR;D%PP񰔥](=3v|n7)([ u9gnpxCotovp?yn24n?\]u1ݟW{L0=Awn//~ח :^QwVttomg]yW]/^{W|ś/"z_^l;zx~ynyۻu/yi]}lXMnQnyρ[xn_]Nu&gt;zefuP&gt;G/W&amp;諗nH(Ӥ0zQC@T渐)/׊L1&amp;1RsƬQE7')41p+1w F</w:t>
      </w:r>
    </w:p>
    <w:p>
      <w:r>
        <w:t>Xƨ!5ϰLY)t8U A Kd)2Sb`zd&gt;90)o;Ճa/fGe$^ΜuM4jTaL</w:t>
      </w:r>
    </w:p>
    <w:p>
      <w:r>
        <w:t>qT</w:t>
        <w:br/>
        <w:t>8c2yOĪ5LB6}fQ7oQ\y</w:t>
        <w:br/>
        <w:t>Ch܋m-C-4z=ĜɪÆ gb)yqO^,hE&gt;;{Vet|8rᖕ֮},}]βa&gt;v</w:t>
      </w:r>
    </w:p>
    <w:p>
      <w:r>
        <w:t>1M</w:t>
      </w:r>
    </w:p>
    <w:p>
      <w:r>
        <w:t>W.A[LDX7!bk4qCg$:_tARmmv.0̭ٽ&gt;qTQ犧Q1pIX6MC?}b(U㆛o&gt;m)[P^r5\J֛ԜSW(Q+C%%3^r`͕;oj2u!~pP[!</w:t>
      </w:r>
    </w:p>
    <w:p>
      <w:r>
        <w:t>4'A_'uC̋nf{ܛд)Wa8rڡt=Mvq:IG2Qk}:  .|Ьuъ//V5ؖTNbK11HPLY7M^o+3"8&gt;E5ƹT</w:t>
      </w:r>
    </w:p>
    <w:p>
      <w:r>
        <w:t>(s }y%/DX+</w:t>
      </w:r>
    </w:p>
    <w:p>
      <w:r>
        <w:t>endstream</w:t>
      </w:r>
    </w:p>
    <w:p>
      <w:r>
        <w:t>endobj</w:t>
      </w:r>
    </w:p>
    <w:p>
      <w:r>
        <w:t>48 0 obj</w:t>
      </w:r>
    </w:p>
    <w:p>
      <w:r>
        <w:t>&gt;/ExtGState&gt;/ProcSet[/PDF/Text/ImageB/ImageC/ImageI]&gt;&gt;/MediaBox[ 0 0 595.32 841.92]/Contents 49 0 R /Group&gt;/Tabs/S/StructParents 5/ID(y7/BmmbSoazo=cSprJZe0=66)&gt;&gt;</w:t>
      </w:r>
    </w:p>
    <w:p>
      <w:r>
        <w:t>endobj</w:t>
      </w:r>
    </w:p>
    <w:p>
      <w:r>
        <w:t>49 0 obj</w:t>
      </w:r>
    </w:p>
    <w:p>
      <w:r>
        <w:t>&gt;stream</w:t>
      </w:r>
    </w:p>
    <w:p>
      <w:r>
        <w:t>xZMoq6/@dY`7 יD9ߧ%2` lv={M}n~l_7燧oo/ϛ^ݮjR[FJyR F]y:P=47*ZQuVTՎ+9'S[u?UY2R`e:B&amp;!,5)Ah9B(uNXcupL3WPb.a/;p$mr]3$*Y#kgct5*N1)Tqn&gt;Ien27 0ݤVeVf&gt;:j^^ê;Jf`8#1 r (eQ|$&lt;&gt;&amp;UV#fIP'u2jf?ݻlEvwFoEvwDRhN~S߈9»hl粙sgl˝թ6QZڡ2^Z% RP߹[]j61&gt;cy&gt;</w:t>
      </w:r>
    </w:p>
    <w:p>
      <w:r>
        <w:t>endobj</w:t>
      </w:r>
    </w:p>
    <w:p>
      <w:r>
        <w:t>51 0 obj</w:t>
      </w:r>
    </w:p>
    <w:p>
      <w:r>
        <w:t>&gt;</w:t>
      </w:r>
    </w:p>
    <w:p>
      <w:r>
        <w:t>endobj</w:t>
      </w:r>
    </w:p>
    <w:p>
      <w:r>
        <w:t>52 0 obj</w:t>
      </w:r>
    </w:p>
    <w:p>
      <w:r>
        <w:t>&gt;/ExtGState&gt;/ProcSet[/PDF/Text/ImageB/ImageC/ImageI]&gt;&gt;/MediaBox[ 0 0 595.32 841.92]/Contents 53 0 R /Group&gt;/Tabs/S/StructParents 6/ID(RJWeWSE/VZ+NvVnSjPRDXg66)&gt;&gt;</w:t>
      </w:r>
    </w:p>
    <w:p>
      <w:r>
        <w:t>endobj</w:t>
      </w:r>
    </w:p>
    <w:p>
      <w:r>
        <w:t>53 0 obj</w:t>
      </w:r>
    </w:p>
    <w:p>
      <w:r>
        <w:t>&gt;stream</w:t>
      </w:r>
    </w:p>
    <w:p>
      <w:r>
        <w:t>xZMo6q`,?À` 8 CIaVEڭK[j"{U=͡;?Cz&gt;p?~tt||r{ۤos}ZBШFۢn6߿maLLsV</w:t>
        <w:br/>
        <w:t>4ֹ64wѨ&gt;wy0_}w}o~iz}5|?^_Uyl~yۂk˚4k&gt;}|*uq!oo-Z뾍6}~Ш?Fwd84|(/}{O]f!#_+$eIB'})(cɬSA3(\</w:t>
      </w:r>
    </w:p>
    <w:p>
      <w:r>
        <w:t>?=6?qqآu*]и`ڠNPt5moQv81=g$bL%8C1{zvS@g[UEǊ</w:t>
      </w:r>
    </w:p>
    <w:p>
      <w:r>
        <w:t>y*0̄cOqEDNi\BLZѥL)fELCA6@EhufD֓W$slQu]=$q*`\湸"kNLn~TS</w:t>
      </w:r>
    </w:p>
    <w:p>
      <w:r>
        <w:t>#8,o@/sh</w:t>
        <w:br/>
        <w:t>o|.*Д|]u'x˳KI[=w#J+Fq~kfRz7Wa&gt;^wDtA\ԡ.Lk1`ȟ't8|6~2hm"{6a(C쌙YEv8%x[u</w:t>
      </w:r>
    </w:p>
    <w:p>
      <w:r>
        <w:t>1&gt;`g%IV7 h,DNofzkJI03ӟq&gt;~D</w:t>
      </w:r>
    </w:p>
    <w:p>
      <w:r>
        <w:t>zE#|&gt;KlEvN:7^/č_Du&gt;'%g ]qtD&gt;2NI'jR.[q7])</w:t>
      </w:r>
    </w:p>
    <w:p>
      <w:r>
        <w:t>A,fef,aRrEmf_Waw4EKxB]9</w:t>
      </w:r>
    </w:p>
    <w:p>
      <w:r>
        <w:t>endstream</w:t>
      </w:r>
    </w:p>
    <w:p>
      <w:r>
        <w:t>endobj</w:t>
      </w:r>
    </w:p>
    <w:p>
      <w:r>
        <w:t>54 0 obj</w:t>
      </w:r>
    </w:p>
    <w:p>
      <w:r>
        <w:t>&gt;/ExtGState&gt;/ProcSet[/PDF/Text/ImageB/ImageC/ImageI]&gt;&gt;/MediaBox[ 0 0 595.32 841.92]/Contents 55 0 R /Group&gt;/Tabs/S/StructParents 7/ID(jtLZm5NvhBMEwtntQcXKz=66)&gt;&gt;</w:t>
      </w:r>
    </w:p>
    <w:p>
      <w:r>
        <w:t>endobj</w:t>
      </w:r>
    </w:p>
    <w:p>
      <w:r>
        <w:t>55 0 obj</w:t>
      </w:r>
    </w:p>
    <w:p>
      <w:r>
        <w:t>&gt;stream</w:t>
      </w:r>
    </w:p>
    <w:p>
      <w:r>
        <w:t>xZMo</w:t>
        <w:br/>
        <w:t>7zE E,+؃hVJU={ztWu_=,//{x{a?G&gt;4/n&gt;X~x}6}\_U~6ڃgך_mk_knݾ]wV=a14?</w:t>
        <w:br/>
        <w:t>6H%l[Hw7֤}GѦRu}}:'nsAÜzN'9^$Ql X6CY&amp;=Oq!@:Xy9</w:t>
        <w:br/>
        <w:t>LX@Ӭ/}Pr4L{%a)QHwȲR</w:t>
        <w:br/>
        <w:t>NnmFr[sP2 9{V2 32r(pugVS9ib(%L\JF⁃M7\VH#9{La5CSh0b5EQG..Xj٩X%ف58l')tmUT0Ƶ |~EghܓYJr㡆!ܜI*\2=ya^&gt; R\ʷ鐕N.(58_r}</w:t>
        <w:br/>
        <w:t>ɮR3j</w:t>
      </w:r>
    </w:p>
    <w:p>
      <w:r>
        <w:t>k&amp;%VJЯ9)W(-Go;"Xc-ߺg+o9.i )?^.:&amp;3ᾔVZًCʯ@O♣_r</w:t>
      </w:r>
    </w:p>
    <w:p>
      <w:r>
        <w:t>1Df:</w:t>
      </w:r>
    </w:p>
    <w:p>
      <w:r>
        <w:t>endstream</w:t>
      </w:r>
    </w:p>
    <w:p>
      <w:r>
        <w:t>endobj</w:t>
      </w:r>
    </w:p>
    <w:p>
      <w:r>
        <w:t>56 0 obj</w:t>
      </w:r>
    </w:p>
    <w:p>
      <w:r>
        <w:t>&gt;/ExtGState&gt;/ProcSet[/PDF/Text/ImageB/ImageC/ImageI]&gt;&gt;/MediaBox[ 0 0 595.32 841.92]/Contents 57 0 R /Group&gt;/Tabs/S/StructParents 8/ID(HAWgUU+meiTViI1X4bc3y=66)&gt;&gt;</w:t>
      </w:r>
    </w:p>
    <w:p>
      <w:r>
        <w:t>endobj</w:t>
      </w:r>
    </w:p>
    <w:p>
      <w:r>
        <w:t>57 0 obj</w:t>
      </w:r>
    </w:p>
    <w:p>
      <w:r>
        <w:t>&gt;stream</w:t>
      </w:r>
    </w:p>
    <w:p>
      <w:r>
        <w:t>xZQoܸ~7GP$À$J=qч|/9m&gt;wvH+PofM/ۛ?|r</w:t>
      </w:r>
    </w:p>
    <w:p>
      <w:r>
        <w:t>z)n4IsF E2#(1eHhh^c`Xb4RPPcNРe</w:t>
      </w:r>
    </w:p>
    <w:p>
      <w:r>
        <w:t>"~zAN&amp;</w:t>
      </w:r>
    </w:p>
    <w:p>
      <w:r>
        <w:t>9oROf@)׊B]F@crF-K#']4KYJGN\gL[GǇ**"aMRJ-349e^%Y.1g}å2xZ</w:t>
      </w:r>
    </w:p>
    <w:p>
      <w:r>
        <w:t>$&amp;.T~pھRgnE4.!Q7ImTmMI^9M^%"Gh(]+ͭC,aUf0+Vپ&amp;"mL]ɹz/#PG"\iK[]"nǈXq#'jFۤhSqx24QRDEnZҌ*`-FoUoeXM@,*^5WWP_$]+ÉNY]7j</w:t>
      </w:r>
    </w:p>
    <w:p>
      <w:r>
        <w:t>6^CZ9I3k54NADzM=ZkOXYs</w:t>
        <w:br/>
        <w:t>/߲;&amp;vl荥m#2HD</w:t>
        <w:br/>
        <w:t>,Goň,cK{~;@yh%|j8 ),IЙn^)_6Ur&gt;?;-$S'\)sD</w:t>
      </w:r>
    </w:p>
    <w:p>
      <w:r>
        <w:t>endstream</w:t>
      </w:r>
    </w:p>
    <w:p>
      <w:r>
        <w:t>endobj</w:t>
      </w:r>
    </w:p>
    <w:p>
      <w:r>
        <w:t>58 0 obj</w:t>
      </w:r>
    </w:p>
    <w:p>
      <w:r>
        <w:t>&gt;/ExtGState&gt;/ProcSet[/PDF/Text/ImageB/ImageC/ImageI]&gt;&gt;/MediaBox[ 0 0 595.32 841.92]/Contents 59 0 R /Group&gt;/Tabs/S/StructParents 9/ID(yvxxuYj=CtZWjpot2MsERV66)&gt;&gt;</w:t>
      </w:r>
    </w:p>
    <w:p>
      <w:r>
        <w:t>endobj</w:t>
      </w:r>
    </w:p>
    <w:p>
      <w:r>
        <w:t>59 0 obj</w:t>
      </w:r>
    </w:p>
    <w:p>
      <w:r>
        <w:t>&gt;stream</w:t>
      </w:r>
    </w:p>
    <w:p>
      <w:r>
        <w:t>xYMo7Q</w:t>
      </w:r>
    </w:p>
    <w:p>
      <w:r>
        <w:t>jAHa=9MC}UZ[˰pXx|&gt;?&gt;=n+Ѵ{rsu%I8'~x\.bۡ@U7</w:t>
      </w:r>
    </w:p>
    <w:p>
      <w:r>
        <w:t>g+0rz}mßrp:hK-&gt;j\9C*L{`8RuAq}5,a+;rut-{ojHCS8.</w:t>
        <w:br/>
        <w:t>,:c^V&amp;VR*RXr;e*pw</w:t>
        <w:br/>
        <w:t>xk683FV4Pe</w:t>
      </w:r>
    </w:p>
    <w:p>
      <w:r>
        <w:t>Re]%m?rcCg</w:t>
      </w:r>
    </w:p>
    <w:p>
      <w:r>
        <w:t>+ Y4#'Ù,`XΥ|eG</w:t>
      </w:r>
    </w:p>
    <w:p>
      <w:r>
        <w:t>]4:foE:ZlTB</w:t>
      </w:r>
    </w:p>
    <w:p>
      <w:r>
        <w:t>eHc@J阔gq?׷C%IɚEU~beR;85݆cMߧ8y\nNN1R;3rw%$JPdrLXa#AJ QRJxQ \.c=</w:t>
        <w:br/>
        <w:t>Ԑ˷ MIn![BvW!RU#zuA7F/?0Y</w:t>
      </w:r>
    </w:p>
    <w:p>
      <w:r>
        <w:t>endstream</w:t>
      </w:r>
    </w:p>
    <w:p>
      <w:r>
        <w:t>endobj</w:t>
      </w:r>
    </w:p>
    <w:p>
      <w:r>
        <w:t>60 0 obj</w:t>
      </w:r>
    </w:p>
    <w:p>
      <w:r>
        <w:t>&gt;</w:t>
      </w:r>
    </w:p>
    <w:p>
      <w:r>
        <w:t>endobj</w:t>
      </w:r>
    </w:p>
    <w:p>
      <w:r>
        <w:t>61 0 obj</w:t>
      </w:r>
    </w:p>
    <w:p>
      <w:r>
        <w:t>&gt;</w:t>
      </w:r>
    </w:p>
    <w:p>
      <w:r>
        <w:t>endobj</w:t>
      </w:r>
    </w:p>
    <w:p>
      <w:r>
        <w:t>62 0 obj</w:t>
      </w:r>
    </w:p>
    <w:p>
      <w:r>
        <w:t>&gt;</w:t>
      </w:r>
    </w:p>
    <w:p>
      <w:r>
        <w:t>endobj</w:t>
      </w:r>
    </w:p>
    <w:p>
      <w:r>
        <w:t>63 0 obj</w:t>
      </w:r>
    </w:p>
    <w:p>
      <w:r>
        <w:t>&gt;</w:t>
      </w:r>
    </w:p>
    <w:p>
      <w:r>
        <w:t>endobj</w:t>
      </w:r>
    </w:p>
    <w:p>
      <w:r>
        <w:t>64 0 obj</w:t>
      </w:r>
    </w:p>
    <w:p>
      <w:r>
        <w:t>&gt;</w:t>
      </w:r>
    </w:p>
    <w:p>
      <w:r>
        <w:t>endobj</w:t>
      </w:r>
    </w:p>
    <w:p>
      <w:r>
        <w:t>65 0 obj</w:t>
      </w:r>
    </w:p>
    <w:p>
      <w:r>
        <w:t>&gt;</w:t>
      </w:r>
    </w:p>
    <w:p>
      <w:r>
        <w:t>endobj</w:t>
      </w:r>
    </w:p>
    <w:p>
      <w:r>
        <w:t>66 0 obj</w:t>
      </w:r>
    </w:p>
    <w:p>
      <w:r>
        <w:t>&gt;</w:t>
      </w:r>
    </w:p>
    <w:p>
      <w:r>
        <w:t>endobj</w:t>
      </w:r>
    </w:p>
    <w:p>
      <w:r>
        <w:t>67 0 obj</w:t>
      </w:r>
    </w:p>
    <w:p>
      <w:r>
        <w:t>&gt;</w:t>
      </w:r>
    </w:p>
    <w:p>
      <w:r>
        <w:t>endobj</w:t>
      </w:r>
    </w:p>
    <w:p>
      <w:r>
        <w:t>68 0 obj</w:t>
      </w:r>
    </w:p>
    <w:p>
      <w:r>
        <w:t>&gt;</w:t>
      </w:r>
    </w:p>
    <w:p>
      <w:r>
        <w:t>endobj</w:t>
      </w:r>
    </w:p>
    <w:p>
      <w:r>
        <w:t>69 0 obj</w:t>
      </w:r>
    </w:p>
    <w:p>
      <w:r>
        <w:t>&gt;</w:t>
      </w:r>
    </w:p>
    <w:p>
      <w:r>
        <w:t>endobj</w:t>
      </w:r>
    </w:p>
    <w:p>
      <w:r>
        <w:t>70 0 obj</w:t>
      </w:r>
    </w:p>
    <w:p>
      <w:r>
        <w:t>&gt;</w:t>
      </w:r>
    </w:p>
    <w:p>
      <w:r>
        <w:t>endobj</w:t>
      </w:r>
    </w:p>
    <w:p>
      <w:r>
        <w:t>71 0 obj</w:t>
      </w:r>
    </w:p>
    <w:p>
      <w:r>
        <w:t>&gt;</w:t>
      </w:r>
    </w:p>
    <w:p>
      <w:r>
        <w:t>endobj</w:t>
      </w:r>
    </w:p>
    <w:p>
      <w:r>
        <w:t>72 0 obj</w:t>
      </w:r>
    </w:p>
    <w:p>
      <w:r>
        <w:t>&gt;</w:t>
      </w:r>
    </w:p>
    <w:p>
      <w:r>
        <w:t>endobj</w:t>
      </w:r>
    </w:p>
    <w:p>
      <w:r>
        <w:t>73 0 obj</w:t>
      </w:r>
    </w:p>
    <w:p>
      <w:r>
        <w:t>&gt;</w:t>
      </w:r>
    </w:p>
    <w:p>
      <w:r>
        <w:t>endobj</w:t>
      </w:r>
    </w:p>
    <w:p>
      <w:r>
        <w:t>74 0 obj</w:t>
      </w:r>
    </w:p>
    <w:p>
      <w:r>
        <w:t>&gt;</w:t>
      </w:r>
    </w:p>
    <w:p>
      <w:r>
        <w:t>endobj</w:t>
      </w:r>
    </w:p>
    <w:p>
      <w:r>
        <w:t>75 0 obj</w:t>
      </w:r>
    </w:p>
    <w:p>
      <w:r>
        <w:t>&gt;</w:t>
      </w:r>
    </w:p>
    <w:p>
      <w:r>
        <w:t>endobj</w:t>
      </w:r>
    </w:p>
    <w:p>
      <w:r>
        <w:t>76 0 obj</w:t>
      </w:r>
    </w:p>
    <w:p>
      <w:r>
        <w:t>&gt;</w:t>
      </w:r>
    </w:p>
    <w:p>
      <w:r>
        <w:t>endobj</w:t>
      </w:r>
    </w:p>
    <w:p>
      <w:r>
        <w:t>77 0 obj</w:t>
      </w:r>
    </w:p>
    <w:p>
      <w:r>
        <w:t>&gt;</w:t>
      </w:r>
    </w:p>
    <w:p>
      <w:r>
        <w:t>endobj</w:t>
      </w:r>
    </w:p>
    <w:p>
      <w:r>
        <w:t>78 0 obj</w:t>
      </w:r>
    </w:p>
    <w:p>
      <w:r>
        <w:t>&gt;</w:t>
      </w:r>
    </w:p>
    <w:p>
      <w:r>
        <w:t>endobj</w:t>
      </w:r>
    </w:p>
    <w:p>
      <w:r>
        <w:t>79 0 obj</w:t>
      </w:r>
    </w:p>
    <w:p>
      <w:r>
        <w:t>&gt;</w:t>
      </w:r>
    </w:p>
    <w:p>
      <w:r>
        <w:t>endobj</w:t>
      </w:r>
    </w:p>
    <w:p>
      <w:r>
        <w:t>80 0 obj</w:t>
      </w:r>
    </w:p>
    <w:p>
      <w:r>
        <w:t>&gt;</w:t>
      </w:r>
    </w:p>
    <w:p>
      <w:r>
        <w:t>endobj</w:t>
      </w:r>
    </w:p>
    <w:p>
      <w:r>
        <w:t>81 0 obj</w:t>
      </w:r>
    </w:p>
    <w:p>
      <w:r>
        <w:t>&gt;</w:t>
      </w:r>
    </w:p>
    <w:p>
      <w:r>
        <w:t>endobj</w:t>
      </w:r>
    </w:p>
    <w:p>
      <w:r>
        <w:t>82 0 obj</w:t>
      </w:r>
    </w:p>
    <w:p>
      <w:r>
        <w:t>&gt;</w:t>
      </w:r>
    </w:p>
    <w:p>
      <w:r>
        <w:t>endobj</w:t>
      </w:r>
    </w:p>
    <w:p>
      <w:r>
        <w:t>83 0 obj</w:t>
      </w:r>
    </w:p>
    <w:p>
      <w:r>
        <w:t>&gt;</w:t>
      </w:r>
    </w:p>
    <w:p>
      <w:r>
        <w:t>endobj</w:t>
      </w:r>
    </w:p>
    <w:p>
      <w:r>
        <w:t>84 0 obj</w:t>
      </w:r>
    </w:p>
    <w:p>
      <w:r>
        <w:t>&gt;</w:t>
      </w:r>
    </w:p>
    <w:p>
      <w:r>
        <w:t>endobj</w:t>
      </w:r>
    </w:p>
    <w:p>
      <w:r>
        <w:t>85 0 obj</w:t>
      </w:r>
    </w:p>
    <w:p>
      <w:r>
        <w:t>&gt;</w:t>
      </w:r>
    </w:p>
    <w:p>
      <w:r>
        <w:t>endobj</w:t>
      </w:r>
    </w:p>
    <w:p>
      <w:r>
        <w:t>86 0 obj</w:t>
      </w:r>
    </w:p>
    <w:p>
      <w:r>
        <w:t>&gt;</w:t>
      </w:r>
    </w:p>
    <w:p>
      <w:r>
        <w:t>endobj</w:t>
      </w:r>
    </w:p>
    <w:p>
      <w:r>
        <w:t>87 0 obj</w:t>
      </w:r>
    </w:p>
    <w:p>
      <w:r>
        <w:t>&gt;</w:t>
      </w:r>
    </w:p>
    <w:p>
      <w:r>
        <w:t>endobj</w:t>
      </w:r>
    </w:p>
    <w:p>
      <w:r>
        <w:t>88 0 obj</w:t>
      </w:r>
    </w:p>
    <w:p>
      <w:r>
        <w:t>[ 87 0 R 90 0 R 91 0 R 93 0 R 94 0 R 95 0 R 96 0 R 97 0 R 98 0 R 99 0 R 100 0 R 101 0 R 102 0 R 103 0 R 104 0 R 104 0 R 104 0 R 104 0 R 104 0 R 104 0 R 105 0 R 107 0 R 108 0 R 108 0 R 109 0 R 109 0 R 110 0 R 110 0 R 110 0 R 110 0 R 111 0 R 112 0 R 112 0 R 114 0 R 115 0 R 116 0 R 117 0 R 118 0 R 119 0 R 120 0 R 121 0 R 122 0 R 123 0 R 125 0 R 126 0 R 128 0 R 130 0 R 132 0 R 133 0 R 134 0 R 135 0 R 136 0 R 137 0 R 139 0 R 140 0 R 141 0 R 142 0 R 143 0 R 144 0 R 145 0 R 146 0 R 147 0 R 106 0 R]</w:t>
      </w:r>
    </w:p>
    <w:p>
      <w:r>
        <w:t>endobj</w:t>
      </w:r>
    </w:p>
    <w:p>
      <w:r>
        <w:t>90 0 obj</w:t>
      </w:r>
    </w:p>
    <w:p>
      <w:r>
        <w:t>&gt;</w:t>
      </w:r>
    </w:p>
    <w:p>
      <w:r>
        <w:t>endobj</w:t>
      </w:r>
    </w:p>
    <w:p>
      <w:r>
        <w:t>91 0 obj</w:t>
      </w:r>
    </w:p>
    <w:p>
      <w:r>
        <w:t>&gt;</w:t>
      </w:r>
    </w:p>
    <w:p>
      <w:r>
        <w:t>endobj</w:t>
      </w:r>
    </w:p>
    <w:p>
      <w:r>
        <w:t>92 0 obj</w:t>
      </w:r>
    </w:p>
    <w:p>
      <w:r>
        <w:t>&gt;</w:t>
      </w:r>
    </w:p>
    <w:p>
      <w:r>
        <w:t>endobj</w:t>
      </w:r>
    </w:p>
    <w:p>
      <w:r>
        <w:t>93 0 obj</w:t>
      </w:r>
    </w:p>
    <w:p>
      <w:r>
        <w:t>&gt;</w:t>
      </w:r>
    </w:p>
    <w:p>
      <w:r>
        <w:t>endobj</w:t>
      </w:r>
    </w:p>
    <w:p>
      <w:r>
        <w:t>94 0 obj</w:t>
      </w:r>
    </w:p>
    <w:p>
      <w:r>
        <w:t>&gt;</w:t>
      </w:r>
    </w:p>
    <w:p>
      <w:r>
        <w:t>endobj</w:t>
      </w:r>
    </w:p>
    <w:p>
      <w:r>
        <w:t>95 0 obj</w:t>
      </w:r>
    </w:p>
    <w:p>
      <w:r>
        <w:t>&gt;</w:t>
      </w:r>
    </w:p>
    <w:p>
      <w:r>
        <w:t>endobj</w:t>
      </w:r>
    </w:p>
    <w:p>
      <w:r>
        <w:t>96 0 obj</w:t>
      </w:r>
    </w:p>
    <w:p>
      <w:r>
        <w:t>&gt;</w:t>
      </w:r>
    </w:p>
    <w:p>
      <w:r>
        <w:t>endobj</w:t>
      </w:r>
    </w:p>
    <w:p>
      <w:r>
        <w:t>97 0 obj</w:t>
      </w:r>
    </w:p>
    <w:p>
      <w:r>
        <w:t>&gt;</w:t>
      </w:r>
    </w:p>
    <w:p>
      <w:r>
        <w:t>endobj</w:t>
      </w:r>
    </w:p>
    <w:p>
      <w:r>
        <w:t>98 0 obj</w:t>
      </w:r>
    </w:p>
    <w:p>
      <w:r>
        <w:t>&gt;</w:t>
      </w:r>
    </w:p>
    <w:p>
      <w:r>
        <w:t>endobj</w:t>
      </w:r>
    </w:p>
    <w:p>
      <w:r>
        <w:t>99 0 obj</w:t>
      </w:r>
    </w:p>
    <w:p>
      <w:r>
        <w:t>&gt;</w:t>
      </w:r>
    </w:p>
    <w:p>
      <w:r>
        <w:t>endobj</w:t>
      </w:r>
    </w:p>
    <w:p>
      <w:r>
        <w:t>100 0 obj</w:t>
      </w:r>
    </w:p>
    <w:p>
      <w:r>
        <w:t>&gt;</w:t>
      </w:r>
    </w:p>
    <w:p>
      <w:r>
        <w:t>endobj</w:t>
      </w:r>
    </w:p>
    <w:p>
      <w:r>
        <w:t>101 0 obj</w:t>
      </w:r>
    </w:p>
    <w:p>
      <w:r>
        <w:t>&gt;</w:t>
      </w:r>
    </w:p>
    <w:p>
      <w:r>
        <w:t>endobj</w:t>
      </w:r>
    </w:p>
    <w:p>
      <w:r>
        <w:t>102 0 obj</w:t>
      </w:r>
    </w:p>
    <w:p>
      <w:r>
        <w:t>&gt;</w:t>
      </w:r>
    </w:p>
    <w:p>
      <w:r>
        <w:t>endobj</w:t>
      </w:r>
    </w:p>
    <w:p>
      <w:r>
        <w:t>103 0 obj</w:t>
      </w:r>
    </w:p>
    <w:p>
      <w:r>
        <w:t>&gt;</w:t>
      </w:r>
    </w:p>
    <w:p>
      <w:r>
        <w:t>endobj</w:t>
      </w:r>
    </w:p>
    <w:p>
      <w:r>
        <w:t>104 0 obj</w:t>
      </w:r>
    </w:p>
    <w:p>
      <w:r>
        <w:t>&gt;</w:t>
      </w:r>
    </w:p>
    <w:p>
      <w:r>
        <w:t>endobj</w:t>
      </w:r>
    </w:p>
    <w:p>
      <w:r>
        <w:t>105 0 obj</w:t>
      </w:r>
    </w:p>
    <w:p>
      <w:r>
        <w:t>&gt;</w:t>
      </w:r>
    </w:p>
    <w:p>
      <w:r>
        <w:t>endobj</w:t>
      </w:r>
    </w:p>
    <w:p>
      <w:r>
        <w:t>106 0 obj</w:t>
      </w:r>
    </w:p>
    <w:p>
      <w:r>
        <w:t>&gt;</w:t>
      </w:r>
    </w:p>
    <w:p>
      <w:r>
        <w:t>endobj</w:t>
      </w:r>
    </w:p>
    <w:p>
      <w:r>
        <w:t>107 0 obj</w:t>
      </w:r>
    </w:p>
    <w:p>
      <w:r>
        <w:t>&gt;</w:t>
      </w:r>
    </w:p>
    <w:p>
      <w:r>
        <w:t>endobj</w:t>
      </w:r>
    </w:p>
    <w:p>
      <w:r>
        <w:t>108 0 obj</w:t>
      </w:r>
    </w:p>
    <w:p>
      <w:r>
        <w:t>&gt;</w:t>
      </w:r>
    </w:p>
    <w:p>
      <w:r>
        <w:t>endobj</w:t>
      </w:r>
    </w:p>
    <w:p>
      <w:r>
        <w:t>109 0 obj</w:t>
      </w:r>
    </w:p>
    <w:p>
      <w:r>
        <w:t>&gt;</w:t>
      </w:r>
    </w:p>
    <w:p>
      <w:r>
        <w:t>endobj</w:t>
      </w:r>
    </w:p>
    <w:p>
      <w:r>
        <w:t>110 0 obj</w:t>
      </w:r>
    </w:p>
    <w:p>
      <w:r>
        <w:t>&gt;</w:t>
      </w:r>
    </w:p>
    <w:p>
      <w:r>
        <w:t>endobj</w:t>
      </w:r>
    </w:p>
    <w:p>
      <w:r>
        <w:t>111 0 obj</w:t>
      </w:r>
    </w:p>
    <w:p>
      <w:r>
        <w:t>&gt;</w:t>
      </w:r>
    </w:p>
    <w:p>
      <w:r>
        <w:t>endobj</w:t>
      </w:r>
    </w:p>
    <w:p>
      <w:r>
        <w:t>112 0 obj</w:t>
      </w:r>
    </w:p>
    <w:p>
      <w:r>
        <w:t>&gt;</w:t>
      </w:r>
    </w:p>
    <w:p>
      <w:r>
        <w:t>endobj</w:t>
      </w:r>
    </w:p>
    <w:p>
      <w:r>
        <w:t>113 0 obj</w:t>
      </w:r>
    </w:p>
    <w:p>
      <w:r>
        <w:t>&gt;</w:t>
      </w:r>
    </w:p>
    <w:p>
      <w:r>
        <w:t>endobj</w:t>
      </w:r>
    </w:p>
    <w:p>
      <w:r>
        <w:t>114 0 obj</w:t>
      </w:r>
    </w:p>
    <w:p>
      <w:r>
        <w:t>&gt;</w:t>
      </w:r>
    </w:p>
    <w:p>
      <w:r>
        <w:t>endobj</w:t>
      </w:r>
    </w:p>
    <w:p>
      <w:r>
        <w:t>115 0 obj</w:t>
      </w:r>
    </w:p>
    <w:p>
      <w:r>
        <w:t>&gt;</w:t>
      </w:r>
    </w:p>
    <w:p>
      <w:r>
        <w:t>endobj</w:t>
      </w:r>
    </w:p>
    <w:p>
      <w:r>
        <w:t>116 0 obj</w:t>
      </w:r>
    </w:p>
    <w:p>
      <w:r>
        <w:t>&gt;</w:t>
      </w:r>
    </w:p>
    <w:p>
      <w:r>
        <w:t>endobj</w:t>
      </w:r>
    </w:p>
    <w:p>
      <w:r>
        <w:t>117 0 obj</w:t>
      </w:r>
    </w:p>
    <w:p>
      <w:r>
        <w:t>&gt;</w:t>
      </w:r>
    </w:p>
    <w:p>
      <w:r>
        <w:t>endobj</w:t>
      </w:r>
    </w:p>
    <w:p>
      <w:r>
        <w:t>118 0 obj</w:t>
      </w:r>
    </w:p>
    <w:p>
      <w:r>
        <w:t>&gt;</w:t>
      </w:r>
    </w:p>
    <w:p>
      <w:r>
        <w:t>endobj</w:t>
      </w:r>
    </w:p>
    <w:p>
      <w:r>
        <w:t>119 0 obj</w:t>
      </w:r>
    </w:p>
    <w:p>
      <w:r>
        <w:t>&gt;</w:t>
      </w:r>
    </w:p>
    <w:p>
      <w:r>
        <w:t>endobj</w:t>
      </w:r>
    </w:p>
    <w:p>
      <w:r>
        <w:t>120 0 obj</w:t>
      </w:r>
    </w:p>
    <w:p>
      <w:r>
        <w:t>&gt;</w:t>
      </w:r>
    </w:p>
    <w:p>
      <w:r>
        <w:t>endobj</w:t>
      </w:r>
    </w:p>
    <w:p>
      <w:r>
        <w:t>121 0 obj</w:t>
      </w:r>
    </w:p>
    <w:p>
      <w:r>
        <w:t>&gt;</w:t>
      </w:r>
    </w:p>
    <w:p>
      <w:r>
        <w:t>endobj</w:t>
      </w:r>
    </w:p>
    <w:p>
      <w:r>
        <w:t>122 0 obj</w:t>
      </w:r>
    </w:p>
    <w:p>
      <w:r>
        <w:t>&gt;</w:t>
      </w:r>
    </w:p>
    <w:p>
      <w:r>
        <w:t>endobj</w:t>
      </w:r>
    </w:p>
    <w:p>
      <w:r>
        <w:t>123 0 obj</w:t>
      </w:r>
    </w:p>
    <w:p>
      <w:r>
        <w:t>&gt;</w:t>
      </w:r>
    </w:p>
    <w:p>
      <w:r>
        <w:t>endobj</w:t>
      </w:r>
    </w:p>
    <w:p>
      <w:r>
        <w:t>124 0 obj</w:t>
      </w:r>
    </w:p>
    <w:p>
      <w:r>
        <w:t>&gt;</w:t>
      </w:r>
    </w:p>
    <w:p>
      <w:r>
        <w:t>endobj</w:t>
      </w:r>
    </w:p>
    <w:p>
      <w:r>
        <w:t>125 0 obj</w:t>
      </w:r>
    </w:p>
    <w:p>
      <w:r>
        <w:t>&gt;</w:t>
      </w:r>
    </w:p>
    <w:p>
      <w:r>
        <w:t>endobj</w:t>
      </w:r>
    </w:p>
    <w:p>
      <w:r>
        <w:t>126 0 obj</w:t>
      </w:r>
    </w:p>
    <w:p>
      <w:r>
        <w:t>&gt;</w:t>
      </w:r>
    </w:p>
    <w:p>
      <w:r>
        <w:t>endobj</w:t>
      </w:r>
    </w:p>
    <w:p>
      <w:r>
        <w:t>127 0 obj</w:t>
      </w:r>
    </w:p>
    <w:p>
      <w:r>
        <w:t>&gt;</w:t>
      </w:r>
    </w:p>
    <w:p>
      <w:r>
        <w:t>endobj</w:t>
      </w:r>
    </w:p>
    <w:p>
      <w:r>
        <w:t>128 0 obj</w:t>
      </w:r>
    </w:p>
    <w:p>
      <w:r>
        <w:t>&gt;</w:t>
      </w:r>
    </w:p>
    <w:p>
      <w:r>
        <w:t>endobj</w:t>
      </w:r>
    </w:p>
    <w:p>
      <w:r>
        <w:t>129 0 obj</w:t>
      </w:r>
    </w:p>
    <w:p>
      <w:r>
        <w:t>&gt;</w:t>
      </w:r>
    </w:p>
    <w:p>
      <w:r>
        <w:t>endobj</w:t>
      </w:r>
    </w:p>
    <w:p>
      <w:r>
        <w:t>130 0 obj</w:t>
      </w:r>
    </w:p>
    <w:p>
      <w:r>
        <w:t>&gt;</w:t>
      </w:r>
    </w:p>
    <w:p>
      <w:r>
        <w:t>endobj</w:t>
      </w:r>
    </w:p>
    <w:p>
      <w:r>
        <w:t>131 0 obj</w:t>
      </w:r>
    </w:p>
    <w:p>
      <w:r>
        <w:t>&gt;</w:t>
      </w:r>
    </w:p>
    <w:p>
      <w:r>
        <w:t>endobj</w:t>
      </w:r>
    </w:p>
    <w:p>
      <w:r>
        <w:t>132 0 obj</w:t>
      </w:r>
    </w:p>
    <w:p>
      <w:r>
        <w:t>&gt;</w:t>
      </w:r>
    </w:p>
    <w:p>
      <w:r>
        <w:t>endobj</w:t>
      </w:r>
    </w:p>
    <w:p>
      <w:r>
        <w:t>133 0 obj</w:t>
      </w:r>
    </w:p>
    <w:p>
      <w:r>
        <w:t>&gt;</w:t>
      </w:r>
    </w:p>
    <w:p>
      <w:r>
        <w:t>endobj</w:t>
      </w:r>
    </w:p>
    <w:p>
      <w:r>
        <w:t>134 0 obj</w:t>
      </w:r>
    </w:p>
    <w:p>
      <w:r>
        <w:t>&gt;</w:t>
      </w:r>
    </w:p>
    <w:p>
      <w:r>
        <w:t>endobj</w:t>
      </w:r>
    </w:p>
    <w:p>
      <w:r>
        <w:t>135 0 obj</w:t>
      </w:r>
    </w:p>
    <w:p>
      <w:r>
        <w:t>&gt;</w:t>
      </w:r>
    </w:p>
    <w:p>
      <w:r>
        <w:t>endobj</w:t>
      </w:r>
    </w:p>
    <w:p>
      <w:r>
        <w:t>136 0 obj</w:t>
      </w:r>
    </w:p>
    <w:p>
      <w:r>
        <w:t>&gt;</w:t>
      </w:r>
    </w:p>
    <w:p>
      <w:r>
        <w:t>endobj</w:t>
      </w:r>
    </w:p>
    <w:p>
      <w:r>
        <w:t>137 0 obj</w:t>
      </w:r>
    </w:p>
    <w:p>
      <w:r>
        <w:t>&gt;</w:t>
      </w:r>
    </w:p>
    <w:p>
      <w:r>
        <w:t>endobj</w:t>
      </w:r>
    </w:p>
    <w:p>
      <w:r>
        <w:t>138 0 obj</w:t>
      </w:r>
    </w:p>
    <w:p>
      <w:r>
        <w:t>&gt;</w:t>
      </w:r>
    </w:p>
    <w:p>
      <w:r>
        <w:t>endobj</w:t>
      </w:r>
    </w:p>
    <w:p>
      <w:r>
        <w:t>139 0 obj</w:t>
      </w:r>
    </w:p>
    <w:p>
      <w:r>
        <w:t>&gt;</w:t>
      </w:r>
    </w:p>
    <w:p>
      <w:r>
        <w:t>endobj</w:t>
      </w:r>
    </w:p>
    <w:p>
      <w:r>
        <w:t>140 0 obj</w:t>
      </w:r>
    </w:p>
    <w:p>
      <w:r>
        <w:t>&gt;</w:t>
      </w:r>
    </w:p>
    <w:p>
      <w:r>
        <w:t>endobj</w:t>
      </w:r>
    </w:p>
    <w:p>
      <w:r>
        <w:t>141 0 obj</w:t>
      </w:r>
    </w:p>
    <w:p>
      <w:r>
        <w:t>&gt;</w:t>
      </w:r>
    </w:p>
    <w:p>
      <w:r>
        <w:t>endobj</w:t>
      </w:r>
    </w:p>
    <w:p>
      <w:r>
        <w:t>142 0 obj</w:t>
      </w:r>
    </w:p>
    <w:p>
      <w:r>
        <w:t>&gt;</w:t>
      </w:r>
    </w:p>
    <w:p>
      <w:r>
        <w:t>endobj</w:t>
      </w:r>
    </w:p>
    <w:p>
      <w:r>
        <w:t>143 0 obj</w:t>
      </w:r>
    </w:p>
    <w:p>
      <w:r>
        <w:t>&gt;</w:t>
      </w:r>
    </w:p>
    <w:p>
      <w:r>
        <w:t>endobj</w:t>
      </w:r>
    </w:p>
    <w:p>
      <w:r>
        <w:t>144 0 obj</w:t>
      </w:r>
    </w:p>
    <w:p>
      <w:r>
        <w:t>&gt;</w:t>
      </w:r>
    </w:p>
    <w:p>
      <w:r>
        <w:t>endobj</w:t>
      </w:r>
    </w:p>
    <w:p>
      <w:r>
        <w:t>145 0 obj</w:t>
      </w:r>
    </w:p>
    <w:p>
      <w:r>
        <w:t>&gt;</w:t>
      </w:r>
    </w:p>
    <w:p>
      <w:r>
        <w:t>endobj</w:t>
      </w:r>
    </w:p>
    <w:p>
      <w:r>
        <w:t>146 0 obj</w:t>
      </w:r>
    </w:p>
    <w:p>
      <w:r>
        <w:t>&gt;</w:t>
      </w:r>
    </w:p>
    <w:p>
      <w:r>
        <w:t>endobj</w:t>
      </w:r>
    </w:p>
    <w:p>
      <w:r>
        <w:t>147 0 obj</w:t>
      </w:r>
    </w:p>
    <w:p>
      <w:r>
        <w:t>&gt;</w:t>
      </w:r>
    </w:p>
    <w:p>
      <w:r>
        <w:t>endobj</w:t>
      </w:r>
    </w:p>
    <w:p>
      <w:r>
        <w:t>148 0 obj</w:t>
      </w:r>
    </w:p>
    <w:p>
      <w:r>
        <w:t>&gt;</w:t>
      </w:r>
    </w:p>
    <w:p>
      <w:r>
        <w:t>endobj</w:t>
      </w:r>
    </w:p>
    <w:p>
      <w:r>
        <w:t>149 0 obj</w:t>
      </w:r>
    </w:p>
    <w:p>
      <w:r>
        <w:t>&gt;</w:t>
      </w:r>
    </w:p>
    <w:p>
      <w:r>
        <w:t>endobj</w:t>
      </w:r>
    </w:p>
    <w:p>
      <w:r>
        <w:t>150 0 obj</w:t>
      </w:r>
    </w:p>
    <w:p>
      <w:r>
        <w:t>[ 149 0 R 151 0 R 152 0 R 154 0 R 155 0 R 157 0 R 158 0 R 159 0 R 160 0 R 162 0 R 164 0 R 165 0 R 166 0 R 167 0 R 168 0 R 169 0 R 171 0 R 172 0 R 173 0 R 174 0 R 175 0 R 176 0 R 177 0 R 178 0 R 179 0 R 180 0 R 181 0 R 182 0 R 183 0 R 184 0 R 186 0 R 187 0 R 188 0 R 189 0 R 190 0 R 191 0 R 192 0 R 193 0 R 194 0 R 195 0 R 196 0 R 197 0 R 198 0 R 199 0 R 200 0 R 201 0 R 202 0 R 203 0 R 204 0 R 205 0 R 206 0 R 208 0 R 209 0 R 210 0 R 211 0 R 212 0 R 213 0 R]</w:t>
      </w:r>
    </w:p>
    <w:p>
      <w:r>
        <w:t>endobj</w:t>
      </w:r>
    </w:p>
    <w:p>
      <w:r>
        <w:t>151 0 obj</w:t>
      </w:r>
    </w:p>
    <w:p>
      <w:r>
        <w:t>&gt;</w:t>
      </w:r>
    </w:p>
    <w:p>
      <w:r>
        <w:t>endobj</w:t>
      </w:r>
    </w:p>
    <w:p>
      <w:r>
        <w:t>152 0 obj</w:t>
      </w:r>
    </w:p>
    <w:p>
      <w:r>
        <w:t>&gt;</w:t>
      </w:r>
    </w:p>
    <w:p>
      <w:r>
        <w:t>endobj</w:t>
      </w:r>
    </w:p>
    <w:p>
      <w:r>
        <w:t>153 0 obj</w:t>
      </w:r>
    </w:p>
    <w:p>
      <w:r>
        <w:t>&gt;</w:t>
      </w:r>
    </w:p>
    <w:p>
      <w:r>
        <w:t>endobj</w:t>
      </w:r>
    </w:p>
    <w:p>
      <w:r>
        <w:t>154 0 obj</w:t>
      </w:r>
    </w:p>
    <w:p>
      <w:r>
        <w:t>&gt;</w:t>
      </w:r>
    </w:p>
    <w:p>
      <w:r>
        <w:t>endobj</w:t>
      </w:r>
    </w:p>
    <w:p>
      <w:r>
        <w:t>155 0 obj</w:t>
      </w:r>
    </w:p>
    <w:p>
      <w:r>
        <w:t>&gt;</w:t>
      </w:r>
    </w:p>
    <w:p>
      <w:r>
        <w:t>endobj</w:t>
      </w:r>
    </w:p>
    <w:p>
      <w:r>
        <w:t>156 0 obj</w:t>
      </w:r>
    </w:p>
    <w:p>
      <w:r>
        <w:t>&gt;</w:t>
      </w:r>
    </w:p>
    <w:p>
      <w:r>
        <w:t>endobj</w:t>
      </w:r>
    </w:p>
    <w:p>
      <w:r>
        <w:t>157 0 obj</w:t>
      </w:r>
    </w:p>
    <w:p>
      <w:r>
        <w:t>&gt;</w:t>
      </w:r>
    </w:p>
    <w:p>
      <w:r>
        <w:t>endobj</w:t>
      </w:r>
    </w:p>
    <w:p>
      <w:r>
        <w:t>158 0 obj</w:t>
      </w:r>
    </w:p>
    <w:p>
      <w:r>
        <w:t>&gt;</w:t>
      </w:r>
    </w:p>
    <w:p>
      <w:r>
        <w:t>endobj</w:t>
      </w:r>
    </w:p>
    <w:p>
      <w:r>
        <w:t>159 0 obj</w:t>
      </w:r>
    </w:p>
    <w:p>
      <w:r>
        <w:t>&gt;</w:t>
      </w:r>
    </w:p>
    <w:p>
      <w:r>
        <w:t>endobj</w:t>
      </w:r>
    </w:p>
    <w:p>
      <w:r>
        <w:t>160 0 obj</w:t>
      </w:r>
    </w:p>
    <w:p>
      <w:r>
        <w:t>&gt;</w:t>
      </w:r>
    </w:p>
    <w:p>
      <w:r>
        <w:t>endobj</w:t>
      </w:r>
    </w:p>
    <w:p>
      <w:r>
        <w:t>161 0 obj</w:t>
      </w:r>
    </w:p>
    <w:p>
      <w:r>
        <w:t>&gt;</w:t>
      </w:r>
    </w:p>
    <w:p>
      <w:r>
        <w:t>endobj</w:t>
      </w:r>
    </w:p>
    <w:p>
      <w:r>
        <w:t>162 0 obj</w:t>
      </w:r>
    </w:p>
    <w:p>
      <w:r>
        <w:t>&gt;</w:t>
      </w:r>
    </w:p>
    <w:p>
      <w:r>
        <w:t>endobj</w:t>
      </w:r>
    </w:p>
    <w:p>
      <w:r>
        <w:t>163 0 obj</w:t>
      </w:r>
    </w:p>
    <w:p>
      <w:r>
        <w:t>&gt;</w:t>
      </w:r>
    </w:p>
    <w:p>
      <w:r>
        <w:t>endobj</w:t>
      </w:r>
    </w:p>
    <w:p>
      <w:r>
        <w:t>164 0 obj</w:t>
      </w:r>
    </w:p>
    <w:p>
      <w:r>
        <w:t>&gt;</w:t>
      </w:r>
    </w:p>
    <w:p>
      <w:r>
        <w:t>endobj</w:t>
      </w:r>
    </w:p>
    <w:p>
      <w:r>
        <w:t>165 0 obj</w:t>
      </w:r>
    </w:p>
    <w:p>
      <w:r>
        <w:t>&gt;</w:t>
      </w:r>
    </w:p>
    <w:p>
      <w:r>
        <w:t>endobj</w:t>
      </w:r>
    </w:p>
    <w:p>
      <w:r>
        <w:t>166 0 obj</w:t>
      </w:r>
    </w:p>
    <w:p>
      <w:r>
        <w:t>&gt;</w:t>
      </w:r>
    </w:p>
    <w:p>
      <w:r>
        <w:t>endobj</w:t>
      </w:r>
    </w:p>
    <w:p>
      <w:r>
        <w:t>167 0 obj</w:t>
      </w:r>
    </w:p>
    <w:p>
      <w:r>
        <w:t>&gt;</w:t>
      </w:r>
    </w:p>
    <w:p>
      <w:r>
        <w:t>endobj</w:t>
      </w:r>
    </w:p>
    <w:p>
      <w:r>
        <w:t>168 0 obj</w:t>
      </w:r>
    </w:p>
    <w:p>
      <w:r>
        <w:t>&gt;</w:t>
      </w:r>
    </w:p>
    <w:p>
      <w:r>
        <w:t>endobj</w:t>
      </w:r>
    </w:p>
    <w:p>
      <w:r>
        <w:t>169 0 obj</w:t>
      </w:r>
    </w:p>
    <w:p>
      <w:r>
        <w:t>&gt;</w:t>
      </w:r>
    </w:p>
    <w:p>
      <w:r>
        <w:t>endobj</w:t>
      </w:r>
    </w:p>
    <w:p>
      <w:r>
        <w:t>170 0 obj</w:t>
      </w:r>
    </w:p>
    <w:p>
      <w:r>
        <w:t>&gt;</w:t>
      </w:r>
    </w:p>
    <w:p>
      <w:r>
        <w:t>endobj</w:t>
      </w:r>
    </w:p>
    <w:p>
      <w:r>
        <w:t>171 0 obj</w:t>
      </w:r>
    </w:p>
    <w:p>
      <w:r>
        <w:t>&gt;</w:t>
      </w:r>
    </w:p>
    <w:p>
      <w:r>
        <w:t>endobj</w:t>
      </w:r>
    </w:p>
    <w:p>
      <w:r>
        <w:t>172 0 obj</w:t>
      </w:r>
    </w:p>
    <w:p>
      <w:r>
        <w:t>&gt;</w:t>
      </w:r>
    </w:p>
    <w:p>
      <w:r>
        <w:t>endobj</w:t>
      </w:r>
    </w:p>
    <w:p>
      <w:r>
        <w:t>173 0 obj</w:t>
      </w:r>
    </w:p>
    <w:p>
      <w:r>
        <w:t>&gt;</w:t>
      </w:r>
    </w:p>
    <w:p>
      <w:r>
        <w:t>endobj</w:t>
      </w:r>
    </w:p>
    <w:p>
      <w:r>
        <w:t>174 0 obj</w:t>
      </w:r>
    </w:p>
    <w:p>
      <w:r>
        <w:t>&gt;</w:t>
      </w:r>
    </w:p>
    <w:p>
      <w:r>
        <w:t>endobj</w:t>
      </w:r>
    </w:p>
    <w:p>
      <w:r>
        <w:t>175 0 obj</w:t>
      </w:r>
    </w:p>
    <w:p>
      <w:r>
        <w:t>&gt;</w:t>
      </w:r>
    </w:p>
    <w:p>
      <w:r>
        <w:t>endobj</w:t>
      </w:r>
    </w:p>
    <w:p>
      <w:r>
        <w:t>176 0 obj</w:t>
      </w:r>
    </w:p>
    <w:p>
      <w:r>
        <w:t>&gt;</w:t>
      </w:r>
    </w:p>
    <w:p>
      <w:r>
        <w:t>endobj</w:t>
      </w:r>
    </w:p>
    <w:p>
      <w:r>
        <w:t>177 0 obj</w:t>
      </w:r>
    </w:p>
    <w:p>
      <w:r>
        <w:t>&gt;</w:t>
      </w:r>
    </w:p>
    <w:p>
      <w:r>
        <w:t>endobj</w:t>
      </w:r>
    </w:p>
    <w:p>
      <w:r>
        <w:t>178 0 obj</w:t>
      </w:r>
    </w:p>
    <w:p>
      <w:r>
        <w:t>&gt;</w:t>
      </w:r>
    </w:p>
    <w:p>
      <w:r>
        <w:t>endobj</w:t>
      </w:r>
    </w:p>
    <w:p>
      <w:r>
        <w:t>179 0 obj</w:t>
      </w:r>
    </w:p>
    <w:p>
      <w:r>
        <w:t>&gt;</w:t>
      </w:r>
    </w:p>
    <w:p>
      <w:r>
        <w:t>endobj</w:t>
      </w:r>
    </w:p>
    <w:p>
      <w:r>
        <w:t>180 0 obj</w:t>
      </w:r>
    </w:p>
    <w:p>
      <w:r>
        <w:t>c0) /K[ 25] /Pg 25 0 R&gt;&gt;</w:t>
      </w:r>
    </w:p>
    <w:p>
      <w:r>
        <w:t>endobj</w:t>
      </w:r>
    </w:p>
    <w:p>
      <w:r>
        <w:t>181 0 obj</w:t>
      </w:r>
    </w:p>
    <w:p>
      <w:r>
        <w:t>&gt;</w:t>
      </w:r>
    </w:p>
    <w:p>
      <w:r>
        <w:t>endobj</w:t>
      </w:r>
    </w:p>
    <w:p>
      <w:r>
        <w:t>182 0 obj</w:t>
      </w:r>
    </w:p>
    <w:p>
      <w:r>
        <w:t>&gt;</w:t>
      </w:r>
    </w:p>
    <w:p>
      <w:r>
        <w:t>endobj</w:t>
      </w:r>
    </w:p>
    <w:p>
      <w:r>
        <w:t>183 0 obj</w:t>
      </w:r>
    </w:p>
    <w:p>
      <w:r>
        <w:t>&gt;</w:t>
      </w:r>
    </w:p>
    <w:p>
      <w:r>
        <w:t>endobj</w:t>
      </w:r>
    </w:p>
    <w:p>
      <w:r>
        <w:t>184 0 obj</w:t>
      </w:r>
    </w:p>
    <w:p>
      <w:r>
        <w:t>&gt;</w:t>
      </w:r>
    </w:p>
    <w:p>
      <w:r>
        <w:t>endobj</w:t>
      </w:r>
    </w:p>
    <w:p>
      <w:r>
        <w:t>185 0 obj</w:t>
      </w:r>
    </w:p>
    <w:p>
      <w:r>
        <w:t>&gt;</w:t>
      </w:r>
    </w:p>
    <w:p>
      <w:r>
        <w:t>endobj</w:t>
      </w:r>
    </w:p>
    <w:p>
      <w:r>
        <w:t>186 0 obj</w:t>
      </w:r>
    </w:p>
    <w:p>
      <w:r>
        <w:t>&gt;</w:t>
      </w:r>
    </w:p>
    <w:p>
      <w:r>
        <w:t>endobj</w:t>
      </w:r>
    </w:p>
    <w:p>
      <w:r>
        <w:t>187 0 obj</w:t>
      </w:r>
    </w:p>
    <w:p>
      <w:r>
        <w:t>&gt;</w:t>
      </w:r>
    </w:p>
    <w:p>
      <w:r>
        <w:t>endobj</w:t>
      </w:r>
    </w:p>
    <w:p>
      <w:r>
        <w:t>188 0 obj</w:t>
      </w:r>
    </w:p>
    <w:p>
      <w:r>
        <w:t>&gt;</w:t>
      </w:r>
    </w:p>
    <w:p>
      <w:r>
        <w:t>endobj</w:t>
      </w:r>
    </w:p>
    <w:p>
      <w:r>
        <w:t>189 0 obj</w:t>
      </w:r>
    </w:p>
    <w:p>
      <w:r>
        <w:t>&gt;</w:t>
      </w:r>
    </w:p>
    <w:p>
      <w:r>
        <w:t>endobj</w:t>
      </w:r>
    </w:p>
    <w:p>
      <w:r>
        <w:t>190 0 obj</w:t>
      </w:r>
    </w:p>
    <w:p>
      <w:r>
        <w:t>&gt;</w:t>
      </w:r>
    </w:p>
    <w:p>
      <w:r>
        <w:t>endobj</w:t>
      </w:r>
    </w:p>
    <w:p>
      <w:r>
        <w:t>191 0 obj</w:t>
      </w:r>
    </w:p>
    <w:p>
      <w:r>
        <w:t>&gt;</w:t>
      </w:r>
    </w:p>
    <w:p>
      <w:r>
        <w:t>endobj</w:t>
      </w:r>
    </w:p>
    <w:p>
      <w:r>
        <w:t>192 0 obj</w:t>
      </w:r>
    </w:p>
    <w:p>
      <w:r>
        <w:t>&gt;</w:t>
      </w:r>
    </w:p>
    <w:p>
      <w:r>
        <w:t>endobj</w:t>
      </w:r>
    </w:p>
    <w:p>
      <w:r>
        <w:t>193 0 obj</w:t>
      </w:r>
    </w:p>
    <w:p>
      <w:r>
        <w:t>&gt;</w:t>
      </w:r>
    </w:p>
    <w:p>
      <w:r>
        <w:t>endobj</w:t>
      </w:r>
    </w:p>
    <w:p>
      <w:r>
        <w:t>194 0 obj</w:t>
      </w:r>
    </w:p>
    <w:p>
      <w:r>
        <w:t>&gt;</w:t>
      </w:r>
    </w:p>
    <w:p>
      <w:r>
        <w:t>endobj</w:t>
      </w:r>
    </w:p>
    <w:p>
      <w:r>
        <w:t>195 0 obj</w:t>
      </w:r>
    </w:p>
    <w:p>
      <w:r>
        <w:t>&gt;</w:t>
      </w:r>
    </w:p>
    <w:p>
      <w:r>
        <w:t>endobj</w:t>
      </w:r>
    </w:p>
    <w:p>
      <w:r>
        <w:t>196 0 obj</w:t>
      </w:r>
    </w:p>
    <w:p>
      <w:r>
        <w:t>&gt;</w:t>
      </w:r>
    </w:p>
    <w:p>
      <w:r>
        <w:t>endobj</w:t>
      </w:r>
    </w:p>
    <w:p>
      <w:r>
        <w:t>197 0 obj</w:t>
      </w:r>
    </w:p>
    <w:p>
      <w:r>
        <w:t>&gt;</w:t>
      </w:r>
    </w:p>
    <w:p>
      <w:r>
        <w:t>endobj</w:t>
      </w:r>
    </w:p>
    <w:p>
      <w:r>
        <w:t>198 0 obj</w:t>
      </w:r>
    </w:p>
    <w:p>
      <w:r>
        <w:t>&gt;</w:t>
      </w:r>
    </w:p>
    <w:p>
      <w:r>
        <w:t>endobj</w:t>
      </w:r>
    </w:p>
    <w:p>
      <w:r>
        <w:t>199 0 obj</w:t>
      </w:r>
    </w:p>
    <w:p>
      <w:r>
        <w:t>&gt;</w:t>
      </w:r>
    </w:p>
    <w:p>
      <w:r>
        <w:t>endobj</w:t>
      </w:r>
    </w:p>
    <w:p>
      <w:r>
        <w:t>200 0 obj</w:t>
      </w:r>
    </w:p>
    <w:p>
      <w:r>
        <w:t>&gt;</w:t>
      </w:r>
    </w:p>
    <w:p>
      <w:r>
        <w:t>endobj</w:t>
      </w:r>
    </w:p>
    <w:p>
      <w:r>
        <w:t>201 0 obj</w:t>
      </w:r>
    </w:p>
    <w:p>
      <w:r>
        <w:t>&gt;</w:t>
      </w:r>
    </w:p>
    <w:p>
      <w:r>
        <w:t>endobj</w:t>
      </w:r>
    </w:p>
    <w:p>
      <w:r>
        <w:t>202 0 obj</w:t>
      </w:r>
    </w:p>
    <w:p>
      <w:r>
        <w:t>&gt;</w:t>
      </w:r>
    </w:p>
    <w:p>
      <w:r>
        <w:t>endobj</w:t>
      </w:r>
    </w:p>
    <w:p>
      <w:r>
        <w:t>203 0 obj</w:t>
      </w:r>
    </w:p>
    <w:p>
      <w:r>
        <w:t>&gt;</w:t>
      </w:r>
    </w:p>
    <w:p>
      <w:r>
        <w:t>endobj</w:t>
      </w:r>
    </w:p>
    <w:p>
      <w:r>
        <w:t>204 0 obj</w:t>
      </w:r>
    </w:p>
    <w:p>
      <w:r>
        <w:t>&gt;</w:t>
      </w:r>
    </w:p>
    <w:p>
      <w:r>
        <w:t>endobj</w:t>
      </w:r>
    </w:p>
    <w:p>
      <w:r>
        <w:t>205 0 obj</w:t>
      </w:r>
    </w:p>
    <w:p>
      <w:r>
        <w:t>&gt;</w:t>
      </w:r>
    </w:p>
    <w:p>
      <w:r>
        <w:t>endobj</w:t>
      </w:r>
    </w:p>
    <w:p>
      <w:r>
        <w:t>206 0 obj</w:t>
      </w:r>
    </w:p>
    <w:p>
      <w:r>
        <w:t>&gt;</w:t>
      </w:r>
    </w:p>
    <w:p>
      <w:r>
        <w:t>endobj</w:t>
      </w:r>
    </w:p>
    <w:p>
      <w:r>
        <w:t>207 0 obj</w:t>
      </w:r>
    </w:p>
    <w:p>
      <w:r>
        <w:t>&gt;</w:t>
      </w:r>
    </w:p>
    <w:p>
      <w:r>
        <w:t>endobj</w:t>
      </w:r>
    </w:p>
    <w:p>
      <w:r>
        <w:t>208 0 obj</w:t>
      </w:r>
    </w:p>
    <w:p>
      <w:r>
        <w:t>&gt;</w:t>
      </w:r>
    </w:p>
    <w:p>
      <w:r>
        <w:t>endobj</w:t>
      </w:r>
    </w:p>
    <w:p>
      <w:r>
        <w:t>209 0 obj</w:t>
      </w:r>
    </w:p>
    <w:p>
      <w:r>
        <w:t>&gt;</w:t>
      </w:r>
    </w:p>
    <w:p>
      <w:r>
        <w:t>endobj</w:t>
      </w:r>
    </w:p>
    <w:p>
      <w:r>
        <w:t>210 0 obj</w:t>
      </w:r>
    </w:p>
    <w:p>
      <w:r>
        <w:t>&gt;</w:t>
      </w:r>
    </w:p>
    <w:p>
      <w:r>
        <w:t>endobj</w:t>
      </w:r>
    </w:p>
    <w:p>
      <w:r>
        <w:t>211 0 obj</w:t>
      </w:r>
    </w:p>
    <w:p>
      <w:r>
        <w:t>&gt;</w:t>
      </w:r>
    </w:p>
    <w:p>
      <w:r>
        <w:t>endobj</w:t>
      </w:r>
    </w:p>
    <w:p>
      <w:r>
        <w:t>212 0 obj</w:t>
      </w:r>
    </w:p>
    <w:p>
      <w:r>
        <w:t>&gt;</w:t>
      </w:r>
    </w:p>
    <w:p>
      <w:r>
        <w:t>endobj</w:t>
      </w:r>
    </w:p>
    <w:p>
      <w:r>
        <w:t>213 0 obj</w:t>
      </w:r>
    </w:p>
    <w:p>
      <w:r>
        <w:t>&gt;</w:t>
      </w:r>
    </w:p>
    <w:p>
      <w:r>
        <w:t>endobj</w:t>
      </w:r>
    </w:p>
    <w:p>
      <w:r>
        <w:t>214 0 obj</w:t>
      </w:r>
    </w:p>
    <w:p>
      <w:r>
        <w:t>&gt;</w:t>
      </w:r>
    </w:p>
    <w:p>
      <w:r>
        <w:t>endobj</w:t>
      </w:r>
    </w:p>
    <w:p>
      <w:r>
        <w:t>215 0 obj</w:t>
      </w:r>
    </w:p>
    <w:p>
      <w:r>
        <w:t>&gt;</w:t>
      </w:r>
    </w:p>
    <w:p>
      <w:r>
        <w:t>endobj</w:t>
      </w:r>
    </w:p>
    <w:p>
      <w:r>
        <w:t>216 0 obj</w:t>
      </w:r>
    </w:p>
    <w:p>
      <w:r>
        <w:t>[ 215 0 R 217 0 R 219 0 R 220 0 R 221 0 R 222 0 R 224 0 R 225 0 R 226 0 R 227 0 R 228 0 R 229 0 R 230 0 R 231 0 R 232 0 R 234 0 R 235 0 R 236 0 R 237 0 R 238 0 R 239 0 R 240 0 R 241 0 R 242 0 R 243 0 R 244 0 R 246 0 R 247 0 R 248 0 R 249 0 R 250 0 R 252 0 R 253 0 R 254 0 R 255 0 R 256 0 R 257 0 R 259 0 R]</w:t>
      </w:r>
    </w:p>
    <w:p>
      <w:r>
        <w:t>endobj</w:t>
      </w:r>
    </w:p>
    <w:p>
      <w:r>
        <w:t>217 0 obj</w:t>
      </w:r>
    </w:p>
    <w:p>
      <w:r>
        <w:t>&gt;</w:t>
      </w:r>
    </w:p>
    <w:p>
      <w:r>
        <w:t>endobj</w:t>
      </w:r>
    </w:p>
    <w:p>
      <w:r>
        <w:t>218 0 obj</w:t>
      </w:r>
    </w:p>
    <w:p>
      <w:r>
        <w:t>&gt;</w:t>
      </w:r>
    </w:p>
    <w:p>
      <w:r>
        <w:t>endobj</w:t>
      </w:r>
    </w:p>
    <w:p>
      <w:r>
        <w:t>219 0 obj</w:t>
      </w:r>
    </w:p>
    <w:p>
      <w:r>
        <w:t>&gt;</w:t>
      </w:r>
    </w:p>
    <w:p>
      <w:r>
        <w:t>endobj</w:t>
      </w:r>
    </w:p>
    <w:p>
      <w:r>
        <w:t>220 0 obj</w:t>
      </w:r>
    </w:p>
    <w:p>
      <w:r>
        <w:t>&gt;</w:t>
      </w:r>
    </w:p>
    <w:p>
      <w:r>
        <w:t>endobj</w:t>
      </w:r>
    </w:p>
    <w:p>
      <w:r>
        <w:t>221 0 obj</w:t>
      </w:r>
    </w:p>
    <w:p>
      <w:r>
        <w:t>&gt;</w:t>
      </w:r>
    </w:p>
    <w:p>
      <w:r>
        <w:t>endobj</w:t>
      </w:r>
    </w:p>
    <w:p>
      <w:r>
        <w:t>222 0 obj</w:t>
      </w:r>
    </w:p>
    <w:p>
      <w:r>
        <w:t>&gt;</w:t>
      </w:r>
    </w:p>
    <w:p>
      <w:r>
        <w:t>endobj</w:t>
      </w:r>
    </w:p>
    <w:p>
      <w:r>
        <w:t>223 0 obj</w:t>
      </w:r>
    </w:p>
    <w:p>
      <w:r>
        <w:t>&gt;</w:t>
      </w:r>
    </w:p>
    <w:p>
      <w:r>
        <w:t>endobj</w:t>
      </w:r>
    </w:p>
    <w:p>
      <w:r>
        <w:t>224 0 obj</w:t>
      </w:r>
    </w:p>
    <w:p>
      <w:r>
        <w:t>&gt;</w:t>
      </w:r>
    </w:p>
    <w:p>
      <w:r>
        <w:t>endobj</w:t>
      </w:r>
    </w:p>
    <w:p>
      <w:r>
        <w:t>225 0 obj</w:t>
      </w:r>
    </w:p>
    <w:p>
      <w:r>
        <w:t>&gt;</w:t>
      </w:r>
    </w:p>
    <w:p>
      <w:r>
        <w:t>endobj</w:t>
      </w:r>
    </w:p>
    <w:p>
      <w:r>
        <w:t>226 0 obj</w:t>
      </w:r>
    </w:p>
    <w:p>
      <w:r>
        <w:t>&gt;</w:t>
      </w:r>
    </w:p>
    <w:p>
      <w:r>
        <w:t>endobj</w:t>
      </w:r>
    </w:p>
    <w:p>
      <w:r>
        <w:t>227 0 obj</w:t>
      </w:r>
    </w:p>
    <w:p>
      <w:r>
        <w:t>&gt;</w:t>
      </w:r>
    </w:p>
    <w:p>
      <w:r>
        <w:t>endobj</w:t>
      </w:r>
    </w:p>
    <w:p>
      <w:r>
        <w:t>228 0 obj</w:t>
      </w:r>
    </w:p>
    <w:p>
      <w:r>
        <w:t>&gt;</w:t>
      </w:r>
    </w:p>
    <w:p>
      <w:r>
        <w:t>endobj</w:t>
      </w:r>
    </w:p>
    <w:p>
      <w:r>
        <w:t>229 0 obj</w:t>
      </w:r>
    </w:p>
    <w:p>
      <w:r>
        <w:t>&gt;</w:t>
      </w:r>
    </w:p>
    <w:p>
      <w:r>
        <w:t>endobj</w:t>
      </w:r>
    </w:p>
    <w:p>
      <w:r>
        <w:t>230 0 obj</w:t>
      </w:r>
    </w:p>
    <w:p>
      <w:r>
        <w:t>&gt;</w:t>
      </w:r>
    </w:p>
    <w:p>
      <w:r>
        <w:t>endobj</w:t>
      </w:r>
    </w:p>
    <w:p>
      <w:r>
        <w:t>231 0 obj</w:t>
      </w:r>
    </w:p>
    <w:p>
      <w:r>
        <w:t>&gt;</w:t>
      </w:r>
    </w:p>
    <w:p>
      <w:r>
        <w:t>endobj</w:t>
      </w:r>
    </w:p>
    <w:p>
      <w:r>
        <w:t>232 0 obj</w:t>
      </w:r>
    </w:p>
    <w:p>
      <w:r>
        <w:t>&gt;</w:t>
      </w:r>
    </w:p>
    <w:p>
      <w:r>
        <w:t>endobj</w:t>
      </w:r>
    </w:p>
    <w:p>
      <w:r>
        <w:t>233 0 obj</w:t>
      </w:r>
    </w:p>
    <w:p>
      <w:r>
        <w:t>&gt;</w:t>
      </w:r>
    </w:p>
    <w:p>
      <w:r>
        <w:t>endobj</w:t>
      </w:r>
    </w:p>
    <w:p>
      <w:r>
        <w:t>234 0 obj</w:t>
      </w:r>
    </w:p>
    <w:p>
      <w:r>
        <w:t>&gt;</w:t>
      </w:r>
    </w:p>
    <w:p>
      <w:r>
        <w:t>endobj</w:t>
      </w:r>
    </w:p>
    <w:p>
      <w:r>
        <w:t>235 0 obj</w:t>
      </w:r>
    </w:p>
    <w:p>
      <w:r>
        <w:t>&gt;</w:t>
      </w:r>
    </w:p>
    <w:p>
      <w:r>
        <w:t>endobj</w:t>
      </w:r>
    </w:p>
    <w:p>
      <w:r>
        <w:t>236 0 obj</w:t>
      </w:r>
    </w:p>
    <w:p>
      <w:r>
        <w:t>&gt;</w:t>
      </w:r>
    </w:p>
    <w:p>
      <w:r>
        <w:t>endobj</w:t>
      </w:r>
    </w:p>
    <w:p>
      <w:r>
        <w:t>237 0 obj</w:t>
      </w:r>
    </w:p>
    <w:p>
      <w:r>
        <w:t>&gt;</w:t>
      </w:r>
    </w:p>
    <w:p>
      <w:r>
        <w:t>endobj</w:t>
      </w:r>
    </w:p>
    <w:p>
      <w:r>
        <w:t>238 0 obj</w:t>
      </w:r>
    </w:p>
    <w:p>
      <w:r>
        <w:t>&gt;</w:t>
      </w:r>
    </w:p>
    <w:p>
      <w:r>
        <w:t>endobj</w:t>
      </w:r>
    </w:p>
    <w:p>
      <w:r>
        <w:t>239 0 obj</w:t>
      </w:r>
    </w:p>
    <w:p>
      <w:r>
        <w:t>&gt;</w:t>
      </w:r>
    </w:p>
    <w:p>
      <w:r>
        <w:t>endobj</w:t>
      </w:r>
    </w:p>
    <w:p>
      <w:r>
        <w:t>240 0 obj</w:t>
      </w:r>
    </w:p>
    <w:p>
      <w:r>
        <w:t>&gt;</w:t>
      </w:r>
    </w:p>
    <w:p>
      <w:r>
        <w:t>endobj</w:t>
      </w:r>
    </w:p>
    <w:p>
      <w:r>
        <w:t>241 0 obj</w:t>
      </w:r>
    </w:p>
    <w:p>
      <w:r>
        <w:t>&gt;</w:t>
      </w:r>
    </w:p>
    <w:p>
      <w:r>
        <w:t>endobj</w:t>
      </w:r>
    </w:p>
    <w:p>
      <w:r>
        <w:t>242 0 obj</w:t>
      </w:r>
    </w:p>
    <w:p>
      <w:r>
        <w:t>&gt;</w:t>
      </w:r>
    </w:p>
    <w:p>
      <w:r>
        <w:t>endobj</w:t>
      </w:r>
    </w:p>
    <w:p>
      <w:r>
        <w:t>243 0 obj</w:t>
      </w:r>
    </w:p>
    <w:p>
      <w:r>
        <w:t>&gt;</w:t>
      </w:r>
    </w:p>
    <w:p>
      <w:r>
        <w:t>endobj</w:t>
      </w:r>
    </w:p>
    <w:p>
      <w:r>
        <w:t>244 0 obj</w:t>
      </w:r>
    </w:p>
    <w:p>
      <w:r>
        <w:t>&gt;</w:t>
      </w:r>
    </w:p>
    <w:p>
      <w:r>
        <w:t>endobj</w:t>
      </w:r>
    </w:p>
    <w:p>
      <w:r>
        <w:t>245 0 obj</w:t>
      </w:r>
    </w:p>
    <w:p>
      <w:r>
        <w:t>&gt;</w:t>
      </w:r>
    </w:p>
    <w:p>
      <w:r>
        <w:t>endobj</w:t>
      </w:r>
    </w:p>
    <w:p>
      <w:r>
        <w:t>246 0 obj</w:t>
      </w:r>
    </w:p>
    <w:p>
      <w:r>
        <w:t>&gt;</w:t>
      </w:r>
    </w:p>
    <w:p>
      <w:r>
        <w:t>endobj</w:t>
      </w:r>
    </w:p>
    <w:p>
      <w:r>
        <w:t>247 0 obj</w:t>
      </w:r>
    </w:p>
    <w:p>
      <w:r>
        <w:t>&gt;</w:t>
      </w:r>
    </w:p>
    <w:p>
      <w:r>
        <w:t>endobj</w:t>
      </w:r>
    </w:p>
    <w:p>
      <w:r>
        <w:t>248 0 obj</w:t>
      </w:r>
    </w:p>
    <w:p>
      <w:r>
        <w:t>&gt;</w:t>
      </w:r>
    </w:p>
    <w:p>
      <w:r>
        <w:t>endobj</w:t>
      </w:r>
    </w:p>
    <w:p>
      <w:r>
        <w:t>249 0 obj</w:t>
      </w:r>
    </w:p>
    <w:p>
      <w:r>
        <w:t>&gt;</w:t>
      </w:r>
    </w:p>
    <w:p>
      <w:r>
        <w:t>endobj</w:t>
      </w:r>
    </w:p>
    <w:p>
      <w:r>
        <w:t>250 0 obj</w:t>
      </w:r>
    </w:p>
    <w:p>
      <w:r>
        <w:t>&gt;</w:t>
      </w:r>
    </w:p>
    <w:p>
      <w:r>
        <w:t>endobj</w:t>
      </w:r>
    </w:p>
    <w:p>
      <w:r>
        <w:t>251 0 obj</w:t>
      </w:r>
    </w:p>
    <w:p>
      <w:r>
        <w:t>&gt;</w:t>
      </w:r>
    </w:p>
    <w:p>
      <w:r>
        <w:t>endobj</w:t>
      </w:r>
    </w:p>
    <w:p>
      <w:r>
        <w:t>252 0 obj</w:t>
      </w:r>
    </w:p>
    <w:p>
      <w:r>
        <w:t>&gt;</w:t>
      </w:r>
    </w:p>
    <w:p>
      <w:r>
        <w:t>endobj</w:t>
      </w:r>
    </w:p>
    <w:p>
      <w:r>
        <w:t>253 0 obj</w:t>
      </w:r>
    </w:p>
    <w:p>
      <w:r>
        <w:t>&gt;</w:t>
      </w:r>
    </w:p>
    <w:p>
      <w:r>
        <w:t>endobj</w:t>
      </w:r>
    </w:p>
    <w:p>
      <w:r>
        <w:t>254 0 obj</w:t>
      </w:r>
    </w:p>
    <w:p>
      <w:r>
        <w:t>bN) /K[ 33] /Pg 42 0 R&gt;&gt;</w:t>
      </w:r>
    </w:p>
    <w:p>
      <w:r>
        <w:t>endobj</w:t>
      </w:r>
    </w:p>
    <w:p>
      <w:r>
        <w:t>255 0 obj</w:t>
      </w:r>
    </w:p>
    <w:p>
      <w:r>
        <w:t>&gt;</w:t>
      </w:r>
    </w:p>
    <w:p>
      <w:r>
        <w:t>endobj</w:t>
      </w:r>
    </w:p>
    <w:p>
      <w:r>
        <w:t>256 0 obj</w:t>
      </w:r>
    </w:p>
    <w:p>
      <w:r>
        <w:t>&gt;</w:t>
      </w:r>
    </w:p>
    <w:p>
      <w:r>
        <w:t>endobj</w:t>
      </w:r>
    </w:p>
    <w:p>
      <w:r>
        <w:t>257 0 obj</w:t>
      </w:r>
    </w:p>
    <w:p>
      <w:r>
        <w:t>&gt;</w:t>
      </w:r>
    </w:p>
    <w:p>
      <w:r>
        <w:t>endobj</w:t>
      </w:r>
    </w:p>
    <w:p>
      <w:r>
        <w:t>258 0 obj</w:t>
      </w:r>
    </w:p>
    <w:p>
      <w:r>
        <w:t>&gt;</w:t>
      </w:r>
    </w:p>
    <w:p>
      <w:r>
        <w:t>endobj</w:t>
      </w:r>
    </w:p>
    <w:p>
      <w:r>
        <w:t>259 0 obj</w:t>
      </w:r>
    </w:p>
    <w:p>
      <w:r>
        <w:t>&gt;</w:t>
      </w:r>
    </w:p>
    <w:p>
      <w:r>
        <w:t>endobj</w:t>
      </w:r>
    </w:p>
    <w:p>
      <w:r>
        <w:t>260 0 obj</w:t>
      </w:r>
    </w:p>
    <w:p>
      <w:r>
        <w:t>&gt;</w:t>
      </w:r>
    </w:p>
    <w:p>
      <w:r>
        <w:t>endobj</w:t>
      </w:r>
    </w:p>
    <w:p>
      <w:r>
        <w:t>261 0 obj</w:t>
      </w:r>
    </w:p>
    <w:p>
      <w:r>
        <w:t>&gt;</w:t>
      </w:r>
    </w:p>
    <w:p>
      <w:r>
        <w:t>endobj</w:t>
      </w:r>
    </w:p>
    <w:p>
      <w:r>
        <w:t>262 0 obj</w:t>
      </w:r>
    </w:p>
    <w:p>
      <w:r>
        <w:t>[ 261 0 R 263 0 R 264 0 R 265 0 R 267 0 R 268 0 R 269 0 R 270 0 R 272 0 R 273 0 R 274 0 R 275 0 R 276 0 R 277 0 R 279 0 R 280 0 R 281 0 R 282 0 R 283 0 R 285 0 R 286 0 R 287 0 R 288 0 R 289 0 R 290 0 R 291 0 R 292 0 R 293 0 R 294 0 R 295 0 R 296 0 R 297 0 R 298 0 R 299 0 R 300 0 R 301 0 R 302 0 R 303 0 R 304 0 R 306 0 R 307 0 R 308 0 R 309 0 R 310 0 R 312 0 R 313 0 R]</w:t>
      </w:r>
    </w:p>
    <w:p>
      <w:r>
        <w:t>endobj</w:t>
      </w:r>
    </w:p>
    <w:p>
      <w:r>
        <w:t>263 0 obj</w:t>
      </w:r>
    </w:p>
    <w:p>
      <w:r>
        <w:t>&gt;</w:t>
      </w:r>
    </w:p>
    <w:p>
      <w:r>
        <w:t>endobj</w:t>
      </w:r>
    </w:p>
    <w:p>
      <w:r>
        <w:t>264 0 obj</w:t>
      </w:r>
    </w:p>
    <w:p>
      <w:r>
        <w:t>&gt;</w:t>
      </w:r>
    </w:p>
    <w:p>
      <w:r>
        <w:t>endobj</w:t>
      </w:r>
    </w:p>
    <w:p>
      <w:r>
        <w:t>265 0 obj</w:t>
      </w:r>
    </w:p>
    <w:p>
      <w:r>
        <w:t>&gt;</w:t>
      </w:r>
    </w:p>
    <w:p>
      <w:r>
        <w:t>endobj</w:t>
      </w:r>
    </w:p>
    <w:p>
      <w:r>
        <w:t>266 0 obj</w:t>
      </w:r>
    </w:p>
    <w:p>
      <w:r>
        <w:t>&gt;</w:t>
      </w:r>
    </w:p>
    <w:p>
      <w:r>
        <w:t>endobj</w:t>
      </w:r>
    </w:p>
    <w:p>
      <w:r>
        <w:t>267 0 obj</w:t>
      </w:r>
    </w:p>
    <w:p>
      <w:r>
        <w:t>&gt;</w:t>
      </w:r>
    </w:p>
    <w:p>
      <w:r>
        <w:t>endobj</w:t>
      </w:r>
    </w:p>
    <w:p>
      <w:r>
        <w:t>268 0 obj</w:t>
      </w:r>
    </w:p>
    <w:p>
      <w:r>
        <w:t>&gt;</w:t>
      </w:r>
    </w:p>
    <w:p>
      <w:r>
        <w:t>endobj</w:t>
      </w:r>
    </w:p>
    <w:p>
      <w:r>
        <w:t>269 0 obj</w:t>
      </w:r>
    </w:p>
    <w:p>
      <w:r>
        <w:t>&gt;</w:t>
      </w:r>
    </w:p>
    <w:p>
      <w:r>
        <w:t>endobj</w:t>
      </w:r>
    </w:p>
    <w:p>
      <w:r>
        <w:t>270 0 obj</w:t>
      </w:r>
    </w:p>
    <w:p>
      <w:r>
        <w:t>&gt;</w:t>
      </w:r>
    </w:p>
    <w:p>
      <w:r>
        <w:t>endobj</w:t>
      </w:r>
    </w:p>
    <w:p>
      <w:r>
        <w:t>271 0 obj</w:t>
      </w:r>
    </w:p>
    <w:p>
      <w:r>
        <w:t>&gt;</w:t>
      </w:r>
    </w:p>
    <w:p>
      <w:r>
        <w:t>endobj</w:t>
      </w:r>
    </w:p>
    <w:p>
      <w:r>
        <w:t>272 0 obj</w:t>
      </w:r>
    </w:p>
    <w:p>
      <w:r>
        <w:t>ON;NIO_Qwg \\vr1V) /K[ 8] /Pg 44 0 R&gt;&gt;</w:t>
      </w:r>
    </w:p>
    <w:p>
      <w:r>
        <w:t>endobj</w:t>
      </w:r>
    </w:p>
    <w:p>
      <w:r>
        <w:t>273 0 obj</w:t>
      </w:r>
    </w:p>
    <w:p>
      <w:r>
        <w:t>&gt;</w:t>
      </w:r>
    </w:p>
    <w:p>
      <w:r>
        <w:t>endobj</w:t>
      </w:r>
    </w:p>
    <w:p>
      <w:r>
        <w:t>274 0 obj</w:t>
      </w:r>
    </w:p>
    <w:p>
      <w:r>
        <w:t>O#Na_:u~[lygTN\n) /K[ 10] /Pg 44 0 R&gt;&gt;</w:t>
      </w:r>
    </w:p>
    <w:p>
      <w:r>
        <w:t>endobj</w:t>
      </w:r>
    </w:p>
    <w:p>
      <w:r>
        <w:t>275 0 obj</w:t>
      </w:r>
    </w:p>
    <w:p>
      <w:r>
        <w:t>&gt;</w:t>
      </w:r>
    </w:p>
    <w:p>
      <w:r>
        <w:t>endobj</w:t>
      </w:r>
    </w:p>
    <w:p>
      <w:r>
        <w:t>276 0 obj</w:t>
      </w:r>
    </w:p>
    <w:p>
      <w:r>
        <w:t>&gt;</w:t>
      </w:r>
    </w:p>
    <w:p>
      <w:r>
        <w:t>endobj</w:t>
      </w:r>
    </w:p>
    <w:p>
      <w:r>
        <w:t>277 0 obj</w:t>
      </w:r>
    </w:p>
    <w:p>
      <w:r>
        <w:t>&gt;</w:t>
      </w:r>
    </w:p>
    <w:p>
      <w:r>
        <w:t>endobj</w:t>
      </w:r>
    </w:p>
    <w:p>
      <w:r>
        <w:t>278 0 obj</w:t>
      </w:r>
    </w:p>
    <w:p>
      <w:r>
        <w:t>&gt;</w:t>
      </w:r>
    </w:p>
    <w:p>
      <w:r>
        <w:t>endobj</w:t>
      </w:r>
    </w:p>
    <w:p>
      <w:r>
        <w:t>279 0 obj</w:t>
      </w:r>
    </w:p>
    <w:p>
      <w:r>
        <w:t>&gt;</w:t>
      </w:r>
    </w:p>
    <w:p>
      <w:r>
        <w:t>endobj</w:t>
      </w:r>
    </w:p>
    <w:p>
      <w:r>
        <w:t>280 0 obj</w:t>
      </w:r>
    </w:p>
    <w:p>
      <w:r>
        <w:t>&gt;</w:t>
      </w:r>
    </w:p>
    <w:p>
      <w:r>
        <w:t>endobj</w:t>
      </w:r>
    </w:p>
    <w:p>
      <w:r>
        <w:t>281 0 obj</w:t>
      </w:r>
    </w:p>
    <w:p>
      <w:r>
        <w:t>&gt;</w:t>
      </w:r>
    </w:p>
    <w:p>
      <w:r>
        <w:t>endobj</w:t>
      </w:r>
    </w:p>
    <w:p>
      <w:r>
        <w:t>282 0 obj</w:t>
      </w:r>
    </w:p>
    <w:p>
      <w:r>
        <w:t>&gt;</w:t>
      </w:r>
    </w:p>
    <w:p>
      <w:r>
        <w:t>endobj</w:t>
      </w:r>
    </w:p>
    <w:p>
      <w:r>
        <w:t>283 0 obj</w:t>
      </w:r>
    </w:p>
    <w:p>
      <w:r>
        <w:t>&gt;</w:t>
      </w:r>
    </w:p>
    <w:p>
      <w:r>
        <w:t>endobj</w:t>
      </w:r>
    </w:p>
    <w:p>
      <w:r>
        <w:t>284 0 obj</w:t>
      </w:r>
    </w:p>
    <w:p>
      <w:r>
        <w:t>&gt;</w:t>
      </w:r>
    </w:p>
    <w:p>
      <w:r>
        <w:t>endobj</w:t>
      </w:r>
    </w:p>
    <w:p>
      <w:r>
        <w:t>285 0 obj</w:t>
      </w:r>
    </w:p>
    <w:p>
      <w:r>
        <w:t>&gt;</w:t>
      </w:r>
    </w:p>
    <w:p>
      <w:r>
        <w:t>endobj</w:t>
      </w:r>
    </w:p>
    <w:p>
      <w:r>
        <w:t>286 0 obj</w:t>
      </w:r>
    </w:p>
    <w:p>
      <w:r>
        <w:t>&gt;</w:t>
      </w:r>
    </w:p>
    <w:p>
      <w:r>
        <w:t>endobj</w:t>
      </w:r>
    </w:p>
    <w:p>
      <w:r>
        <w:t>287 0 obj</w:t>
      </w:r>
    </w:p>
    <w:p>
      <w:r>
        <w:t>&gt;</w:t>
      </w:r>
    </w:p>
    <w:p>
      <w:r>
        <w:t>endobj</w:t>
      </w:r>
    </w:p>
    <w:p>
      <w:r>
        <w:t>288 0 obj</w:t>
      </w:r>
    </w:p>
    <w:p>
      <w:r>
        <w:t>&gt;</w:t>
      </w:r>
    </w:p>
    <w:p>
      <w:r>
        <w:t>endobj</w:t>
      </w:r>
    </w:p>
    <w:p>
      <w:r>
        <w:t>289 0 obj</w:t>
      </w:r>
    </w:p>
    <w:p>
      <w:r>
        <w:t>&gt;</w:t>
      </w:r>
    </w:p>
    <w:p>
      <w:r>
        <w:t>endobj</w:t>
      </w:r>
    </w:p>
    <w:p>
      <w:r>
        <w:t>290 0 obj</w:t>
      </w:r>
    </w:p>
    <w:p>
      <w:r>
        <w:t>&gt;</w:t>
      </w:r>
    </w:p>
    <w:p>
      <w:r>
        <w:t>endobj</w:t>
      </w:r>
    </w:p>
    <w:p>
      <w:r>
        <w:t>291 0 obj</w:t>
      </w:r>
    </w:p>
    <w:p>
      <w:r>
        <w:t>&gt;</w:t>
      </w:r>
    </w:p>
    <w:p>
      <w:r>
        <w:t>endobj</w:t>
      </w:r>
    </w:p>
    <w:p>
      <w:r>
        <w:t>292 0 obj</w:t>
      </w:r>
    </w:p>
    <w:p>
      <w:r>
        <w:t>&gt;</w:t>
      </w:r>
    </w:p>
    <w:p>
      <w:r>
        <w:t>endobj</w:t>
      </w:r>
    </w:p>
    <w:p>
      <w:r>
        <w:t>293 0 obj</w:t>
      </w:r>
    </w:p>
    <w:p>
      <w:r>
        <w:t>&gt;</w:t>
      </w:r>
    </w:p>
    <w:p>
      <w:r>
        <w:t>endobj</w:t>
      </w:r>
    </w:p>
    <w:p>
      <w:r>
        <w:t>294 0 obj</w:t>
      </w:r>
    </w:p>
    <w:p>
      <w:r>
        <w:t>&gt;</w:t>
      </w:r>
    </w:p>
    <w:p>
      <w:r>
        <w:t>endobj</w:t>
      </w:r>
    </w:p>
    <w:p>
      <w:r>
        <w:t>295 0 obj</w:t>
      </w:r>
    </w:p>
    <w:p>
      <w:r>
        <w:t>&gt;</w:t>
      </w:r>
    </w:p>
    <w:p>
      <w:r>
        <w:t>endobj</w:t>
      </w:r>
    </w:p>
    <w:p>
      <w:r>
        <w:t>296 0 obj</w:t>
      </w:r>
    </w:p>
    <w:p>
      <w:r>
        <w:t>&gt;</w:t>
      </w:r>
    </w:p>
    <w:p>
      <w:r>
        <w:t>endobj</w:t>
      </w:r>
    </w:p>
    <w:p>
      <w:r>
        <w:t>297 0 obj</w:t>
      </w:r>
    </w:p>
    <w:p>
      <w:r>
        <w:t>&gt;</w:t>
      </w:r>
    </w:p>
    <w:p>
      <w:r>
        <w:t>endobj</w:t>
      </w:r>
    </w:p>
    <w:p>
      <w:r>
        <w:t>298 0 obj</w:t>
      </w:r>
    </w:p>
    <w:p>
      <w:r>
        <w:t>&gt;</w:t>
      </w:r>
    </w:p>
    <w:p>
      <w:r>
        <w:t>endobj</w:t>
      </w:r>
    </w:p>
    <w:p>
      <w:r>
        <w:t>299 0 obj</w:t>
      </w:r>
    </w:p>
    <w:p>
      <w:r>
        <w:t>&gt;</w:t>
      </w:r>
    </w:p>
    <w:p>
      <w:r>
        <w:t>endobj</w:t>
      </w:r>
    </w:p>
    <w:p>
      <w:r>
        <w:t>300 0 obj</w:t>
      </w:r>
    </w:p>
    <w:p>
      <w:r>
        <w:t>&gt;</w:t>
      </w:r>
    </w:p>
    <w:p>
      <w:r>
        <w:t>endobj</w:t>
      </w:r>
    </w:p>
    <w:p>
      <w:r>
        <w:t>301 0 obj</w:t>
      </w:r>
    </w:p>
    <w:p>
      <w:r>
        <w:t>&gt;</w:t>
      </w:r>
    </w:p>
    <w:p>
      <w:r>
        <w:t>endobj</w:t>
      </w:r>
    </w:p>
    <w:p>
      <w:r>
        <w:t>302 0 obj</w:t>
      </w:r>
    </w:p>
    <w:p>
      <w:r>
        <w:t>&gt;</w:t>
      </w:r>
    </w:p>
    <w:p>
      <w:r>
        <w:t>endobj</w:t>
      </w:r>
    </w:p>
    <w:p>
      <w:r>
        <w:t>303 0 obj</w:t>
      </w:r>
    </w:p>
    <w:p>
      <w:r>
        <w:t>&gt;</w:t>
      </w:r>
    </w:p>
    <w:p>
      <w:r>
        <w:t>endobj</w:t>
      </w:r>
    </w:p>
    <w:p>
      <w:r>
        <w:t>304 0 obj</w:t>
      </w:r>
    </w:p>
    <w:p>
      <w:r>
        <w:t>&gt;</w:t>
      </w:r>
    </w:p>
    <w:p>
      <w:r>
        <w:t>endobj</w:t>
      </w:r>
    </w:p>
    <w:p>
      <w:r>
        <w:t>305 0 obj</w:t>
      </w:r>
    </w:p>
    <w:p>
      <w:r>
        <w:t>&gt;</w:t>
      </w:r>
    </w:p>
    <w:p>
      <w:r>
        <w:t>endobj</w:t>
      </w:r>
    </w:p>
    <w:p>
      <w:r>
        <w:t>306 0 obj</w:t>
      </w:r>
    </w:p>
    <w:p>
      <w:r>
        <w:t>&gt;</w:t>
      </w:r>
    </w:p>
    <w:p>
      <w:r>
        <w:t>endobj</w:t>
      </w:r>
    </w:p>
    <w:p>
      <w:r>
        <w:t>307 0 obj</w:t>
      </w:r>
    </w:p>
    <w:p>
      <w:r>
        <w:t>&gt;</w:t>
      </w:r>
    </w:p>
    <w:p>
      <w:r>
        <w:t>endobj</w:t>
      </w:r>
    </w:p>
    <w:p>
      <w:r>
        <w:t>308 0 obj</w:t>
      </w:r>
    </w:p>
    <w:p>
      <w:r>
        <w:t>&gt;</w:t>
      </w:r>
    </w:p>
    <w:p>
      <w:r>
        <w:t>endobj</w:t>
      </w:r>
    </w:p>
    <w:p>
      <w:r>
        <w:t>309 0 obj</w:t>
      </w:r>
    </w:p>
    <w:p>
      <w:r>
        <w:t>&gt;</w:t>
      </w:r>
    </w:p>
    <w:p>
      <w:r>
        <w:t>endobj</w:t>
      </w:r>
    </w:p>
    <w:p>
      <w:r>
        <w:t>310 0 obj</w:t>
      </w:r>
    </w:p>
    <w:p>
      <w:r>
        <w:t>&gt;</w:t>
      </w:r>
    </w:p>
    <w:p>
      <w:r>
        <w:t>endobj</w:t>
      </w:r>
    </w:p>
    <w:p>
      <w:r>
        <w:t>311 0 obj</w:t>
      </w:r>
    </w:p>
    <w:p>
      <w:r>
        <w:t>&gt;</w:t>
      </w:r>
    </w:p>
    <w:p>
      <w:r>
        <w:t>endobj</w:t>
      </w:r>
    </w:p>
    <w:p>
      <w:r>
        <w:t>312 0 obj</w:t>
      </w:r>
    </w:p>
    <w:p>
      <w:r>
        <w:t>&gt;</w:t>
      </w:r>
    </w:p>
    <w:p>
      <w:r>
        <w:t>endobj</w:t>
      </w:r>
    </w:p>
    <w:p>
      <w:r>
        <w:t>313 0 obj</w:t>
      </w:r>
    </w:p>
    <w:p>
      <w:r>
        <w:t>&gt;</w:t>
      </w:r>
    </w:p>
    <w:p>
      <w:r>
        <w:t>endobj</w:t>
      </w:r>
    </w:p>
    <w:p>
      <w:r>
        <w:t>314 0 obj</w:t>
      </w:r>
    </w:p>
    <w:p>
      <w:r>
        <w:t>&gt;</w:t>
      </w:r>
    </w:p>
    <w:p>
      <w:r>
        <w:t>endobj</w:t>
      </w:r>
    </w:p>
    <w:p>
      <w:r>
        <w:t>315 0 obj</w:t>
      </w:r>
    </w:p>
    <w:p>
      <w:r>
        <w:t>&gt;</w:t>
      </w:r>
    </w:p>
    <w:p>
      <w:r>
        <w:t>endobj</w:t>
      </w:r>
    </w:p>
    <w:p>
      <w:r>
        <w:t>316 0 obj</w:t>
      </w:r>
    </w:p>
    <w:p>
      <w:r>
        <w:t>[ 315 0 R 317 0 R 319 0 R 320 0 R 321 0 R 322 0 R 323 0 R 324 0 R 325 0 R 327 0 R 328 0 R 329 0 R 330 0 R 331 0 R 332 0 R 333 0 R 334 0 R 336 0 R 337 0 R 338 0 R 339 0 R 340 0 R 341 0 R 342 0 R 343 0 R 345 0 R 346 0 R 347 0 R 348 0 R]</w:t>
      </w:r>
    </w:p>
    <w:p>
      <w:r>
        <w:t>endobj</w:t>
      </w:r>
    </w:p>
    <w:p>
      <w:r>
        <w:t>317 0 obj</w:t>
      </w:r>
    </w:p>
    <w:p>
      <w:r>
        <w:t>&gt;</w:t>
      </w:r>
    </w:p>
    <w:p>
      <w:r>
        <w:t>endobj</w:t>
      </w:r>
    </w:p>
    <w:p>
      <w:r>
        <w:t>318 0 obj</w:t>
      </w:r>
    </w:p>
    <w:p>
      <w:r>
        <w:t>&gt;</w:t>
      </w:r>
    </w:p>
    <w:p>
      <w:r>
        <w:t>endobj</w:t>
      </w:r>
    </w:p>
    <w:p>
      <w:r>
        <w:t>319 0 obj</w:t>
      </w:r>
    </w:p>
    <w:p>
      <w:r>
        <w:t>&gt;</w:t>
      </w:r>
    </w:p>
    <w:p>
      <w:r>
        <w:t>endobj</w:t>
      </w:r>
    </w:p>
    <w:p>
      <w:r>
        <w:t>320 0 obj</w:t>
      </w:r>
    </w:p>
    <w:p>
      <w:r>
        <w:t>&gt;</w:t>
      </w:r>
    </w:p>
    <w:p>
      <w:r>
        <w:t>endobj</w:t>
      </w:r>
    </w:p>
    <w:p>
      <w:r>
        <w:t>321 0 obj</w:t>
      </w:r>
    </w:p>
    <w:p>
      <w:r>
        <w:t>&gt;</w:t>
      </w:r>
    </w:p>
    <w:p>
      <w:r>
        <w:t>endobj</w:t>
      </w:r>
    </w:p>
    <w:p>
      <w:r>
        <w:t>322 0 obj</w:t>
      </w:r>
    </w:p>
    <w:p>
      <w:r>
        <w:t>&gt;</w:t>
      </w:r>
    </w:p>
    <w:p>
      <w:r>
        <w:t>endobj</w:t>
      </w:r>
    </w:p>
    <w:p>
      <w:r>
        <w:t>323 0 obj</w:t>
      </w:r>
    </w:p>
    <w:p>
      <w:r>
        <w:t>&gt;</w:t>
      </w:r>
    </w:p>
    <w:p>
      <w:r>
        <w:t>endobj</w:t>
      </w:r>
    </w:p>
    <w:p>
      <w:r>
        <w:t>324 0 obj</w:t>
      </w:r>
    </w:p>
    <w:p>
      <w:r>
        <w:t>&gt;</w:t>
      </w:r>
    </w:p>
    <w:p>
      <w:r>
        <w:t>endobj</w:t>
      </w:r>
    </w:p>
    <w:p>
      <w:r>
        <w:t>325 0 obj</w:t>
      </w:r>
    </w:p>
    <w:p>
      <w:r>
        <w:t>&gt;</w:t>
      </w:r>
    </w:p>
    <w:p>
      <w:r>
        <w:t>endobj</w:t>
      </w:r>
    </w:p>
    <w:p>
      <w:r>
        <w:t>326 0 obj</w:t>
      </w:r>
    </w:p>
    <w:p>
      <w:r>
        <w:t>&gt;</w:t>
      </w:r>
    </w:p>
    <w:p>
      <w:r>
        <w:t>endobj</w:t>
      </w:r>
    </w:p>
    <w:p>
      <w:r>
        <w:t>327 0 obj</w:t>
      </w:r>
    </w:p>
    <w:p>
      <w:r>
        <w:t>&gt;</w:t>
      </w:r>
    </w:p>
    <w:p>
      <w:r>
        <w:t>endobj</w:t>
      </w:r>
    </w:p>
    <w:p>
      <w:r>
        <w:t>328 0 obj</w:t>
      </w:r>
    </w:p>
    <w:p>
      <w:r>
        <w:t>&gt;</w:t>
      </w:r>
    </w:p>
    <w:p>
      <w:r>
        <w:t>endobj</w:t>
      </w:r>
    </w:p>
    <w:p>
      <w:r>
        <w:t>329 0 obj</w:t>
      </w:r>
    </w:p>
    <w:p>
      <w:r>
        <w:t>&gt;</w:t>
      </w:r>
    </w:p>
    <w:p>
      <w:r>
        <w:t>endobj</w:t>
      </w:r>
    </w:p>
    <w:p>
      <w:r>
        <w:t>330 0 obj</w:t>
      </w:r>
    </w:p>
    <w:p>
      <w:r>
        <w:t>&gt;</w:t>
      </w:r>
    </w:p>
    <w:p>
      <w:r>
        <w:t>endobj</w:t>
      </w:r>
    </w:p>
    <w:p>
      <w:r>
        <w:t>331 0 obj</w:t>
      </w:r>
    </w:p>
    <w:p>
      <w:r>
        <w:t>&gt;</w:t>
      </w:r>
    </w:p>
    <w:p>
      <w:r>
        <w:t>endobj</w:t>
      </w:r>
    </w:p>
    <w:p>
      <w:r>
        <w:t>332 0 obj</w:t>
      </w:r>
    </w:p>
    <w:p>
      <w:r>
        <w:t>&gt;</w:t>
      </w:r>
    </w:p>
    <w:p>
      <w:r>
        <w:t>endobj</w:t>
      </w:r>
    </w:p>
    <w:p>
      <w:r>
        <w:t>333 0 obj</w:t>
      </w:r>
    </w:p>
    <w:p>
      <w:r>
        <w:t>&gt;</w:t>
      </w:r>
    </w:p>
    <w:p>
      <w:r>
        <w:t>endobj</w:t>
      </w:r>
    </w:p>
    <w:p>
      <w:r>
        <w:t>334 0 obj</w:t>
      </w:r>
    </w:p>
    <w:p>
      <w:r>
        <w:t>&gt;</w:t>
      </w:r>
    </w:p>
    <w:p>
      <w:r>
        <w:t>endobj</w:t>
      </w:r>
    </w:p>
    <w:p>
      <w:r>
        <w:t>335 0 obj</w:t>
      </w:r>
    </w:p>
    <w:p>
      <w:r>
        <w:t>&gt;</w:t>
      </w:r>
    </w:p>
    <w:p>
      <w:r>
        <w:t>endobj</w:t>
      </w:r>
    </w:p>
    <w:p>
      <w:r>
        <w:t>336 0 obj</w:t>
      </w:r>
    </w:p>
    <w:p>
      <w:r>
        <w:t>&gt;</w:t>
      </w:r>
    </w:p>
    <w:p>
      <w:r>
        <w:t>endobj</w:t>
      </w:r>
    </w:p>
    <w:p>
      <w:r>
        <w:t>337 0 obj</w:t>
      </w:r>
    </w:p>
    <w:p>
      <w:r>
        <w:t>&gt;</w:t>
      </w:r>
    </w:p>
    <w:p>
      <w:r>
        <w:t>endobj</w:t>
      </w:r>
    </w:p>
    <w:p>
      <w:r>
        <w:t>338 0 obj</w:t>
      </w:r>
    </w:p>
    <w:p>
      <w:r>
        <w:t>&gt;</w:t>
      </w:r>
    </w:p>
    <w:p>
      <w:r>
        <w:t>endobj</w:t>
      </w:r>
    </w:p>
    <w:p>
      <w:r>
        <w:t>339 0 obj</w:t>
      </w:r>
    </w:p>
    <w:p>
      <w:r>
        <w:t>&gt;</w:t>
      </w:r>
    </w:p>
    <w:p>
      <w:r>
        <w:t>endobj</w:t>
      </w:r>
    </w:p>
    <w:p>
      <w:r>
        <w:t>340 0 obj</w:t>
      </w:r>
    </w:p>
    <w:p>
      <w:r>
        <w:t>&gt;</w:t>
      </w:r>
    </w:p>
    <w:p>
      <w:r>
        <w:t>endobj</w:t>
      </w:r>
    </w:p>
    <w:p>
      <w:r>
        <w:t>341 0 obj</w:t>
      </w:r>
    </w:p>
    <w:p>
      <w:r>
        <w:t>&gt;</w:t>
      </w:r>
    </w:p>
    <w:p>
      <w:r>
        <w:t>endobj</w:t>
      </w:r>
    </w:p>
    <w:p>
      <w:r>
        <w:t>342 0 obj</w:t>
      </w:r>
    </w:p>
    <w:p>
      <w:r>
        <w:t>&gt;</w:t>
      </w:r>
    </w:p>
    <w:p>
      <w:r>
        <w:t>endobj</w:t>
      </w:r>
    </w:p>
    <w:p>
      <w:r>
        <w:t>343 0 obj</w:t>
      </w:r>
    </w:p>
    <w:p>
      <w:r>
        <w:t>&gt;</w:t>
      </w:r>
    </w:p>
    <w:p>
      <w:r>
        <w:t>endobj</w:t>
      </w:r>
    </w:p>
    <w:p>
      <w:r>
        <w:t>344 0 obj</w:t>
      </w:r>
    </w:p>
    <w:p>
      <w:r>
        <w:t>&gt;</w:t>
      </w:r>
    </w:p>
    <w:p>
      <w:r>
        <w:t>endobj</w:t>
      </w:r>
    </w:p>
    <w:p>
      <w:r>
        <w:t>345 0 obj</w:t>
      </w:r>
    </w:p>
    <w:p>
      <w:r>
        <w:t>&gt;</w:t>
      </w:r>
    </w:p>
    <w:p>
      <w:r>
        <w:t>endobj</w:t>
      </w:r>
    </w:p>
    <w:p>
      <w:r>
        <w:t>346 0 obj</w:t>
      </w:r>
    </w:p>
    <w:p>
      <w:r>
        <w:t>&gt;</w:t>
      </w:r>
    </w:p>
    <w:p>
      <w:r>
        <w:t>endobj</w:t>
      </w:r>
    </w:p>
    <w:p>
      <w:r>
        <w:t>347 0 obj</w:t>
      </w:r>
    </w:p>
    <w:p>
      <w:r>
        <w:t>&gt;</w:t>
      </w:r>
    </w:p>
    <w:p>
      <w:r>
        <w:t>endobj</w:t>
      </w:r>
    </w:p>
    <w:p>
      <w:r>
        <w:t>348 0 obj</w:t>
      </w:r>
    </w:p>
    <w:p>
      <w:r>
        <w:t>&gt;</w:t>
      </w:r>
    </w:p>
    <w:p>
      <w:r>
        <w:t>endobj</w:t>
      </w:r>
    </w:p>
    <w:p>
      <w:r>
        <w:t>349 0 obj</w:t>
      </w:r>
    </w:p>
    <w:p>
      <w:r>
        <w:t>&gt;</w:t>
      </w:r>
    </w:p>
    <w:p>
      <w:r>
        <w:t>endobj</w:t>
      </w:r>
    </w:p>
    <w:p>
      <w:r>
        <w:t>350 0 obj</w:t>
      </w:r>
    </w:p>
    <w:p>
      <w:r>
        <w:t>&gt;</w:t>
      </w:r>
    </w:p>
    <w:p>
      <w:r>
        <w:t>endobj</w:t>
      </w:r>
    </w:p>
    <w:p>
      <w:r>
        <w:t>351 0 obj</w:t>
      </w:r>
    </w:p>
    <w:p>
      <w:r>
        <w:t>[ 350 0 R 352 0 R 353 0 R 354 0 R 355 0 R 356 0 R 357 0 R 358 0 R 359 0 R 360 0 R 362 0 R 363 0 R 364 0 R 365 0 R 367 0 R 368 0 R 369 0 R 370 0 R 371 0 R 373 0 R 374 0 R 375 0 R 376 0 R 378 0 R 379 0 R 380 0 R 381 0 R 382 0 R 383 0 R 385 0 R 386 0 R 387 0 R 388 0 R 389 0 R 391 0 R 392 0 R 393 0 R 394 0 R 396 0 R 397 0 R 398 0 R 399 0 R 401 0 R 402 0 R]</w:t>
      </w:r>
    </w:p>
    <w:p>
      <w:r>
        <w:t>endobj</w:t>
      </w:r>
    </w:p>
    <w:p>
      <w:r>
        <w:t>352 0 obj</w:t>
      </w:r>
    </w:p>
    <w:p>
      <w:r>
        <w:t>&gt;</w:t>
      </w:r>
    </w:p>
    <w:p>
      <w:r>
        <w:t>endobj</w:t>
      </w:r>
    </w:p>
    <w:p>
      <w:r>
        <w:t>353 0 obj</w:t>
      </w:r>
    </w:p>
    <w:p>
      <w:r>
        <w:t>&gt;</w:t>
      </w:r>
    </w:p>
    <w:p>
      <w:r>
        <w:t>endobj</w:t>
      </w:r>
    </w:p>
    <w:p>
      <w:r>
        <w:t>354 0 obj</w:t>
      </w:r>
    </w:p>
    <w:p>
      <w:r>
        <w:t>&gt;</w:t>
      </w:r>
    </w:p>
    <w:p>
      <w:r>
        <w:t>endobj</w:t>
      </w:r>
    </w:p>
    <w:p>
      <w:r>
        <w:t>355 0 obj</w:t>
      </w:r>
    </w:p>
    <w:p>
      <w:r>
        <w:t>&gt;</w:t>
      </w:r>
    </w:p>
    <w:p>
      <w:r>
        <w:t>endobj</w:t>
      </w:r>
    </w:p>
    <w:p>
      <w:r>
        <w:t>356 0 obj</w:t>
      </w:r>
    </w:p>
    <w:p>
      <w:r>
        <w:t>&gt;</w:t>
      </w:r>
    </w:p>
    <w:p>
      <w:r>
        <w:t>endobj</w:t>
      </w:r>
    </w:p>
    <w:p>
      <w:r>
        <w:t>357 0 obj</w:t>
      </w:r>
    </w:p>
    <w:p>
      <w:r>
        <w:t>&gt;</w:t>
      </w:r>
    </w:p>
    <w:p>
      <w:r>
        <w:t>endobj</w:t>
      </w:r>
    </w:p>
    <w:p>
      <w:r>
        <w:t>358 0 obj</w:t>
      </w:r>
    </w:p>
    <w:p>
      <w:r>
        <w:t>&gt;</w:t>
      </w:r>
    </w:p>
    <w:p>
      <w:r>
        <w:t>endobj</w:t>
      </w:r>
    </w:p>
    <w:p>
      <w:r>
        <w:t>359 0 obj</w:t>
      </w:r>
    </w:p>
    <w:p>
      <w:r>
        <w:t>&gt;</w:t>
      </w:r>
    </w:p>
    <w:p>
      <w:r>
        <w:t>endobj</w:t>
      </w:r>
    </w:p>
    <w:p>
      <w:r>
        <w:t>360 0 obj</w:t>
      </w:r>
    </w:p>
    <w:p>
      <w:r>
        <w:t>&gt;</w:t>
      </w:r>
    </w:p>
    <w:p>
      <w:r>
        <w:t>endobj</w:t>
      </w:r>
    </w:p>
    <w:p>
      <w:r>
        <w:t>361 0 obj</w:t>
      </w:r>
    </w:p>
    <w:p>
      <w:r>
        <w:t>&gt;</w:t>
      </w:r>
    </w:p>
    <w:p>
      <w:r>
        <w:t>endobj</w:t>
      </w:r>
    </w:p>
    <w:p>
      <w:r>
        <w:t>362 0 obj</w:t>
      </w:r>
    </w:p>
    <w:p>
      <w:r>
        <w:t>&gt;</w:t>
      </w:r>
    </w:p>
    <w:p>
      <w:r>
        <w:t>endobj</w:t>
      </w:r>
    </w:p>
    <w:p>
      <w:r>
        <w:t>363 0 obj</w:t>
      </w:r>
    </w:p>
    <w:p>
      <w:r>
        <w:t>&gt;</w:t>
      </w:r>
    </w:p>
    <w:p>
      <w:r>
        <w:t>endobj</w:t>
      </w:r>
    </w:p>
    <w:p>
      <w:r>
        <w:t>364 0 obj</w:t>
      </w:r>
    </w:p>
    <w:p>
      <w:r>
        <w:t>&gt;</w:t>
      </w:r>
    </w:p>
    <w:p>
      <w:r>
        <w:t>endobj</w:t>
      </w:r>
    </w:p>
    <w:p>
      <w:r>
        <w:t>365 0 obj</w:t>
      </w:r>
    </w:p>
    <w:p>
      <w:r>
        <w:t>&gt;</w:t>
      </w:r>
    </w:p>
    <w:p>
      <w:r>
        <w:t>endobj</w:t>
      </w:r>
    </w:p>
    <w:p>
      <w:r>
        <w:t>366 0 obj</w:t>
      </w:r>
    </w:p>
    <w:p>
      <w:r>
        <w:t>&gt;</w:t>
      </w:r>
    </w:p>
    <w:p>
      <w:r>
        <w:t>endobj</w:t>
      </w:r>
    </w:p>
    <w:p>
      <w:r>
        <w:t>367 0 obj</w:t>
      </w:r>
    </w:p>
    <w:p>
      <w:r>
        <w:t>&gt;</w:t>
      </w:r>
    </w:p>
    <w:p>
      <w:r>
        <w:t>endobj</w:t>
      </w:r>
    </w:p>
    <w:p>
      <w:r>
        <w:t>368 0 obj</w:t>
      </w:r>
    </w:p>
    <w:p>
      <w:r>
        <w:t>&gt;</w:t>
      </w:r>
    </w:p>
    <w:p>
      <w:r>
        <w:t>endobj</w:t>
      </w:r>
    </w:p>
    <w:p>
      <w:r>
        <w:t>369 0 obj</w:t>
      </w:r>
    </w:p>
    <w:p>
      <w:r>
        <w:t>&gt;</w:t>
      </w:r>
    </w:p>
    <w:p>
      <w:r>
        <w:t>endobj</w:t>
      </w:r>
    </w:p>
    <w:p>
      <w:r>
        <w:t>370 0 obj</w:t>
      </w:r>
    </w:p>
    <w:p>
      <w:r>
        <w:t>&gt;</w:t>
      </w:r>
    </w:p>
    <w:p>
      <w:r>
        <w:t>endobj</w:t>
      </w:r>
    </w:p>
    <w:p>
      <w:r>
        <w:t>371 0 obj</w:t>
      </w:r>
    </w:p>
    <w:p>
      <w:r>
        <w:t>&gt;</w:t>
      </w:r>
    </w:p>
    <w:p>
      <w:r>
        <w:t>endobj</w:t>
      </w:r>
    </w:p>
    <w:p>
      <w:r>
        <w:t>372 0 obj</w:t>
      </w:r>
    </w:p>
    <w:p>
      <w:r>
        <w:t>&gt;</w:t>
      </w:r>
    </w:p>
    <w:p>
      <w:r>
        <w:t>endobj</w:t>
      </w:r>
    </w:p>
    <w:p>
      <w:r>
        <w:t>373 0 obj</w:t>
      </w:r>
    </w:p>
    <w:p>
      <w:r>
        <w:t>&gt;</w:t>
      </w:r>
    </w:p>
    <w:p>
      <w:r>
        <w:t>endobj</w:t>
      </w:r>
    </w:p>
    <w:p>
      <w:r>
        <w:t>374 0 obj</w:t>
      </w:r>
    </w:p>
    <w:p>
      <w:r>
        <w:t>&gt;</w:t>
      </w:r>
    </w:p>
    <w:p>
      <w:r>
        <w:t>endobj</w:t>
      </w:r>
    </w:p>
    <w:p>
      <w:r>
        <w:t>375 0 obj</w:t>
      </w:r>
    </w:p>
    <w:p>
      <w:r>
        <w:t>&gt;</w:t>
      </w:r>
    </w:p>
    <w:p>
      <w:r>
        <w:t>endobj</w:t>
      </w:r>
    </w:p>
    <w:p>
      <w:r>
        <w:t>376 0 obj</w:t>
      </w:r>
    </w:p>
    <w:p>
      <w:r>
        <w:t>&gt;</w:t>
      </w:r>
    </w:p>
    <w:p>
      <w:r>
        <w:t>endobj</w:t>
      </w:r>
    </w:p>
    <w:p>
      <w:r>
        <w:t>377 0 obj</w:t>
      </w:r>
    </w:p>
    <w:p>
      <w:r>
        <w:t>&gt;</w:t>
      </w:r>
    </w:p>
    <w:p>
      <w:r>
        <w:t>endobj</w:t>
      </w:r>
    </w:p>
    <w:p>
      <w:r>
        <w:t>378 0 obj</w:t>
      </w:r>
    </w:p>
    <w:p>
      <w:r>
        <w:t>&gt;</w:t>
      </w:r>
    </w:p>
    <w:p>
      <w:r>
        <w:t>endobj</w:t>
      </w:r>
    </w:p>
    <w:p>
      <w:r>
        <w:t>379 0 obj</w:t>
      </w:r>
    </w:p>
    <w:p>
      <w:r>
        <w:t>&gt;</w:t>
      </w:r>
    </w:p>
    <w:p>
      <w:r>
        <w:t>endobj</w:t>
      </w:r>
    </w:p>
    <w:p>
      <w:r>
        <w:t>380 0 obj</w:t>
      </w:r>
    </w:p>
    <w:p>
      <w:r>
        <w:t>&gt;</w:t>
      </w:r>
    </w:p>
    <w:p>
      <w:r>
        <w:t>endobj</w:t>
      </w:r>
    </w:p>
    <w:p>
      <w:r>
        <w:t>381 0 obj</w:t>
      </w:r>
    </w:p>
    <w:p>
      <w:r>
        <w:t>&gt;</w:t>
      </w:r>
    </w:p>
    <w:p>
      <w:r>
        <w:t>endobj</w:t>
      </w:r>
    </w:p>
    <w:p>
      <w:r>
        <w:t>382 0 obj</w:t>
      </w:r>
    </w:p>
    <w:p>
      <w:r>
        <w:t>&gt;</w:t>
      </w:r>
    </w:p>
    <w:p>
      <w:r>
        <w:t>endobj</w:t>
      </w:r>
    </w:p>
    <w:p>
      <w:r>
        <w:t>383 0 obj</w:t>
      </w:r>
    </w:p>
    <w:p>
      <w:r>
        <w:t>&gt;</w:t>
      </w:r>
    </w:p>
    <w:p>
      <w:r>
        <w:t>endobj</w:t>
      </w:r>
    </w:p>
    <w:p>
      <w:r>
        <w:t>384 0 obj</w:t>
      </w:r>
    </w:p>
    <w:p>
      <w:r>
        <w:t>&gt;</w:t>
      </w:r>
    </w:p>
    <w:p>
      <w:r>
        <w:t>endobj</w:t>
      </w:r>
    </w:p>
    <w:p>
      <w:r>
        <w:t>385 0 obj</w:t>
      </w:r>
    </w:p>
    <w:p>
      <w:r>
        <w:t>&gt;</w:t>
      </w:r>
    </w:p>
    <w:p>
      <w:r>
        <w:t>endobj</w:t>
      </w:r>
    </w:p>
    <w:p>
      <w:r>
        <w:t>386 0 obj</w:t>
      </w:r>
    </w:p>
    <w:p>
      <w:r>
        <w:t>&gt;</w:t>
      </w:r>
    </w:p>
    <w:p>
      <w:r>
        <w:t>endobj</w:t>
      </w:r>
    </w:p>
    <w:p>
      <w:r>
        <w:t>387 0 obj</w:t>
      </w:r>
    </w:p>
    <w:p>
      <w:r>
        <w:t>&gt;</w:t>
      </w:r>
    </w:p>
    <w:p>
      <w:r>
        <w:t>endobj</w:t>
      </w:r>
    </w:p>
    <w:p>
      <w:r>
        <w:t>388 0 obj</w:t>
      </w:r>
    </w:p>
    <w:p>
      <w:r>
        <w:t>&gt;</w:t>
      </w:r>
    </w:p>
    <w:p>
      <w:r>
        <w:t>endobj</w:t>
      </w:r>
    </w:p>
    <w:p>
      <w:r>
        <w:t>389 0 obj</w:t>
      </w:r>
    </w:p>
    <w:p>
      <w:r>
        <w:t>&gt;</w:t>
      </w:r>
    </w:p>
    <w:p>
      <w:r>
        <w:t>endobj</w:t>
      </w:r>
    </w:p>
    <w:p>
      <w:r>
        <w:t>390 0 obj</w:t>
      </w:r>
    </w:p>
    <w:p>
      <w:r>
        <w:t>&gt;</w:t>
      </w:r>
    </w:p>
    <w:p>
      <w:r>
        <w:t>endobj</w:t>
      </w:r>
    </w:p>
    <w:p>
      <w:r>
        <w:t>391 0 obj</w:t>
      </w:r>
    </w:p>
    <w:p>
      <w:r>
        <w:t>&gt;</w:t>
      </w:r>
    </w:p>
    <w:p>
      <w:r>
        <w:t>endobj</w:t>
      </w:r>
    </w:p>
    <w:p>
      <w:r>
        <w:t>392 0 obj</w:t>
      </w:r>
    </w:p>
    <w:p>
      <w:r>
        <w:t>&gt;</w:t>
      </w:r>
    </w:p>
    <w:p>
      <w:r>
        <w:t>endobj</w:t>
      </w:r>
    </w:p>
    <w:p>
      <w:r>
        <w:t>393 0 obj</w:t>
      </w:r>
    </w:p>
    <w:p>
      <w:r>
        <w:t>&gt;</w:t>
      </w:r>
    </w:p>
    <w:p>
      <w:r>
        <w:t>endobj</w:t>
      </w:r>
    </w:p>
    <w:p>
      <w:r>
        <w:t>394 0 obj</w:t>
      </w:r>
    </w:p>
    <w:p>
      <w:r>
        <w:t>&gt;</w:t>
      </w:r>
    </w:p>
    <w:p>
      <w:r>
        <w:t>endobj</w:t>
      </w:r>
    </w:p>
    <w:p>
      <w:r>
        <w:t>395 0 obj</w:t>
      </w:r>
    </w:p>
    <w:p>
      <w:r>
        <w:t>&gt;</w:t>
      </w:r>
    </w:p>
    <w:p>
      <w:r>
        <w:t>endobj</w:t>
      </w:r>
    </w:p>
    <w:p>
      <w:r>
        <w:t>396 0 obj</w:t>
      </w:r>
    </w:p>
    <w:p>
      <w:r>
        <w:t>&gt;</w:t>
      </w:r>
    </w:p>
    <w:p>
      <w:r>
        <w:t>endobj</w:t>
      </w:r>
    </w:p>
    <w:p>
      <w:r>
        <w:t>397 0 obj</w:t>
      </w:r>
    </w:p>
    <w:p>
      <w:r>
        <w:t>&gt;</w:t>
      </w:r>
    </w:p>
    <w:p>
      <w:r>
        <w:t>endobj</w:t>
      </w:r>
    </w:p>
    <w:p>
      <w:r>
        <w:t>398 0 obj</w:t>
      </w:r>
    </w:p>
    <w:p>
      <w:r>
        <w:t>&gt;</w:t>
      </w:r>
    </w:p>
    <w:p>
      <w:r>
        <w:t>endobj</w:t>
      </w:r>
    </w:p>
    <w:p>
      <w:r>
        <w:t>399 0 obj</w:t>
      </w:r>
    </w:p>
    <w:p>
      <w:r>
        <w:t>&gt;</w:t>
      </w:r>
    </w:p>
    <w:p>
      <w:r>
        <w:t>endobj</w:t>
      </w:r>
    </w:p>
    <w:p>
      <w:r>
        <w:t>400 0 obj</w:t>
      </w:r>
    </w:p>
    <w:p>
      <w:r>
        <w:t>&gt;</w:t>
      </w:r>
    </w:p>
    <w:p>
      <w:r>
        <w:t>endobj</w:t>
      </w:r>
    </w:p>
    <w:p>
      <w:r>
        <w:t>401 0 obj</w:t>
      </w:r>
    </w:p>
    <w:p>
      <w:r>
        <w:t>&gt;</w:t>
      </w:r>
    </w:p>
    <w:p>
      <w:r>
        <w:t>endobj</w:t>
      </w:r>
    </w:p>
    <w:p>
      <w:r>
        <w:t>402 0 obj</w:t>
      </w:r>
    </w:p>
    <w:p>
      <w:r>
        <w:t>&gt;</w:t>
      </w:r>
    </w:p>
    <w:p>
      <w:r>
        <w:t>endobj</w:t>
      </w:r>
    </w:p>
    <w:p>
      <w:r>
        <w:t>403 0 obj</w:t>
      </w:r>
    </w:p>
    <w:p>
      <w:r>
        <w:t>&gt;</w:t>
      </w:r>
    </w:p>
    <w:p>
      <w:r>
        <w:t>endobj</w:t>
      </w:r>
    </w:p>
    <w:p>
      <w:r>
        <w:t>404 0 obj</w:t>
      </w:r>
    </w:p>
    <w:p>
      <w:r>
        <w:t>&gt;</w:t>
      </w:r>
    </w:p>
    <w:p>
      <w:r>
        <w:t>endobj</w:t>
      </w:r>
    </w:p>
    <w:p>
      <w:r>
        <w:t>405 0 obj</w:t>
      </w:r>
    </w:p>
    <w:p>
      <w:r>
        <w:t>[ 404 0 R 406 0 R 408 0 R 409 0 R 410 0 R 411 0 R 412 0 R 413 0 R 415 0 R 416 0 R 417 0 R 418 0 R 419 0 R 420 0 R 421 0 R 422 0 R 423 0 R 425 0 R 426 0 R 427 0 R 428 0 R 429 0 R 430 0 R 431 0 R 432 0 R 433 0 R 434 0 R 435 0 R 436 0 R 438 0 R 439 0 R 440 0 R 441 0 R 442 0 R 443 0 R 444 0 R 446 0 R]</w:t>
      </w:r>
    </w:p>
    <w:p>
      <w:r>
        <w:t>endobj</w:t>
      </w:r>
    </w:p>
    <w:p>
      <w:r>
        <w:t>406 0 obj</w:t>
      </w:r>
    </w:p>
    <w:p>
      <w:r>
        <w:t>&gt;</w:t>
      </w:r>
    </w:p>
    <w:p>
      <w:r>
        <w:t>endobj</w:t>
      </w:r>
    </w:p>
    <w:p>
      <w:r>
        <w:t>407 0 obj</w:t>
      </w:r>
    </w:p>
    <w:p>
      <w:r>
        <w:t>&gt;</w:t>
      </w:r>
    </w:p>
    <w:p>
      <w:r>
        <w:t>endobj</w:t>
      </w:r>
    </w:p>
    <w:p>
      <w:r>
        <w:t>408 0 obj</w:t>
      </w:r>
    </w:p>
    <w:p>
      <w:r>
        <w:t>&gt;</w:t>
      </w:r>
    </w:p>
    <w:p>
      <w:r>
        <w:t>endobj</w:t>
      </w:r>
    </w:p>
    <w:p>
      <w:r>
        <w:t>409 0 obj</w:t>
      </w:r>
    </w:p>
    <w:p>
      <w:r>
        <w:t>&gt;</w:t>
      </w:r>
    </w:p>
    <w:p>
      <w:r>
        <w:t>endobj</w:t>
      </w:r>
    </w:p>
    <w:p>
      <w:r>
        <w:t>410 0 obj</w:t>
      </w:r>
    </w:p>
    <w:p>
      <w:r>
        <w:t>&gt;</w:t>
      </w:r>
    </w:p>
    <w:p>
      <w:r>
        <w:t>endobj</w:t>
      </w:r>
    </w:p>
    <w:p>
      <w:r>
        <w:t>411 0 obj</w:t>
      </w:r>
    </w:p>
    <w:p>
      <w:r>
        <w:t>&gt;</w:t>
      </w:r>
    </w:p>
    <w:p>
      <w:r>
        <w:t>endobj</w:t>
      </w:r>
    </w:p>
    <w:p>
      <w:r>
        <w:t>412 0 obj</w:t>
      </w:r>
    </w:p>
    <w:p>
      <w:r>
        <w:t>&gt;</w:t>
      </w:r>
    </w:p>
    <w:p>
      <w:r>
        <w:t>endobj</w:t>
      </w:r>
    </w:p>
    <w:p>
      <w:r>
        <w:t>413 0 obj</w:t>
      </w:r>
    </w:p>
    <w:p>
      <w:r>
        <w:t>&gt;</w:t>
      </w:r>
    </w:p>
    <w:p>
      <w:r>
        <w:t>endobj</w:t>
      </w:r>
    </w:p>
    <w:p>
      <w:r>
        <w:t>414 0 obj</w:t>
      </w:r>
    </w:p>
    <w:p>
      <w:r>
        <w:t>&gt;</w:t>
      </w:r>
    </w:p>
    <w:p>
      <w:r>
        <w:t>endobj</w:t>
      </w:r>
    </w:p>
    <w:p>
      <w:r>
        <w:t>415 0 obj</w:t>
      </w:r>
    </w:p>
    <w:p>
      <w:r>
        <w:t>&gt;</w:t>
      </w:r>
    </w:p>
    <w:p>
      <w:r>
        <w:t>endobj</w:t>
      </w:r>
    </w:p>
    <w:p>
      <w:r>
        <w:t>416 0 obj</w:t>
      </w:r>
    </w:p>
    <w:p>
      <w:r>
        <w:t>&gt;</w:t>
      </w:r>
    </w:p>
    <w:p>
      <w:r>
        <w:t>endobj</w:t>
      </w:r>
    </w:p>
    <w:p>
      <w:r>
        <w:t>417 0 obj</w:t>
      </w:r>
    </w:p>
    <w:p>
      <w:r>
        <w:t>&gt;</w:t>
      </w:r>
    </w:p>
    <w:p>
      <w:r>
        <w:t>endobj</w:t>
      </w:r>
    </w:p>
    <w:p>
      <w:r>
        <w:t>418 0 obj</w:t>
      </w:r>
    </w:p>
    <w:p>
      <w:r>
        <w:t>&gt;</w:t>
      </w:r>
    </w:p>
    <w:p>
      <w:r>
        <w:t>endobj</w:t>
      </w:r>
    </w:p>
    <w:p>
      <w:r>
        <w:t>419 0 obj</w:t>
      </w:r>
    </w:p>
    <w:p>
      <w:r>
        <w:t>&gt;</w:t>
      </w:r>
    </w:p>
    <w:p>
      <w:r>
        <w:t>endobj</w:t>
      </w:r>
    </w:p>
    <w:p>
      <w:r>
        <w:t>420 0 obj</w:t>
      </w:r>
    </w:p>
    <w:p>
      <w:r>
        <w:t>&gt;</w:t>
      </w:r>
    </w:p>
    <w:p>
      <w:r>
        <w:t>endobj</w:t>
      </w:r>
    </w:p>
    <w:p>
      <w:r>
        <w:t>421 0 obj</w:t>
      </w:r>
    </w:p>
    <w:p>
      <w:r>
        <w:t>&gt;</w:t>
      </w:r>
    </w:p>
    <w:p>
      <w:r>
        <w:t>endobj</w:t>
      </w:r>
    </w:p>
    <w:p>
      <w:r>
        <w:t>422 0 obj</w:t>
      </w:r>
    </w:p>
    <w:p>
      <w:r>
        <w:t>&gt;</w:t>
      </w:r>
    </w:p>
    <w:p>
      <w:r>
        <w:t>endobj</w:t>
      </w:r>
    </w:p>
    <w:p>
      <w:r>
        <w:t>423 0 obj</w:t>
      </w:r>
    </w:p>
    <w:p>
      <w:r>
        <w:t>&gt;</w:t>
      </w:r>
    </w:p>
    <w:p>
      <w:r>
        <w:t>endobj</w:t>
      </w:r>
    </w:p>
    <w:p>
      <w:r>
        <w:t>424 0 obj</w:t>
      </w:r>
    </w:p>
    <w:p>
      <w:r>
        <w:t>&gt;</w:t>
      </w:r>
    </w:p>
    <w:p>
      <w:r>
        <w:t>endobj</w:t>
      </w:r>
    </w:p>
    <w:p>
      <w:r>
        <w:t>425 0 obj</w:t>
      </w:r>
    </w:p>
    <w:p>
      <w:r>
        <w:t>&gt;</w:t>
      </w:r>
    </w:p>
    <w:p>
      <w:r>
        <w:t>endobj</w:t>
      </w:r>
    </w:p>
    <w:p>
      <w:r>
        <w:t>426 0 obj</w:t>
      </w:r>
    </w:p>
    <w:p>
      <w:r>
        <w:t>&gt;</w:t>
      </w:r>
    </w:p>
    <w:p>
      <w:r>
        <w:t>endobj</w:t>
      </w:r>
    </w:p>
    <w:p>
      <w:r>
        <w:t>427 0 obj</w:t>
      </w:r>
    </w:p>
    <w:p>
      <w:r>
        <w:t>&gt;</w:t>
      </w:r>
    </w:p>
    <w:p>
      <w:r>
        <w:t>endobj</w:t>
      </w:r>
    </w:p>
    <w:p>
      <w:r>
        <w:t>428 0 obj</w:t>
      </w:r>
    </w:p>
    <w:p>
      <w:r>
        <w:t>&gt;</w:t>
      </w:r>
    </w:p>
    <w:p>
      <w:r>
        <w:t>endobj</w:t>
      </w:r>
    </w:p>
    <w:p>
      <w:r>
        <w:t>429 0 obj</w:t>
      </w:r>
    </w:p>
    <w:p>
      <w:r>
        <w:t>&gt;</w:t>
      </w:r>
    </w:p>
    <w:p>
      <w:r>
        <w:t>endobj</w:t>
      </w:r>
    </w:p>
    <w:p>
      <w:r>
        <w:t>430 0 obj</w:t>
      </w:r>
    </w:p>
    <w:p>
      <w:r>
        <w:t>&gt;</w:t>
      </w:r>
    </w:p>
    <w:p>
      <w:r>
        <w:t>endobj</w:t>
      </w:r>
    </w:p>
    <w:p>
      <w:r>
        <w:t>431 0 obj</w:t>
      </w:r>
    </w:p>
    <w:p>
      <w:r>
        <w:t>&gt;</w:t>
      </w:r>
    </w:p>
    <w:p>
      <w:r>
        <w:t>endobj</w:t>
      </w:r>
    </w:p>
    <w:p>
      <w:r>
        <w:t>432 0 obj</w:t>
      </w:r>
    </w:p>
    <w:p>
      <w:r>
        <w:t>&gt;</w:t>
      </w:r>
    </w:p>
    <w:p>
      <w:r>
        <w:t>endobj</w:t>
      </w:r>
    </w:p>
    <w:p>
      <w:r>
        <w:t>433 0 obj</w:t>
      </w:r>
    </w:p>
    <w:p>
      <w:r>
        <w:t>&gt;</w:t>
      </w:r>
    </w:p>
    <w:p>
      <w:r>
        <w:t>endobj</w:t>
      </w:r>
    </w:p>
    <w:p>
      <w:r>
        <w:t>434 0 obj</w:t>
      </w:r>
    </w:p>
    <w:p>
      <w:r>
        <w:t>&gt;</w:t>
      </w:r>
    </w:p>
    <w:p>
      <w:r>
        <w:t>endobj</w:t>
      </w:r>
    </w:p>
    <w:p>
      <w:r>
        <w:t>435 0 obj</w:t>
      </w:r>
    </w:p>
    <w:p>
      <w:r>
        <w:t>&gt;</w:t>
      </w:r>
    </w:p>
    <w:p>
      <w:r>
        <w:t>endobj</w:t>
      </w:r>
    </w:p>
    <w:p>
      <w:r>
        <w:t>436 0 obj</w:t>
      </w:r>
    </w:p>
    <w:p>
      <w:r>
        <w:t>&gt;</w:t>
      </w:r>
    </w:p>
    <w:p>
      <w:r>
        <w:t>endobj</w:t>
      </w:r>
    </w:p>
    <w:p>
      <w:r>
        <w:t>437 0 obj</w:t>
      </w:r>
    </w:p>
    <w:p>
      <w:r>
        <w:t>&gt;</w:t>
      </w:r>
    </w:p>
    <w:p>
      <w:r>
        <w:t>endobj</w:t>
      </w:r>
    </w:p>
    <w:p>
      <w:r>
        <w:t>438 0 obj</w:t>
      </w:r>
    </w:p>
    <w:p>
      <w:r>
        <w:t>&gt;</w:t>
      </w:r>
    </w:p>
    <w:p>
      <w:r>
        <w:t>endobj</w:t>
      </w:r>
    </w:p>
    <w:p>
      <w:r>
        <w:t>439 0 obj</w:t>
      </w:r>
    </w:p>
    <w:p>
      <w:r>
        <w:t>&gt;</w:t>
      </w:r>
    </w:p>
    <w:p>
      <w:r>
        <w:t>endobj</w:t>
      </w:r>
    </w:p>
    <w:p>
      <w:r>
        <w:t>440 0 obj</w:t>
      </w:r>
    </w:p>
    <w:p>
      <w:r>
        <w:t>&gt;</w:t>
      </w:r>
    </w:p>
    <w:p>
      <w:r>
        <w:t>endobj</w:t>
      </w:r>
    </w:p>
    <w:p>
      <w:r>
        <w:t>441 0 obj</w:t>
      </w:r>
    </w:p>
    <w:p>
      <w:r>
        <w:t>&gt;</w:t>
      </w:r>
    </w:p>
    <w:p>
      <w:r>
        <w:t>endobj</w:t>
      </w:r>
    </w:p>
    <w:p>
      <w:r>
        <w:t>442 0 obj</w:t>
      </w:r>
    </w:p>
    <w:p>
      <w:r>
        <w:t>&gt;</w:t>
      </w:r>
    </w:p>
    <w:p>
      <w:r>
        <w:t>endobj</w:t>
      </w:r>
    </w:p>
    <w:p>
      <w:r>
        <w:t>443 0 obj</w:t>
      </w:r>
    </w:p>
    <w:p>
      <w:r>
        <w:t>&gt;</w:t>
      </w:r>
    </w:p>
    <w:p>
      <w:r>
        <w:t>endobj</w:t>
      </w:r>
    </w:p>
    <w:p>
      <w:r>
        <w:t>444 0 obj</w:t>
      </w:r>
    </w:p>
    <w:p>
      <w:r>
        <w:t>&gt;</w:t>
      </w:r>
    </w:p>
    <w:p>
      <w:r>
        <w:t>endobj</w:t>
      </w:r>
    </w:p>
    <w:p>
      <w:r>
        <w:t>445 0 obj</w:t>
      </w:r>
    </w:p>
    <w:p>
      <w:r>
        <w:t>&gt;</w:t>
      </w:r>
    </w:p>
    <w:p>
      <w:r>
        <w:t>endobj</w:t>
      </w:r>
    </w:p>
    <w:p>
      <w:r>
        <w:t>446 0 obj</w:t>
      </w:r>
    </w:p>
    <w:p>
      <w:r>
        <w:t>&gt;</w:t>
      </w:r>
    </w:p>
    <w:p>
      <w:r>
        <w:t>endobj</w:t>
      </w:r>
    </w:p>
    <w:p>
      <w:r>
        <w:t>447 0 obj</w:t>
      </w:r>
    </w:p>
    <w:p>
      <w:r>
        <w:t>&gt;</w:t>
      </w:r>
    </w:p>
    <w:p>
      <w:r>
        <w:t>endobj</w:t>
      </w:r>
    </w:p>
    <w:p>
      <w:r>
        <w:t>448 0 obj</w:t>
      </w:r>
    </w:p>
    <w:p>
      <w:r>
        <w:t>&gt;</w:t>
      </w:r>
    </w:p>
    <w:p>
      <w:r>
        <w:t>endobj</w:t>
      </w:r>
    </w:p>
    <w:p>
      <w:r>
        <w:t>449 0 obj</w:t>
      </w:r>
    </w:p>
    <w:p>
      <w:r>
        <w:t>[ 448 0 R 450 0 R 451 0 R 452 0 R 453 0 R 454 0 R 455 0 R 456 0 R 457 0 R 458 0 R 460 0 R 461 0 R 462 0 R 463 0 R 465 0 R 466 0 R 467 0 R 468 0 R 469 0 R 470 0 R 471 0 R 472 0 R 474 0 R 475 0 R 476 0 R 477 0 R 478 0 R 480 0 R 481 0 R 482 0 R 484 0 R 485 0 R 486 0 R 488 0 R 489 0 R 491 0 R 492 0 R 493 0 R 495 0 R 496 0 R 497 0 R 499 0 R 500 0 R 501 0 R 502 0 R 503 0 R]</w:t>
      </w:r>
    </w:p>
    <w:p>
      <w:r>
        <w:t>endobj</w:t>
      </w:r>
    </w:p>
    <w:p>
      <w:r>
        <w:t>450 0 obj</w:t>
      </w:r>
    </w:p>
    <w:p>
      <w:r>
        <w:t>&gt;</w:t>
      </w:r>
    </w:p>
    <w:p>
      <w:r>
        <w:t>endobj</w:t>
      </w:r>
    </w:p>
    <w:p>
      <w:r>
        <w:t>451 0 obj</w:t>
      </w:r>
    </w:p>
    <w:p>
      <w:r>
        <w:t>&gt;</w:t>
      </w:r>
    </w:p>
    <w:p>
      <w:r>
        <w:t>endobj</w:t>
      </w:r>
    </w:p>
    <w:p>
      <w:r>
        <w:t>452 0 obj</w:t>
      </w:r>
    </w:p>
    <w:p>
      <w:r>
        <w:t>&gt;</w:t>
      </w:r>
    </w:p>
    <w:p>
      <w:r>
        <w:t>endobj</w:t>
      </w:r>
    </w:p>
    <w:p>
      <w:r>
        <w:t>453 0 obj</w:t>
      </w:r>
    </w:p>
    <w:p>
      <w:r>
        <w:t>&gt;</w:t>
      </w:r>
    </w:p>
    <w:p>
      <w:r>
        <w:t>endobj</w:t>
      </w:r>
    </w:p>
    <w:p>
      <w:r>
        <w:t>454 0 obj</w:t>
      </w:r>
    </w:p>
    <w:p>
      <w:r>
        <w:t>&gt;</w:t>
      </w:r>
    </w:p>
    <w:p>
      <w:r>
        <w:t>endobj</w:t>
      </w:r>
    </w:p>
    <w:p>
      <w:r>
        <w:t>455 0 obj</w:t>
      </w:r>
    </w:p>
    <w:p>
      <w:r>
        <w:t>&gt;</w:t>
      </w:r>
    </w:p>
    <w:p>
      <w:r>
        <w:t>endobj</w:t>
      </w:r>
    </w:p>
    <w:p>
      <w:r>
        <w:t>456 0 obj</w:t>
      </w:r>
    </w:p>
    <w:p>
      <w:r>
        <w:t>&gt;</w:t>
      </w:r>
    </w:p>
    <w:p>
      <w:r>
        <w:t>endobj</w:t>
      </w:r>
    </w:p>
    <w:p>
      <w:r>
        <w:t>457 0 obj</w:t>
      </w:r>
    </w:p>
    <w:p>
      <w:r>
        <w:t>&gt;</w:t>
      </w:r>
    </w:p>
    <w:p>
      <w:r>
        <w:t>endobj</w:t>
      </w:r>
    </w:p>
    <w:p>
      <w:r>
        <w:t>458 0 obj</w:t>
      </w:r>
    </w:p>
    <w:p>
      <w:r>
        <w:t>&gt;</w:t>
      </w:r>
    </w:p>
    <w:p>
      <w:r>
        <w:t>endobj</w:t>
      </w:r>
    </w:p>
    <w:p>
      <w:r>
        <w:t>459 0 obj</w:t>
      </w:r>
    </w:p>
    <w:p>
      <w:r>
        <w:t>&gt;</w:t>
      </w:r>
    </w:p>
    <w:p>
      <w:r>
        <w:t>endobj</w:t>
      </w:r>
    </w:p>
    <w:p>
      <w:r>
        <w:t>460 0 obj</w:t>
      </w:r>
    </w:p>
    <w:p>
      <w:r>
        <w:t>&gt;</w:t>
      </w:r>
    </w:p>
    <w:p>
      <w:r>
        <w:t>endobj</w:t>
      </w:r>
    </w:p>
    <w:p>
      <w:r>
        <w:t>461 0 obj</w:t>
      </w:r>
    </w:p>
    <w:p>
      <w:r>
        <w:t>&gt;</w:t>
      </w:r>
    </w:p>
    <w:p>
      <w:r>
        <w:t>endobj</w:t>
      </w:r>
    </w:p>
    <w:p>
      <w:r>
        <w:t>462 0 obj</w:t>
      </w:r>
    </w:p>
    <w:p>
      <w:r>
        <w:t>&gt;</w:t>
      </w:r>
    </w:p>
    <w:p>
      <w:r>
        <w:t>endobj</w:t>
      </w:r>
    </w:p>
    <w:p>
      <w:r>
        <w:t>463 0 obj</w:t>
      </w:r>
    </w:p>
    <w:p>
      <w:r>
        <w:t>&gt;</w:t>
      </w:r>
    </w:p>
    <w:p>
      <w:r>
        <w:t>endobj</w:t>
      </w:r>
    </w:p>
    <w:p>
      <w:r>
        <w:t>464 0 obj</w:t>
      </w:r>
    </w:p>
    <w:p>
      <w:r>
        <w:t>&gt;</w:t>
      </w:r>
    </w:p>
    <w:p>
      <w:r>
        <w:t>endobj</w:t>
      </w:r>
    </w:p>
    <w:p>
      <w:r>
        <w:t>465 0 obj</w:t>
      </w:r>
    </w:p>
    <w:p>
      <w:r>
        <w:t>&gt;</w:t>
      </w:r>
    </w:p>
    <w:p>
      <w:r>
        <w:t>endobj</w:t>
      </w:r>
    </w:p>
    <w:p>
      <w:r>
        <w:t>466 0 obj</w:t>
      </w:r>
    </w:p>
    <w:p>
      <w:r>
        <w:t>&gt;</w:t>
      </w:r>
    </w:p>
    <w:p>
      <w:r>
        <w:t>endobj</w:t>
      </w:r>
    </w:p>
    <w:p>
      <w:r>
        <w:t>467 0 obj</w:t>
      </w:r>
    </w:p>
    <w:p>
      <w:r>
        <w:t>&gt;</w:t>
      </w:r>
    </w:p>
    <w:p>
      <w:r>
        <w:t>endobj</w:t>
      </w:r>
    </w:p>
    <w:p>
      <w:r>
        <w:t>468 0 obj</w:t>
      </w:r>
    </w:p>
    <w:p>
      <w:r>
        <w:t>&gt;</w:t>
      </w:r>
    </w:p>
    <w:p>
      <w:r>
        <w:t>endobj</w:t>
      </w:r>
    </w:p>
    <w:p>
      <w:r>
        <w:t>469 0 obj</w:t>
      </w:r>
    </w:p>
    <w:p>
      <w:r>
        <w:t>&gt;</w:t>
      </w:r>
    </w:p>
    <w:p>
      <w:r>
        <w:t>endobj</w:t>
      </w:r>
    </w:p>
    <w:p>
      <w:r>
        <w:t>470 0 obj</w:t>
      </w:r>
    </w:p>
    <w:p>
      <w:r>
        <w:t>&gt;</w:t>
      </w:r>
    </w:p>
    <w:p>
      <w:r>
        <w:t>endobj</w:t>
      </w:r>
    </w:p>
    <w:p>
      <w:r>
        <w:t>471 0 obj</w:t>
      </w:r>
    </w:p>
    <w:p>
      <w:r>
        <w:t>&gt;</w:t>
      </w:r>
    </w:p>
    <w:p>
      <w:r>
        <w:t>endobj</w:t>
      </w:r>
    </w:p>
    <w:p>
      <w:r>
        <w:t>472 0 obj</w:t>
      </w:r>
    </w:p>
    <w:p>
      <w:r>
        <w:t>&gt;</w:t>
      </w:r>
    </w:p>
    <w:p>
      <w:r>
        <w:t>endobj</w:t>
      </w:r>
    </w:p>
    <w:p>
      <w:r>
        <w:t>473 0 obj</w:t>
      </w:r>
    </w:p>
    <w:p>
      <w:r>
        <w:t>&gt;</w:t>
      </w:r>
    </w:p>
    <w:p>
      <w:r>
        <w:t>endobj</w:t>
      </w:r>
    </w:p>
    <w:p>
      <w:r>
        <w:t>474 0 obj</w:t>
      </w:r>
    </w:p>
    <w:p>
      <w:r>
        <w:t>&gt;</w:t>
      </w:r>
    </w:p>
    <w:p>
      <w:r>
        <w:t>endobj</w:t>
      </w:r>
    </w:p>
    <w:p>
      <w:r>
        <w:t>475 0 obj</w:t>
      </w:r>
    </w:p>
    <w:p>
      <w:r>
        <w:t>&gt;</w:t>
      </w:r>
    </w:p>
    <w:p>
      <w:r>
        <w:t>endobj</w:t>
      </w:r>
    </w:p>
    <w:p>
      <w:r>
        <w:t>476 0 obj</w:t>
      </w:r>
    </w:p>
    <w:p>
      <w:r>
        <w:t>&gt;</w:t>
      </w:r>
    </w:p>
    <w:p>
      <w:r>
        <w:t>endobj</w:t>
      </w:r>
    </w:p>
    <w:p>
      <w:r>
        <w:t>477 0 obj</w:t>
      </w:r>
    </w:p>
    <w:p>
      <w:r>
        <w:t>&gt;</w:t>
      </w:r>
    </w:p>
    <w:p>
      <w:r>
        <w:t>endobj</w:t>
      </w:r>
    </w:p>
    <w:p>
      <w:r>
        <w:t>478 0 obj</w:t>
      </w:r>
    </w:p>
    <w:p>
      <w:r>
        <w:t>&gt;</w:t>
      </w:r>
    </w:p>
    <w:p>
      <w:r>
        <w:t>endobj</w:t>
      </w:r>
    </w:p>
    <w:p>
      <w:r>
        <w:t>479 0 obj</w:t>
      </w:r>
    </w:p>
    <w:p>
      <w:r>
        <w:t>&gt;</w:t>
      </w:r>
    </w:p>
    <w:p>
      <w:r>
        <w:t>endobj</w:t>
      </w:r>
    </w:p>
    <w:p>
      <w:r>
        <w:t>480 0 obj</w:t>
      </w:r>
    </w:p>
    <w:p>
      <w:r>
        <w:t>&gt;</w:t>
      </w:r>
    </w:p>
    <w:p>
      <w:r>
        <w:t>endobj</w:t>
      </w:r>
    </w:p>
    <w:p>
      <w:r>
        <w:t>481 0 obj</w:t>
      </w:r>
    </w:p>
    <w:p>
      <w:r>
        <w:t>&gt;</w:t>
      </w:r>
    </w:p>
    <w:p>
      <w:r>
        <w:t>endobj</w:t>
      </w:r>
    </w:p>
    <w:p>
      <w:r>
        <w:t>482 0 obj</w:t>
      </w:r>
    </w:p>
    <w:p>
      <w:r>
        <w:t>&gt;</w:t>
      </w:r>
    </w:p>
    <w:p>
      <w:r>
        <w:t>endobj</w:t>
      </w:r>
    </w:p>
    <w:p>
      <w:r>
        <w:t>483 0 obj</w:t>
      </w:r>
    </w:p>
    <w:p>
      <w:r>
        <w:t>&gt;</w:t>
      </w:r>
    </w:p>
    <w:p>
      <w:r>
        <w:t>endobj</w:t>
      </w:r>
    </w:p>
    <w:p>
      <w:r>
        <w:t>484 0 obj</w:t>
      </w:r>
    </w:p>
    <w:p>
      <w:r>
        <w:t>&gt;</w:t>
      </w:r>
    </w:p>
    <w:p>
      <w:r>
        <w:t>endobj</w:t>
      </w:r>
    </w:p>
    <w:p>
      <w:r>
        <w:t>485 0 obj</w:t>
      </w:r>
    </w:p>
    <w:p>
      <w:r>
        <w:t>&gt;</w:t>
      </w:r>
    </w:p>
    <w:p>
      <w:r>
        <w:t>endobj</w:t>
      </w:r>
    </w:p>
    <w:p>
      <w:r>
        <w:t>486 0 obj</w:t>
      </w:r>
    </w:p>
    <w:p>
      <w:r>
        <w:t>&gt;</w:t>
      </w:r>
    </w:p>
    <w:p>
      <w:r>
        <w:t>endobj</w:t>
      </w:r>
    </w:p>
    <w:p>
      <w:r>
        <w:t>487 0 obj</w:t>
      </w:r>
    </w:p>
    <w:p>
      <w:r>
        <w:t>&gt;</w:t>
      </w:r>
    </w:p>
    <w:p>
      <w:r>
        <w:t>endobj</w:t>
      </w:r>
    </w:p>
    <w:p>
      <w:r>
        <w:t>488 0 obj</w:t>
      </w:r>
    </w:p>
    <w:p>
      <w:r>
        <w:t>&gt;</w:t>
      </w:r>
    </w:p>
    <w:p>
      <w:r>
        <w:t>endobj</w:t>
      </w:r>
    </w:p>
    <w:p>
      <w:r>
        <w:t>489 0 obj</w:t>
      </w:r>
    </w:p>
    <w:p>
      <w:r>
        <w:t>&gt;</w:t>
      </w:r>
    </w:p>
    <w:p>
      <w:r>
        <w:t>endobj</w:t>
      </w:r>
    </w:p>
    <w:p>
      <w:r>
        <w:t>490 0 obj</w:t>
      </w:r>
    </w:p>
    <w:p>
      <w:r>
        <w:t>&gt;</w:t>
      </w:r>
    </w:p>
    <w:p>
      <w:r>
        <w:t>endobj</w:t>
      </w:r>
    </w:p>
    <w:p>
      <w:r>
        <w:t>491 0 obj</w:t>
      </w:r>
    </w:p>
    <w:p>
      <w:r>
        <w:t>&gt;</w:t>
      </w:r>
    </w:p>
    <w:p>
      <w:r>
        <w:t>endobj</w:t>
      </w:r>
    </w:p>
    <w:p>
      <w:r>
        <w:t>492 0 obj</w:t>
      </w:r>
    </w:p>
    <w:p>
      <w:r>
        <w:t>&gt;</w:t>
      </w:r>
    </w:p>
    <w:p>
      <w:r>
        <w:t>endobj</w:t>
      </w:r>
    </w:p>
    <w:p>
      <w:r>
        <w:t>493 0 obj</w:t>
      </w:r>
    </w:p>
    <w:p>
      <w:r>
        <w:t>&gt;</w:t>
      </w:r>
    </w:p>
    <w:p>
      <w:r>
        <w:t>endobj</w:t>
      </w:r>
    </w:p>
    <w:p>
      <w:r>
        <w:t>494 0 obj</w:t>
      </w:r>
    </w:p>
    <w:p>
      <w:r>
        <w:t>&gt;</w:t>
      </w:r>
    </w:p>
    <w:p>
      <w:r>
        <w:t>endobj</w:t>
      </w:r>
    </w:p>
    <w:p>
      <w:r>
        <w:t>495 0 obj</w:t>
      </w:r>
    </w:p>
    <w:p>
      <w:r>
        <w:t>&gt;</w:t>
      </w:r>
    </w:p>
    <w:p>
      <w:r>
        <w:t>endobj</w:t>
      </w:r>
    </w:p>
    <w:p>
      <w:r>
        <w:t>496 0 obj</w:t>
      </w:r>
    </w:p>
    <w:p>
      <w:r>
        <w:t>&gt;</w:t>
      </w:r>
    </w:p>
    <w:p>
      <w:r>
        <w:t>endobj</w:t>
      </w:r>
    </w:p>
    <w:p>
      <w:r>
        <w:t>497 0 obj</w:t>
      </w:r>
    </w:p>
    <w:p>
      <w:r>
        <w:t>&gt;</w:t>
      </w:r>
    </w:p>
    <w:p>
      <w:r>
        <w:t>endobj</w:t>
      </w:r>
    </w:p>
    <w:p>
      <w:r>
        <w:t>498 0 obj</w:t>
      </w:r>
    </w:p>
    <w:p>
      <w:r>
        <w:t>&gt;</w:t>
      </w:r>
    </w:p>
    <w:p>
      <w:r>
        <w:t>endobj</w:t>
      </w:r>
    </w:p>
    <w:p>
      <w:r>
        <w:t>499 0 obj</w:t>
      </w:r>
    </w:p>
    <w:p>
      <w:r>
        <w:t>&gt;</w:t>
      </w:r>
    </w:p>
    <w:p>
      <w:r>
        <w:t>endobj</w:t>
      </w:r>
    </w:p>
    <w:p>
      <w:r>
        <w:t>500 0 obj</w:t>
      </w:r>
    </w:p>
    <w:p>
      <w:r>
        <w:t>&gt;</w:t>
      </w:r>
    </w:p>
    <w:p>
      <w:r>
        <w:t>endobj</w:t>
      </w:r>
    </w:p>
    <w:p>
      <w:r>
        <w:t>501 0 obj</w:t>
      </w:r>
    </w:p>
    <w:p>
      <w:r>
        <w:t>&gt;</w:t>
      </w:r>
    </w:p>
    <w:p>
      <w:r>
        <w:t>endobj</w:t>
      </w:r>
    </w:p>
    <w:p>
      <w:r>
        <w:t>502 0 obj</w:t>
      </w:r>
    </w:p>
    <w:p>
      <w:r>
        <w:t>&gt;</w:t>
      </w:r>
    </w:p>
    <w:p>
      <w:r>
        <w:t>endobj</w:t>
      </w:r>
    </w:p>
    <w:p>
      <w:r>
        <w:t>503 0 obj</w:t>
      </w:r>
    </w:p>
    <w:p>
      <w:r>
        <w:t>&gt;</w:t>
      </w:r>
    </w:p>
    <w:p>
      <w:r>
        <w:t>endobj</w:t>
      </w:r>
    </w:p>
    <w:p>
      <w:r>
        <w:t>504 0 obj</w:t>
      </w:r>
    </w:p>
    <w:p>
      <w:r>
        <w:t>&gt;</w:t>
      </w:r>
    </w:p>
    <w:p>
      <w:r>
        <w:t>endobj</w:t>
      </w:r>
    </w:p>
    <w:p>
      <w:r>
        <w:t>505 0 obj</w:t>
      </w:r>
    </w:p>
    <w:p>
      <w:r>
        <w:t>&gt;</w:t>
      </w:r>
    </w:p>
    <w:p>
      <w:r>
        <w:t>endobj</w:t>
      </w:r>
    </w:p>
    <w:p>
      <w:r>
        <w:t>506 0 obj</w:t>
      </w:r>
    </w:p>
    <w:p>
      <w:r>
        <w:t>[ 505 0 R 507 0 R 508 0 R 509 0 R 510 0 R 511 0 R 512 0 R 514 0 R 515 0 R 516 0 R 517 0 R 518 0 R 519 0 R 520 0 R 521 0 R 523 0 R 524 0 R 525 0 R 526 0 R 527 0 R 528 0 R 529 0 R 530 0 R 531 0 R 532 0 R 533 0 R 534 0 R 535 0 R 537 0 R 538 0 R 539 0 R 540 0 R 541 0 R 542 0 R 544 0 R 545 0 R 546 0 R 547 0 R 548 0 R 549 0 R 551 0 R 552 0 R 553 0 R 554 0 R 555 0 R 556 0 R 557 0 R 558 0 R 559 0 R 560 0 R 561 0 R]</w:t>
      </w:r>
    </w:p>
    <w:p>
      <w:r>
        <w:t>endobj</w:t>
      </w:r>
    </w:p>
    <w:p>
      <w:r>
        <w:t>507 0 obj</w:t>
      </w:r>
    </w:p>
    <w:p>
      <w:r>
        <w:t>&gt;</w:t>
      </w:r>
    </w:p>
    <w:p>
      <w:r>
        <w:t>endobj</w:t>
      </w:r>
    </w:p>
    <w:p>
      <w:r>
        <w:t>508 0 obj</w:t>
      </w:r>
    </w:p>
    <w:p>
      <w:r>
        <w:t>&gt;</w:t>
      </w:r>
    </w:p>
    <w:p>
      <w:r>
        <w:t>endobj</w:t>
      </w:r>
    </w:p>
    <w:p>
      <w:r>
        <w:t>509 0 obj</w:t>
      </w:r>
    </w:p>
    <w:p>
      <w:r>
        <w:t>&gt;</w:t>
      </w:r>
    </w:p>
    <w:p>
      <w:r>
        <w:t>endobj</w:t>
      </w:r>
    </w:p>
    <w:p>
      <w:r>
        <w:t>510 0 obj</w:t>
      </w:r>
    </w:p>
    <w:p>
      <w:r>
        <w:t>&gt;</w:t>
      </w:r>
    </w:p>
    <w:p>
      <w:r>
        <w:t>endobj</w:t>
      </w:r>
    </w:p>
    <w:p>
      <w:r>
        <w:t>511 0 obj</w:t>
      </w:r>
    </w:p>
    <w:p>
      <w:r>
        <w:t>&gt;</w:t>
      </w:r>
    </w:p>
    <w:p>
      <w:r>
        <w:t>endobj</w:t>
      </w:r>
    </w:p>
    <w:p>
      <w:r>
        <w:t>512 0 obj</w:t>
      </w:r>
    </w:p>
    <w:p>
      <w:r>
        <w:t>&gt;</w:t>
      </w:r>
    </w:p>
    <w:p>
      <w:r>
        <w:t>endobj</w:t>
      </w:r>
    </w:p>
    <w:p>
      <w:r>
        <w:t>513 0 obj</w:t>
      </w:r>
    </w:p>
    <w:p>
      <w:r>
        <w:t>&gt;</w:t>
      </w:r>
    </w:p>
    <w:p>
      <w:r>
        <w:t>endobj</w:t>
      </w:r>
    </w:p>
    <w:p>
      <w:r>
        <w:t>514 0 obj</w:t>
      </w:r>
    </w:p>
    <w:p>
      <w:r>
        <w:t>&gt;</w:t>
      </w:r>
    </w:p>
    <w:p>
      <w:r>
        <w:t>endobj</w:t>
      </w:r>
    </w:p>
    <w:p>
      <w:r>
        <w:t>515 0 obj</w:t>
      </w:r>
    </w:p>
    <w:p>
      <w:r>
        <w:t>&gt;</w:t>
      </w:r>
    </w:p>
    <w:p>
      <w:r>
        <w:t>endobj</w:t>
      </w:r>
    </w:p>
    <w:p>
      <w:r>
        <w:t>516 0 obj</w:t>
      </w:r>
    </w:p>
    <w:p>
      <w:r>
        <w:t>&gt;</w:t>
      </w:r>
    </w:p>
    <w:p>
      <w:r>
        <w:t>endobj</w:t>
      </w:r>
    </w:p>
    <w:p>
      <w:r>
        <w:t>517 0 obj</w:t>
      </w:r>
    </w:p>
    <w:p>
      <w:r>
        <w:t>&gt;</w:t>
      </w:r>
    </w:p>
    <w:p>
      <w:r>
        <w:t>endobj</w:t>
      </w:r>
    </w:p>
    <w:p>
      <w:r>
        <w:t>518 0 obj</w:t>
      </w:r>
    </w:p>
    <w:p>
      <w:r>
        <w:t>&gt;</w:t>
      </w:r>
    </w:p>
    <w:p>
      <w:r>
        <w:t>endobj</w:t>
      </w:r>
    </w:p>
    <w:p>
      <w:r>
        <w:t>519 0 obj</w:t>
      </w:r>
    </w:p>
    <w:p>
      <w:r>
        <w:t>&gt;</w:t>
      </w:r>
    </w:p>
    <w:p>
      <w:r>
        <w:t>endobj</w:t>
      </w:r>
    </w:p>
    <w:p>
      <w:r>
        <w:t>520 0 obj</w:t>
      </w:r>
    </w:p>
    <w:p>
      <w:r>
        <w:t>&gt;</w:t>
      </w:r>
    </w:p>
    <w:p>
      <w:r>
        <w:t>endobj</w:t>
      </w:r>
    </w:p>
    <w:p>
      <w:r>
        <w:t>521 0 obj</w:t>
      </w:r>
    </w:p>
    <w:p>
      <w:r>
        <w:t>&gt;</w:t>
      </w:r>
    </w:p>
    <w:p>
      <w:r>
        <w:t>endobj</w:t>
      </w:r>
    </w:p>
    <w:p>
      <w:r>
        <w:t>522 0 obj</w:t>
      </w:r>
    </w:p>
    <w:p>
      <w:r>
        <w:t>&gt;</w:t>
      </w:r>
    </w:p>
    <w:p>
      <w:r>
        <w:t>endobj</w:t>
      </w:r>
    </w:p>
    <w:p>
      <w:r>
        <w:t>523 0 obj</w:t>
      </w:r>
    </w:p>
    <w:p>
      <w:r>
        <w:t>&gt;</w:t>
      </w:r>
    </w:p>
    <w:p>
      <w:r>
        <w:t>endobj</w:t>
      </w:r>
    </w:p>
    <w:p>
      <w:r>
        <w:t>524 0 obj</w:t>
      </w:r>
    </w:p>
    <w:p>
      <w:r>
        <w:t>&gt;</w:t>
      </w:r>
    </w:p>
    <w:p>
      <w:r>
        <w:t>endobj</w:t>
      </w:r>
    </w:p>
    <w:p>
      <w:r>
        <w:t>525 0 obj</w:t>
      </w:r>
    </w:p>
    <w:p>
      <w:r>
        <w:t>&gt;</w:t>
      </w:r>
    </w:p>
    <w:p>
      <w:r>
        <w:t>endobj</w:t>
      </w:r>
    </w:p>
    <w:p>
      <w:r>
        <w:t>526 0 obj</w:t>
      </w:r>
    </w:p>
    <w:p>
      <w:r>
        <w:t>&gt;</w:t>
      </w:r>
    </w:p>
    <w:p>
      <w:r>
        <w:t>endobj</w:t>
      </w:r>
    </w:p>
    <w:p>
      <w:r>
        <w:t>527 0 obj</w:t>
      </w:r>
    </w:p>
    <w:p>
      <w:r>
        <w:t>&gt;</w:t>
      </w:r>
    </w:p>
    <w:p>
      <w:r>
        <w:t>endobj</w:t>
      </w:r>
    </w:p>
    <w:p>
      <w:r>
        <w:t>528 0 obj</w:t>
      </w:r>
    </w:p>
    <w:p>
      <w:r>
        <w:t>&gt;</w:t>
      </w:r>
    </w:p>
    <w:p>
      <w:r>
        <w:t>endobj</w:t>
      </w:r>
    </w:p>
    <w:p>
      <w:r>
        <w:t>529 0 obj</w:t>
      </w:r>
    </w:p>
    <w:p>
      <w:r>
        <w:t>&gt;</w:t>
      </w:r>
    </w:p>
    <w:p>
      <w:r>
        <w:t>endobj</w:t>
      </w:r>
    </w:p>
    <w:p>
      <w:r>
        <w:t>530 0 obj</w:t>
      </w:r>
    </w:p>
    <w:p>
      <w:r>
        <w:t>&gt;</w:t>
      </w:r>
    </w:p>
    <w:p>
      <w:r>
        <w:t>endobj</w:t>
      </w:r>
    </w:p>
    <w:p>
      <w:r>
        <w:t>531 0 obj</w:t>
      </w:r>
    </w:p>
    <w:p>
      <w:r>
        <w:t>&gt;</w:t>
      </w:r>
    </w:p>
    <w:p>
      <w:r>
        <w:t>endobj</w:t>
      </w:r>
    </w:p>
    <w:p>
      <w:r>
        <w:t>532 0 obj</w:t>
      </w:r>
    </w:p>
    <w:p>
      <w:r>
        <w:t>&gt;</w:t>
      </w:r>
    </w:p>
    <w:p>
      <w:r>
        <w:t>endobj</w:t>
      </w:r>
    </w:p>
    <w:p>
      <w:r>
        <w:t>533 0 obj</w:t>
      </w:r>
    </w:p>
    <w:p>
      <w:r>
        <w:t>&gt;</w:t>
      </w:r>
    </w:p>
    <w:p>
      <w:r>
        <w:t>endobj</w:t>
      </w:r>
    </w:p>
    <w:p>
      <w:r>
        <w:t>534 0 obj</w:t>
      </w:r>
    </w:p>
    <w:p>
      <w:r>
        <w:t>&gt;</w:t>
      </w:r>
    </w:p>
    <w:p>
      <w:r>
        <w:t>endobj</w:t>
      </w:r>
    </w:p>
    <w:p>
      <w:r>
        <w:t>535 0 obj</w:t>
      </w:r>
    </w:p>
    <w:p>
      <w:r>
        <w:t>&gt;</w:t>
      </w:r>
    </w:p>
    <w:p>
      <w:r>
        <w:t>endobj</w:t>
      </w:r>
    </w:p>
    <w:p>
      <w:r>
        <w:t>536 0 obj</w:t>
      </w:r>
    </w:p>
    <w:p>
      <w:r>
        <w:t>&gt;</w:t>
      </w:r>
    </w:p>
    <w:p>
      <w:r>
        <w:t>endobj</w:t>
      </w:r>
    </w:p>
    <w:p>
      <w:r>
        <w:t>537 0 obj</w:t>
      </w:r>
    </w:p>
    <w:p>
      <w:r>
        <w:t>&gt;</w:t>
      </w:r>
    </w:p>
    <w:p>
      <w:r>
        <w:t>endobj</w:t>
      </w:r>
    </w:p>
    <w:p>
      <w:r>
        <w:t>538 0 obj</w:t>
      </w:r>
    </w:p>
    <w:p>
      <w:r>
        <w:t>&gt;</w:t>
      </w:r>
    </w:p>
    <w:p>
      <w:r>
        <w:t>endobj</w:t>
      </w:r>
    </w:p>
    <w:p>
      <w:r>
        <w:t>539 0 obj</w:t>
      </w:r>
    </w:p>
    <w:p>
      <w:r>
        <w:t>&gt;</w:t>
      </w:r>
    </w:p>
    <w:p>
      <w:r>
        <w:t>endobj</w:t>
      </w:r>
    </w:p>
    <w:p>
      <w:r>
        <w:t>540 0 obj</w:t>
      </w:r>
    </w:p>
    <w:p>
      <w:r>
        <w:t>&gt;</w:t>
      </w:r>
    </w:p>
    <w:p>
      <w:r>
        <w:t>endobj</w:t>
      </w:r>
    </w:p>
    <w:p>
      <w:r>
        <w:t>541 0 obj</w:t>
      </w:r>
    </w:p>
    <w:p>
      <w:r>
        <w:t>&gt;</w:t>
      </w:r>
    </w:p>
    <w:p>
      <w:r>
        <w:t>endobj</w:t>
      </w:r>
    </w:p>
    <w:p>
      <w:r>
        <w:t>542 0 obj</w:t>
      </w:r>
    </w:p>
    <w:p>
      <w:r>
        <w:t>&gt;</w:t>
      </w:r>
    </w:p>
    <w:p>
      <w:r>
        <w:t>endobj</w:t>
      </w:r>
    </w:p>
    <w:p>
      <w:r>
        <w:t>543 0 obj</w:t>
      </w:r>
    </w:p>
    <w:p>
      <w:r>
        <w:t>&gt;</w:t>
      </w:r>
    </w:p>
    <w:p>
      <w:r>
        <w:t>endobj</w:t>
      </w:r>
    </w:p>
    <w:p>
      <w:r>
        <w:t>544 0 obj</w:t>
      </w:r>
    </w:p>
    <w:p>
      <w:r>
        <w:t>&gt;</w:t>
      </w:r>
    </w:p>
    <w:p>
      <w:r>
        <w:t>endobj</w:t>
      </w:r>
    </w:p>
    <w:p>
      <w:r>
        <w:t>545 0 obj</w:t>
      </w:r>
    </w:p>
    <w:p>
      <w:r>
        <w:t>&gt;</w:t>
      </w:r>
    </w:p>
    <w:p>
      <w:r>
        <w:t>endobj</w:t>
      </w:r>
    </w:p>
    <w:p>
      <w:r>
        <w:t>546 0 obj</w:t>
      </w:r>
    </w:p>
    <w:p>
      <w:r>
        <w:t>&gt;</w:t>
      </w:r>
    </w:p>
    <w:p>
      <w:r>
        <w:t>endobj</w:t>
      </w:r>
    </w:p>
    <w:p>
      <w:r>
        <w:t>547 0 obj</w:t>
      </w:r>
    </w:p>
    <w:p>
      <w:r>
        <w:t>&gt;</w:t>
      </w:r>
    </w:p>
    <w:p>
      <w:r>
        <w:t>endobj</w:t>
      </w:r>
    </w:p>
    <w:p>
      <w:r>
        <w:t>548 0 obj</w:t>
      </w:r>
    </w:p>
    <w:p>
      <w:r>
        <w:t>&gt;</w:t>
      </w:r>
    </w:p>
    <w:p>
      <w:r>
        <w:t>endobj</w:t>
      </w:r>
    </w:p>
    <w:p>
      <w:r>
        <w:t>549 0 obj</w:t>
      </w:r>
    </w:p>
    <w:p>
      <w:r>
        <w:t>&gt;</w:t>
      </w:r>
    </w:p>
    <w:p>
      <w:r>
        <w:t>endobj</w:t>
      </w:r>
    </w:p>
    <w:p>
      <w:r>
        <w:t>550 0 obj</w:t>
      </w:r>
    </w:p>
    <w:p>
      <w:r>
        <w:t>&gt;</w:t>
      </w:r>
    </w:p>
    <w:p>
      <w:r>
        <w:t>endobj</w:t>
      </w:r>
    </w:p>
    <w:p>
      <w:r>
        <w:t>551 0 obj</w:t>
      </w:r>
    </w:p>
    <w:p>
      <w:r>
        <w:t>&gt;</w:t>
      </w:r>
    </w:p>
    <w:p>
      <w:r>
        <w:t>endobj</w:t>
      </w:r>
    </w:p>
    <w:p>
      <w:r>
        <w:t>552 0 obj</w:t>
      </w:r>
    </w:p>
    <w:p>
      <w:r>
        <w:t>&gt;</w:t>
      </w:r>
    </w:p>
    <w:p>
      <w:r>
        <w:t>endobj</w:t>
      </w:r>
    </w:p>
    <w:p>
      <w:r>
        <w:t>553 0 obj</w:t>
      </w:r>
    </w:p>
    <w:p>
      <w:r>
        <w:t>&gt;</w:t>
      </w:r>
    </w:p>
    <w:p>
      <w:r>
        <w:t>endobj</w:t>
      </w:r>
    </w:p>
    <w:p>
      <w:r>
        <w:t>554 0 obj</w:t>
      </w:r>
    </w:p>
    <w:p>
      <w:r>
        <w:t>&gt;</w:t>
      </w:r>
    </w:p>
    <w:p>
      <w:r>
        <w:t>endobj</w:t>
      </w:r>
    </w:p>
    <w:p>
      <w:r>
        <w:t>555 0 obj</w:t>
      </w:r>
    </w:p>
    <w:p>
      <w:r>
        <w:t>&gt;</w:t>
      </w:r>
    </w:p>
    <w:p>
      <w:r>
        <w:t>endobj</w:t>
      </w:r>
    </w:p>
    <w:p>
      <w:r>
        <w:t>556 0 obj</w:t>
      </w:r>
    </w:p>
    <w:p>
      <w:r>
        <w:t>&gt;</w:t>
      </w:r>
    </w:p>
    <w:p>
      <w:r>
        <w:t>endobj</w:t>
      </w:r>
    </w:p>
    <w:p>
      <w:r>
        <w:t>557 0 obj</w:t>
      </w:r>
    </w:p>
    <w:p>
      <w:r>
        <w:t>&gt;</w:t>
      </w:r>
    </w:p>
    <w:p>
      <w:r>
        <w:t>endobj</w:t>
      </w:r>
    </w:p>
    <w:p>
      <w:r>
        <w:t>558 0 obj</w:t>
      </w:r>
    </w:p>
    <w:p>
      <w:r>
        <w:t>&gt;</w:t>
      </w:r>
    </w:p>
    <w:p>
      <w:r>
        <w:t>endobj</w:t>
      </w:r>
    </w:p>
    <w:p>
      <w:r>
        <w:t>559 0 obj</w:t>
      </w:r>
    </w:p>
    <w:p>
      <w:r>
        <w:t>&gt;</w:t>
      </w:r>
    </w:p>
    <w:p>
      <w:r>
        <w:t>endobj</w:t>
      </w:r>
    </w:p>
    <w:p>
      <w:r>
        <w:t>560 0 obj</w:t>
      </w:r>
    </w:p>
    <w:p>
      <w:r>
        <w:t>&gt;</w:t>
      </w:r>
    </w:p>
    <w:p>
      <w:r>
        <w:t>endobj</w:t>
      </w:r>
    </w:p>
    <w:p>
      <w:r>
        <w:t>561 0 obj</w:t>
      </w:r>
    </w:p>
    <w:p>
      <w:r>
        <w:t>&gt;</w:t>
      </w:r>
    </w:p>
    <w:p>
      <w:r>
        <w:t>endobj</w:t>
      </w:r>
    </w:p>
    <w:p>
      <w:r>
        <w:t>562 0 obj</w:t>
      </w:r>
    </w:p>
    <w:p>
      <w:r>
        <w:t>&gt;</w:t>
      </w:r>
    </w:p>
    <w:p>
      <w:r>
        <w:t>endobj</w:t>
      </w:r>
    </w:p>
    <w:p>
      <w:r>
        <w:t>563 0 obj</w:t>
      </w:r>
    </w:p>
    <w:p>
      <w:r>
        <w:t>&gt;</w:t>
      </w:r>
    </w:p>
    <w:p>
      <w:r>
        <w:t>endobj</w:t>
      </w:r>
    </w:p>
    <w:p>
      <w:r>
        <w:t>564 0 obj</w:t>
      </w:r>
    </w:p>
    <w:p>
      <w:r>
        <w:t>[ 563 0 R 565 0 R 566 0 R 567 0 R 568 0 R 569 0 R 570 0 R 571 0 R 572 0 R 573 0 R 574 0 R 575 0 R 576 0 R 577 0 R 578 0 R 578 0 R 578 0 R 578 0 R 578 0 R 580 0 R 582 0 R 584 0 R 586 0 R 588 0 R 590 0 R 592 0 R 594 0 R 596 0 R 598 0 R 600 0 R 601 0 R 602 0 R 603 0 R 604 0 R 605 0 R 608 0 R 609 0 R 610 0 R 611 0 R 612 0 R 613 0 R 614 0 R 615 0 R 616 0 R 617 0 R 606 0 R 618 0 R]</w:t>
      </w:r>
    </w:p>
    <w:p>
      <w:r>
        <w:t>endobj</w:t>
      </w:r>
    </w:p>
    <w:p>
      <w:r>
        <w:t>565 0 obj</w:t>
      </w:r>
    </w:p>
    <w:p>
      <w:r>
        <w:t>&gt;</w:t>
      </w:r>
    </w:p>
    <w:p>
      <w:r>
        <w:t>endobj</w:t>
      </w:r>
    </w:p>
    <w:p>
      <w:r>
        <w:t>566 0 obj</w:t>
      </w:r>
    </w:p>
    <w:p>
      <w:r>
        <w:t>&gt;</w:t>
      </w:r>
    </w:p>
    <w:p>
      <w:r>
        <w:t>endobj</w:t>
      </w:r>
    </w:p>
    <w:p>
      <w:r>
        <w:t>567 0 obj</w:t>
      </w:r>
    </w:p>
    <w:p>
      <w:r>
        <w:t>&gt;</w:t>
      </w:r>
    </w:p>
    <w:p>
      <w:r>
        <w:t>endobj</w:t>
      </w:r>
    </w:p>
    <w:p>
      <w:r>
        <w:t>568 0 obj</w:t>
      </w:r>
    </w:p>
    <w:p>
      <w:r>
        <w:t>&gt;</w:t>
      </w:r>
    </w:p>
    <w:p>
      <w:r>
        <w:t>endobj</w:t>
      </w:r>
    </w:p>
    <w:p>
      <w:r>
        <w:t>569 0 obj</w:t>
      </w:r>
    </w:p>
    <w:p>
      <w:r>
        <w:t>&gt;</w:t>
      </w:r>
    </w:p>
    <w:p>
      <w:r>
        <w:t>endobj</w:t>
      </w:r>
    </w:p>
    <w:p>
      <w:r>
        <w:t>570 0 obj</w:t>
      </w:r>
    </w:p>
    <w:p>
      <w:r>
        <w:t>&gt;</w:t>
      </w:r>
    </w:p>
    <w:p>
      <w:r>
        <w:t>endobj</w:t>
      </w:r>
    </w:p>
    <w:p>
      <w:r>
        <w:t>571 0 obj</w:t>
      </w:r>
    </w:p>
    <w:p>
      <w:r>
        <w:t>&gt;</w:t>
      </w:r>
    </w:p>
    <w:p>
      <w:r>
        <w:t>endobj</w:t>
      </w:r>
    </w:p>
    <w:p>
      <w:r>
        <w:t>572 0 obj</w:t>
      </w:r>
    </w:p>
    <w:p>
      <w:r>
        <w:t>&gt;</w:t>
      </w:r>
    </w:p>
    <w:p>
      <w:r>
        <w:t>endobj</w:t>
      </w:r>
    </w:p>
    <w:p>
      <w:r>
        <w:t>573 0 obj</w:t>
      </w:r>
    </w:p>
    <w:p>
      <w:r>
        <w:t>&gt;</w:t>
      </w:r>
    </w:p>
    <w:p>
      <w:r>
        <w:t>endobj</w:t>
      </w:r>
    </w:p>
    <w:p>
      <w:r>
        <w:t>574 0 obj</w:t>
      </w:r>
    </w:p>
    <w:p>
      <w:r>
        <w:t>&gt;</w:t>
      </w:r>
    </w:p>
    <w:p>
      <w:r>
        <w:t>endobj</w:t>
      </w:r>
    </w:p>
    <w:p>
      <w:r>
        <w:t>575 0 obj</w:t>
      </w:r>
    </w:p>
    <w:p>
      <w:r>
        <w:t>&gt;</w:t>
      </w:r>
    </w:p>
    <w:p>
      <w:r>
        <w:t>endobj</w:t>
      </w:r>
    </w:p>
    <w:p>
      <w:r>
        <w:t>576 0 obj</w:t>
      </w:r>
    </w:p>
    <w:p>
      <w:r>
        <w:t>&gt;</w:t>
      </w:r>
    </w:p>
    <w:p>
      <w:r>
        <w:t>endobj</w:t>
      </w:r>
    </w:p>
    <w:p>
      <w:r>
        <w:t>577 0 obj</w:t>
      </w:r>
    </w:p>
    <w:p>
      <w:r>
        <w:t>&gt;</w:t>
      </w:r>
    </w:p>
    <w:p>
      <w:r>
        <w:t>endobj</w:t>
      </w:r>
    </w:p>
    <w:p>
      <w:r>
        <w:t>578 0 obj</w:t>
      </w:r>
    </w:p>
    <w:p>
      <w:r>
        <w:t>&gt;</w:t>
      </w:r>
    </w:p>
    <w:p>
      <w:r>
        <w:t>endobj</w:t>
      </w:r>
    </w:p>
    <w:p>
      <w:r>
        <w:t>579 0 obj</w:t>
      </w:r>
    </w:p>
    <w:p>
      <w:r>
        <w:t>&gt;</w:t>
      </w:r>
    </w:p>
    <w:p>
      <w:r>
        <w:t>endobj</w:t>
      </w:r>
    </w:p>
    <w:p>
      <w:r>
        <w:t>580 0 obj</w:t>
      </w:r>
    </w:p>
    <w:p>
      <w:r>
        <w:t>&gt;</w:t>
      </w:r>
    </w:p>
    <w:p>
      <w:r>
        <w:t>endobj</w:t>
      </w:r>
    </w:p>
    <w:p>
      <w:r>
        <w:t>581 0 obj</w:t>
      </w:r>
    </w:p>
    <w:p>
      <w:r>
        <w:t>&gt;</w:t>
      </w:r>
    </w:p>
    <w:p>
      <w:r>
        <w:t>endobj</w:t>
      </w:r>
    </w:p>
    <w:p>
      <w:r>
        <w:t>582 0 obj</w:t>
      </w:r>
    </w:p>
    <w:p>
      <w:r>
        <w:t>&gt;</w:t>
      </w:r>
    </w:p>
    <w:p>
      <w:r>
        <w:t>endobj</w:t>
      </w:r>
    </w:p>
    <w:p>
      <w:r>
        <w:t>583 0 obj</w:t>
      </w:r>
    </w:p>
    <w:p>
      <w:r>
        <w:t>&gt;</w:t>
      </w:r>
    </w:p>
    <w:p>
      <w:r>
        <w:t>endobj</w:t>
      </w:r>
    </w:p>
    <w:p>
      <w:r>
        <w:t>584 0 obj</w:t>
      </w:r>
    </w:p>
    <w:p>
      <w:r>
        <w:t>&gt;</w:t>
      </w:r>
    </w:p>
    <w:p>
      <w:r>
        <w:t>endobj</w:t>
      </w:r>
    </w:p>
    <w:p>
      <w:r>
        <w:t>585 0 obj</w:t>
      </w:r>
    </w:p>
    <w:p>
      <w:r>
        <w:t>&gt;</w:t>
      </w:r>
    </w:p>
    <w:p>
      <w:r>
        <w:t>endobj</w:t>
      </w:r>
    </w:p>
    <w:p>
      <w:r>
        <w:t>586 0 obj</w:t>
      </w:r>
    </w:p>
    <w:p>
      <w:r>
        <w:t>&gt;</w:t>
      </w:r>
    </w:p>
    <w:p>
      <w:r>
        <w:t>endobj</w:t>
      </w:r>
    </w:p>
    <w:p>
      <w:r>
        <w:t>587 0 obj</w:t>
      </w:r>
    </w:p>
    <w:p>
      <w:r>
        <w:t>&gt;</w:t>
      </w:r>
    </w:p>
    <w:p>
      <w:r>
        <w:t>endobj</w:t>
      </w:r>
    </w:p>
    <w:p>
      <w:r>
        <w:t>588 0 obj</w:t>
      </w:r>
    </w:p>
    <w:p>
      <w:r>
        <w:t>&gt;</w:t>
      </w:r>
    </w:p>
    <w:p>
      <w:r>
        <w:t>endobj</w:t>
      </w:r>
    </w:p>
    <w:p>
      <w:r>
        <w:t>589 0 obj</w:t>
      </w:r>
    </w:p>
    <w:p>
      <w:r>
        <w:t>&gt;</w:t>
      </w:r>
    </w:p>
    <w:p>
      <w:r>
        <w:t>endobj</w:t>
      </w:r>
    </w:p>
    <w:p>
      <w:r>
        <w:t>590 0 obj</w:t>
      </w:r>
    </w:p>
    <w:p>
      <w:r>
        <w:t>&gt;</w:t>
      </w:r>
    </w:p>
    <w:p>
      <w:r>
        <w:t>endobj</w:t>
      </w:r>
    </w:p>
    <w:p>
      <w:r>
        <w:t>591 0 obj</w:t>
      </w:r>
    </w:p>
    <w:p>
      <w:r>
        <w:t>&gt;</w:t>
      </w:r>
    </w:p>
    <w:p>
      <w:r>
        <w:t>endobj</w:t>
      </w:r>
    </w:p>
    <w:p>
      <w:r>
        <w:t>592 0 obj</w:t>
      </w:r>
    </w:p>
    <w:p>
      <w:r>
        <w:t>&gt;</w:t>
      </w:r>
    </w:p>
    <w:p>
      <w:r>
        <w:t>endobj</w:t>
      </w:r>
    </w:p>
    <w:p>
      <w:r>
        <w:t>593 0 obj</w:t>
      </w:r>
    </w:p>
    <w:p>
      <w:r>
        <w:t>&gt;</w:t>
      </w:r>
    </w:p>
    <w:p>
      <w:r>
        <w:t>endobj</w:t>
      </w:r>
    </w:p>
    <w:p>
      <w:r>
        <w:t>594 0 obj</w:t>
      </w:r>
    </w:p>
    <w:p>
      <w:r>
        <w:t>&gt;</w:t>
      </w:r>
    </w:p>
    <w:p>
      <w:r>
        <w:t>endobj</w:t>
      </w:r>
    </w:p>
    <w:p>
      <w:r>
        <w:t>595 0 obj</w:t>
      </w:r>
    </w:p>
    <w:p>
      <w:r>
        <w:t>&gt;</w:t>
      </w:r>
    </w:p>
    <w:p>
      <w:r>
        <w:t>endobj</w:t>
      </w:r>
    </w:p>
    <w:p>
      <w:r>
        <w:t>596 0 obj</w:t>
      </w:r>
    </w:p>
    <w:p>
      <w:r>
        <w:t>&gt;</w:t>
      </w:r>
    </w:p>
    <w:p>
      <w:r>
        <w:t>endobj</w:t>
      </w:r>
    </w:p>
    <w:p>
      <w:r>
        <w:t>597 0 obj</w:t>
      </w:r>
    </w:p>
    <w:p>
      <w:r>
        <w:t>&gt;</w:t>
      </w:r>
    </w:p>
    <w:p>
      <w:r>
        <w:t>endobj</w:t>
      </w:r>
    </w:p>
    <w:p>
      <w:r>
        <w:t>598 0 obj</w:t>
      </w:r>
    </w:p>
    <w:p>
      <w:r>
        <w:t>&gt;</w:t>
      </w:r>
    </w:p>
    <w:p>
      <w:r>
        <w:t>endobj</w:t>
      </w:r>
    </w:p>
    <w:p>
      <w:r>
        <w:t>600 0 obj</w:t>
      </w:r>
    </w:p>
    <w:p>
      <w:r>
        <w:t>&gt;</w:t>
      </w:r>
    </w:p>
    <w:p>
      <w:r>
        <w:t>endobj</w:t>
      </w:r>
    </w:p>
    <w:p>
      <w:r>
        <w:t>601 0 obj</w:t>
      </w:r>
    </w:p>
    <w:p>
      <w:r>
        <w:t>&gt;</w:t>
      </w:r>
    </w:p>
    <w:p>
      <w:r>
        <w:t>endobj</w:t>
      </w:r>
    </w:p>
    <w:p>
      <w:r>
        <w:t>602 0 obj</w:t>
      </w:r>
    </w:p>
    <w:p>
      <w:r>
        <w:t>&gt;</w:t>
      </w:r>
    </w:p>
    <w:p>
      <w:r>
        <w:t>endobj</w:t>
      </w:r>
    </w:p>
    <w:p>
      <w:r>
        <w:t>603 0 obj</w:t>
      </w:r>
    </w:p>
    <w:p>
      <w:r>
        <w:t>&gt;</w:t>
      </w:r>
    </w:p>
    <w:p>
      <w:r>
        <w:t>endobj</w:t>
      </w:r>
    </w:p>
    <w:p>
      <w:r>
        <w:t>604 0 obj</w:t>
      </w:r>
    </w:p>
    <w:p>
      <w:r>
        <w:t>&gt;</w:t>
      </w:r>
    </w:p>
    <w:p>
      <w:r>
        <w:t>endobj</w:t>
      </w:r>
    </w:p>
    <w:p>
      <w:r>
        <w:t>605 0 obj</w:t>
      </w:r>
    </w:p>
    <w:p>
      <w:r>
        <w:t>&gt;</w:t>
      </w:r>
    </w:p>
    <w:p>
      <w:r>
        <w:t>endobj</w:t>
      </w:r>
    </w:p>
    <w:p>
      <w:r>
        <w:t>606 0 obj</w:t>
      </w:r>
    </w:p>
    <w:p>
      <w:r>
        <w:t>&gt;</w:t>
      </w:r>
    </w:p>
    <w:p>
      <w:r>
        <w:t>endobj</w:t>
      </w:r>
    </w:p>
    <w:p>
      <w:r>
        <w:t>607 0 obj</w:t>
      </w:r>
    </w:p>
    <w:p>
      <w:r>
        <w:t>&gt;</w:t>
      </w:r>
    </w:p>
    <w:p>
      <w:r>
        <w:t>endobj</w:t>
      </w:r>
    </w:p>
    <w:p>
      <w:r>
        <w:t>608 0 obj</w:t>
      </w:r>
    </w:p>
    <w:p>
      <w:r>
        <w:t>&gt;</w:t>
      </w:r>
    </w:p>
    <w:p>
      <w:r>
        <w:t>endobj</w:t>
      </w:r>
    </w:p>
    <w:p>
      <w:r>
        <w:t>609 0 obj</w:t>
      </w:r>
    </w:p>
    <w:p>
      <w:r>
        <w:t>&gt;</w:t>
      </w:r>
    </w:p>
    <w:p>
      <w:r>
        <w:t>endobj</w:t>
      </w:r>
    </w:p>
    <w:p>
      <w:r>
        <w:t>610 0 obj</w:t>
      </w:r>
    </w:p>
    <w:p>
      <w:r>
        <w:t>&gt;</w:t>
      </w:r>
    </w:p>
    <w:p>
      <w:r>
        <w:t>endobj</w:t>
      </w:r>
    </w:p>
    <w:p>
      <w:r>
        <w:t>611 0 obj</w:t>
      </w:r>
    </w:p>
    <w:p>
      <w:r>
        <w:t>&gt;</w:t>
      </w:r>
    </w:p>
    <w:p>
      <w:r>
        <w:t>endobj</w:t>
      </w:r>
    </w:p>
    <w:p>
      <w:r>
        <w:t>612 0 obj</w:t>
      </w:r>
    </w:p>
    <w:p>
      <w:r>
        <w:t>&gt;</w:t>
      </w:r>
    </w:p>
    <w:p>
      <w:r>
        <w:t>endobj</w:t>
      </w:r>
    </w:p>
    <w:p>
      <w:r>
        <w:t>613 0 obj</w:t>
      </w:r>
    </w:p>
    <w:p>
      <w:r>
        <w:t>&gt;</w:t>
      </w:r>
    </w:p>
    <w:p>
      <w:r>
        <w:t>endobj</w:t>
      </w:r>
    </w:p>
    <w:p>
      <w:r>
        <w:t>614 0 obj</w:t>
      </w:r>
    </w:p>
    <w:p>
      <w:r>
        <w:t>&gt;</w:t>
      </w:r>
    </w:p>
    <w:p>
      <w:r>
        <w:t>endobj</w:t>
      </w:r>
    </w:p>
    <w:p>
      <w:r>
        <w:t>615 0 obj</w:t>
      </w:r>
    </w:p>
    <w:p>
      <w:r>
        <w:t>&gt;</w:t>
      </w:r>
    </w:p>
    <w:p>
      <w:r>
        <w:t>endobj</w:t>
      </w:r>
    </w:p>
    <w:p>
      <w:r>
        <w:t>616 0 obj</w:t>
      </w:r>
    </w:p>
    <w:p>
      <w:r>
        <w:t>&gt;</w:t>
      </w:r>
    </w:p>
    <w:p>
      <w:r>
        <w:t>endobj</w:t>
      </w:r>
    </w:p>
    <w:p>
      <w:r>
        <w:t>617 0 obj</w:t>
      </w:r>
    </w:p>
    <w:p>
      <w:r>
        <w:t>&gt;</w:t>
      </w:r>
    </w:p>
    <w:p>
      <w:r>
        <w:t>endobj</w:t>
      </w:r>
    </w:p>
    <w:p>
      <w:r>
        <w:t>618 0 obj</w:t>
      </w:r>
    </w:p>
    <w:p>
      <w:r>
        <w:t>&gt;</w:t>
      </w:r>
    </w:p>
    <w:p>
      <w:r>
        <w:t>endobj</w:t>
      </w:r>
    </w:p>
    <w:p>
      <w:r>
        <w:t>619 0 obj</w:t>
      </w:r>
    </w:p>
    <w:p>
      <w:r>
        <w:t>[ 500 0 0 0 0 0 0 0 0 0 0 0 0 500 0 0 500 500 500 500 500 500 500 500 500 500]</w:t>
      </w:r>
    </w:p>
    <w:p>
      <w:r>
        <w:t>endobj</w:t>
      </w:r>
    </w:p>
    <w:p>
      <w:r>
        <w:t>620 0 obj</w:t>
      </w:r>
    </w:p>
    <w:p>
      <w:r>
        <w:t>&gt;stream</w:t>
      </w:r>
    </w:p>
    <w:p>
      <w:r>
        <w:t>x{t}}bbA"c$HB" r%%K$/ǲa[f%N۸niOYizSuuŕmő$s*cN;pIC&gt;~}̝{wqXNsKOC?=ǔ?S;4}|ݤuF?t1ox&gt;`)߸L假F{_{Ks&gt;T_񋋦9j3ܙs/O\+|c)/̱33WN=oRΘoN'@mPyYP8SS&gt;~@؟,̎_=2f;+_[vNԮ/wEcDW^ׄlDjVΨΩa3=20udQ2GeKc=uɉS_~GN(&gt;\t}{;ɗk`ɖ}~2]T2PެkWKvv.JV'l</w:t>
        <w:br/>
        <w:t>Zfj2n8)=&gt;]*SՂUjVzYc)N\fi4)R&gt;IKIܬT-W/D))1hV,ʴ^(s*R.j" qϱ5aCJ6KJi\:Nם=B2ONY;soiUgW.GyRp%;&gt;a߶dҜ++)(AꙻgW{1F^dJUˉXmN3jruY1</w:t>
        <w:br/>
        <w:t>k%N}X/-DG(=EK</w:t>
        <w:br/>
        <w:t>DݦVT=I1z&amp;S]:ḻ1ʥҒ6."xaڡRнDMWݴO.OZ-R^d{_Qޱ*KW*Vʩm{25!qUI3˓޽]Zzj)QMG)qP4VjTsGesQxq6o0r C"U6Q;9o6oWVgGGWOJr;D چȽ۬*F[+fF9r/_@y۪6F}b8wl}*klzȁ9 mR~ibyGF9fT;da.]</w:t>
      </w:r>
    </w:p>
    <w:p>
      <w:r>
        <w:t>I_</w:t>
        <w:br/>
        <w:t>!g[YCrx{7kgZD̈Q&gt;JgMgK .MQi?" NjZܴiUՑ6aNl{zD{^[ӱQWZ+ɐU/(Ětx#*.%;6rb޳];{ǙͪW(ŏR :`OnOPnnR[!BGk;;^oG]9,92I-cO[</w:t>
      </w:r>
    </w:p>
    <w:p>
      <w:r>
        <w:t>;ThPokMq1RvfǹSmG|*{$JNz.V/zkEZR.zb4];?sUJWv.swΩeMLd*fT]77(Y^E|U~&amp;M4O9s12K,ܔ{eKܻͯrI;ޓ{lIzYI\8ui"gbv?$P4;k(ī=9Ug\o-.'w6+D_7jk.[B/y:ULӈPQŌρҽN%-ZbOhZj6eO'zkRO-;e)B=9=]ˎt٣</w:t>
      </w:r>
    </w:p>
    <w:p>
      <w:r>
        <w:t>#jÝC፵</w:t>
        <w:br/>
        <w:t>#{#ekٽZvӺj&gt;`-et^_Ⱦg}-KtRoֲ;uL"-ej٭BZvSR+̛ٶZՓn|45&gt;R-Zdd-D0N7TlVRX'q^pxafRp8p5Rx)t?;֏s|%JaquX9))%S9L?[K-\&amp;;?x];z9|ʯVFę&gt;|*;~2/GX`c#/LR.kg|9;ʙ/,Dpڇ?gI)m$EGiZ4 af0g]#ܤ]sq+3X^w+wdNv@ct(:)-6_r[6~navj4</w:t>
        <w:br/>
        <w:t>/CFoK (yDHVv|Jq+c-ۓ7qk}i[xt:tj\s?)ӏWio4qjQ{z8B} Vc$bn_١`RYw=;OWz^ټELҶ&gt;gnۺRtխ)&gt;5/kGU\UGӄmE֑k7nmkzDE&amp;WE"</w:t>
        <w:br/>
        <w:t>á0S</w:t>
        <w:br/>
        <w:t>bR2C5gEHdޮFUE&amp;r!۩554 jjR71nܼQcC3\R¥R^DwŋHv[ϰvBcRNOBav(i9O¦5</w:t>
        <w:br/>
        <w:t>zG}tHJ_גXא&amp;͆u</w:t>
        <w:br/>
        <w:t>훶l.Z[b=eE'(ޒlgrbXd3Ak%xC|*0&amp;"g=01DЈby7v~O9uiU}?Gw{cB!~#1o7S:|4['ӠW͛"rϾ}=N^g|M6]_]~-UYU[YP?%ֶ\83,ڜ{ۄΈ zzٔ+Ք+hivs`[h5mvPJ -zZ-%8JLCSr)!eoTӶ6"WO/;kkeκCm[k|'{D,9].MYgS)åe2J$#i4ڇ%(]yF.QYzobɢ4GbuKq.DF*/BTd%:=a藣!ܻGF7t|Tm:Tszl2YBƃ_Ub31_byH?n.YY!Y+?J^PV]exWZM1Oĥ].MU</w:t>
        <w:br/>
        <w:t>l`4y()"~C% 6vMZSjctcr7z֨Qݍ~CDvx=iK|~'ui</w:t>
        <w:br/>
        <w:t>"@bw̥7"^6n2B?պ^eC7ԿI&gt;KUUמr}R?~o?{{y                                                        c9UƙM/͙N)Vpl._],</w:t>
      </w:r>
    </w:p>
    <w:p>
      <w:r>
        <w:t>Y';DwqKcsmVXcuZb)v۱|7cիcQMa{;%3</w:t>
      </w:r>
    </w:p>
    <w:p>
      <w:r>
        <w:t>{[zh&gt;l{c{l?؁ۨQ?F]u1c890;we~EW2g&amp;gOS&amp;g-t,=#SF.?:yLy8905{ܺ|yb\yqs4iONMO?&gt;L6f;βE;؃l+!J6ƩljΝ6Pض8=l꟣(sVgT.Z5VjbY߬gT:Ŧ8OlOuz3GIzIE9*q$]SSdߩ-f,ڟڋt=䈯Ȝ2ϙ&gt;wZte9(]d?E?f]+Xӫc\Mwdz&gt;]t۹{G0%g8%g8悜5}/V@Wպ݇o&gt;ď)vAF۔k`?߯b@ˢ|ޜfYour.ɑ5b|WTMyulٔ]͕vDbTd]2xYď)i{nJϱtIjo|9H9#3G-\ܕ/|Ƕ{ֻ/:g(fXX1{W۸j|JjAo&gt;7,\|ӾV(}Gܻ_az;cnhd]|l\jW?^_s)ss=?oo,LmmolRRR&amp;֪4+ͬM</w:t>
        <w:br/>
        <w:t>֮</w:t>
      </w:r>
    </w:p>
    <w:p>
      <w:r>
        <w:t>a;o(`+Rv)?V~~IyKyGS[MMfۣZj+T~g'</w:t>
      </w:r>
    </w:p>
    <w:p>
      <w:r>
        <w:t>͂+S/___&gt;+inIsm~桉onA9EO&amp;yʗɋ"･&gt;stream</w:t>
      </w:r>
    </w:p>
    <w:p>
      <w:r>
        <w:t>x]Pj0+t'CM)MC#9+*03b$=01ac0I8o.&amp;*-a_.=MA5</w:t>
        <w:br/>
        <w:t>w!;]FWvȞf8}vaj[p8ɠg_̂;}S|Rpk4ЌZhZW8[Kvꮸ~&gt;stream</w:t>
      </w:r>
    </w:p>
    <w:p>
      <w:r>
        <w:t>x `ǟ+&amp;XfC&amp;$9lN$K#`Ţ`+VU&gt;R2٨</w:t>
        <w:br/>
        <w:t>W*jPت=dI65z~=gٙg}gfH@N&amp;xh*X1Rr=~?ޙX9(eG3@ƥS*ʖd,ԁv kԪI(IaZevnܲkx,(Z~8hL~pKjzd)vB-֤ n4D6`&amp;H^</w:t>
        <w:br/>
        <w:t>4yņXanAÒ][46|;q/b0`Iua{(jf)=4,^V_[Těo.)hz'[4J=Y{j.iqod^Ӳ%@?tnxgF:,`?wk ^vfbْN沜L0$1t-S|Hah}@;gPCi##($F+J0R}؊*_j8S&amp;ۄ'] (SNek</w:t>
      </w:r>
    </w:p>
    <w:p>
      <w:r>
        <w:t>1aGTkw</w:t>
      </w:r>
    </w:p>
    <w:p>
      <w:r>
        <w:t>iδ3}@W-&gt;_}}]~sWB-&amp;64^vCqCA-ξnCoњN[ 4$      .g`^_ } ""ϰTzxHZ"3SAXB0_|*?[*M</w:t>
      </w:r>
    </w:p>
    <w:p>
      <w:r>
        <w:t>aĮg-괚dI</w:t>
      </w:r>
    </w:p>
    <w:p>
      <w:r>
        <w:t>C[ٙEfL;zAA#r^|2Uf&amp;xj+arPQV+upws~nVނ5-?TXz?6ԟXg\wnP7~P&gt;wMn{Q&gt;n1G᧘xu;W~?W6FCAxF-%ج;&gt; B}</w:t>
      </w:r>
    </w:p>
    <w:p>
      <w:r>
        <w:t>/ZӰulC}U^g~Ȩ@}mC;n/+@} ~2t;Qs=OO)Uk\.egPq}~&amp;}ܧ}ܧ}ܧ})Oq~Sܧ&gt;駸O?}{ܧ}{ܧ}ܧ}ܧ};ܧ};ܧ};ܧ&gt;$'O?} Op~ܧ&gt;8ǹO?}ܧ}ܧ}1ӏq~cܧ&gt;(GO?}ӏp~#ܧ&gt;0釹O?܇&gt;N7釸O?}!q~Cܧ&gt; O?}Ar:s:s'_&gt;5_&gt;5_&gt;U_&gt;U_&gt;_&gt;p~ܧ}p~ܧ&gt;}?O}&gt;q}ܧ&gt;}/{O}^_&gt;e_&gt;%p=ܧ&gt;}{O}Kܧ&gt;}{O}ܧ}ܧ}nwsܧ0||:!ɧ&gt;2$6$Ity3`o9h.O=2z {_~N|3z y|!;WZ(:</w:t>
        <w:br/>
        <w:t>v]*</w:t>
        <w:br/>
        <w:t>|v($-Fތ=yl</w:t>
      </w:r>
    </w:p>
    <w:p>
      <w:r>
        <w:t>gi_IcOD?'</w:t>
      </w:r>
    </w:p>
    <w:p>
      <w:r>
        <w:t>w(44T5oFxoB{:$qpxZ1s Aj.S?!4]g)[9ugCQU[ADwccI{</w:t>
      </w:r>
    </w:p>
    <w:p>
      <w:r>
        <w:t>S͛}#gވItM|{ǥb!u nƞ `#CaAإ2vu&gt;g։裟]QuοUAt')/cOvhOVǞz&gt;EcODo9bȡI&amp;Aו&amp;zکq</w:t>
      </w:r>
    </w:p>
    <w:p>
      <w:r>
        <w:t>Vw{$=v7ﳧ' zՕN"w0d2͈odɧs0rxiqptZ1X]} DcOSH8vXLGVEt{$ubL_5BToUAݱ%;7#?jI`X=S:ADwFIE';x7ow</w:t>
        <w:br/>
        <w:t>PMӅn1=or'C9} DO5BltvMإV}NX'fgo4U#Cnpt&amp;ռvTF2ύU&gt;=g3##W T Au Y}݀</w:t>
      </w:r>
    </w:p>
    <w:p>
      <w:r>
        <w:t>N?!lT[Bz"vRUfxz?yaU[ !&amp;cw222TfL;</w:t>
        <w:br/>
        <w:t>PdrjR8b0q \+ AQ}݀</w:t>
      </w:r>
    </w:p>
    <w:p>
      <w:r>
        <w:t>=OHOH$Rwu|Iư&gt;xպ 0c%޵4rHռE72`IY.|K1bDό.LOM\+s: Aq}݀J`5Y6'd 0ʊ]nU_53^HtG9VEѝ.y3&amp;y߈`\ffu4Hbz_F=</w:t>
        <w:br/>
        <w:t>/u JN?!'5r2s!Ƥ`*[u@ws$"i@g1%s2`ŘRiP%0.</w:t>
      </w:r>
    </w:p>
    <w:p>
      <w:r>
        <w:t>hk`e</w:t>
        <w:br/>
        <w:t>&amp;[/)</w:t>
      </w:r>
    </w:p>
    <w:p>
      <w:r>
        <w:t>A0rKl9yIgK</w:t>
      </w:r>
    </w:p>
    <w:p>
      <w:r>
        <w:t>CgsN "أ&gt;JOVTt't</w:t>
        <w:br/>
        <w:t>̧as5'56#u(xM嚵-]E̟Xw̪i</w:t>
      </w:r>
    </w:p>
    <w:p>
      <w:r>
        <w:t>.$BǍsQ9#2#҇9R)6%9i91!&gt;.6:*2f</w:t>
        <w:br/>
        <w:t xml:space="preserve"> 2uZ$</w:t>
      </w:r>
    </w:p>
    <w:p>
      <w:r>
        <w:t>Yj/i5&amp;&gt;iRKk1[FlŬ2:Wtay=jԚ552vr!̞^;Kn_x܈q</w:t>
        <w:br/>
        <w:t>'/(BT.vAkiM ή-$^ m!</w:t>
        <w:br/>
        <w:t>goj.xD+k`FɉR9^Z KbzuifsgeBqN{U/FzB6p-sW&amp;q6jTR-#-?ߕęGW{Yj-_heYӫژ8YtմMX^iekղheI]F{)˩YdEjIla</w:t>
      </w:r>
    </w:p>
    <w:p>
      <w:r>
        <w:t>'1ѵC9</w:t>
      </w:r>
    </w:p>
    <w:p>
      <w:r>
        <w:t>֪jM.0ݵ%ڢuƊ5$+nֶH{l,V&gt;vXqwVlIiZZӹm˫|Rje1A-</w:t>
        <w:br/>
        <w:t>.k&amp;qכ1e[(.Q*̢[f</w:t>
      </w:r>
    </w:p>
    <w:p>
      <w:r>
        <w:t>9gաl^</w:t>
        <w:br/>
        <w:t>zi慶J`MX^55اUkkZZZۡ[MRTTZ;;ܸL;+immhQU-m+-OsrnW7B VUS1­\­w\zkUG"w[*Uﰢ"e,ae (X^߼jxOwFHWjO{Јt#X`DpIonxZz _vcMc&gt;/"q,y=,"</w:t>
      </w:r>
    </w:p>
    <w:p>
      <w:r>
        <w:t>;WBݏv4IUhkѶi Ղ6H[M8}8j62hܲ`UL-"eY;=,Й)1}O0ߌ὘ftZ:ÍR'b*Lr+Z[n=뜠</w:t>
      </w:r>
    </w:p>
    <w:p>
      <w:r>
        <w:t>|ImbD</w:t>
        <w:br/>
        <w:t>qsgtC{\BFܤ7ি</w:t>
        <w:br/>
        <w:t>n</w:t>
        <w:br/>
        <w:t>YɒVbXg%Y[%Gj5 ͊&amp;voe]hyͨ6=܎#UIѨhizOjet9,1+̲J\%ҬjrJȧ\0",7¸5HuZk[GLOn\̷JEe.6께)~Pp17s1PYIZ</w:t>
        <w:br/>
        <w:t>ZSglwV4+AaGQOL1eĔkPhh;:_-,AӼŦte5BGGF\W</w:t>
      </w:r>
    </w:p>
    <w:p>
      <w:r>
        <w:t>Jdd䚵SO}z꾩SM]5Uסj8sry`㞄qزЎI`AF+@[ZлeMC)e,oe,Er a'oЏEۀ&amp;ἷa6^[m2Q?FoAN#iݩhMhZ'B;ՂքM#,i(ۤLqTboEFL&amp;1?T}\oZ56ob1</w:t>
      </w:r>
    </w:p>
    <w:p>
      <w:r>
        <w:t>`=W+XqZqD601\uL^5m3f3jnF1kS^SB,?Z,qcQK"\L=^AO</w:t>
      </w:r>
    </w:p>
    <w:p>
      <w:r>
        <w:t>a3:œ_OD9cyJSa~"Lp&gt;!_p`KOM8~R/OA9݃:\O=+p@&amp;_O%ء/L;0F0!7)XvHa Ehզj&amp;J=+W畊yUɐ*&amp;jc3&gt;PClp`L6΁x֮bCm|9͗#]u:3t</w:t>
        <w:br/>
        <w:t>Xy!i,:B{[</w:t>
        <w:br/>
        <w:t>l8^ڈV#~xճ59ΗVSWyX"7Km~Yq</w:t>
        <w:br/>
        <w:t>K]%ZWmݾyUqϲn;U~fͬ-ksrV---kk3_V"E9j.aQâXSӥ`ѼSx</w:t>
      </w:r>
    </w:p>
    <w:p>
      <w:r>
        <w:t>qP{lDcEYYRVl;o`3t0;^N/]Xrdr'jxق\.cKr~)qծsssn,/s,K_I3&gt;1-}&amp;MQ^ImvdgoX%ݲI.vߗ/._6C|tʾqnʲU)kS6lOѱ9O7|"-=QhAJKxscolYV[Z:H2Yr\AAe*i$Yl@&amp;͕5ʣL7z]9dWۥۯ;;Zu9:BWkҭ֭mӭӋ5!M!C$S5$'RukFchrˤוXBK,Xb 2Xs;;S]&gt;h*Ѵ{WюM?Dav#eIYK6p;'rsvVV007COp.ND{hZ)W3_fhv</w:t>
      </w:r>
    </w:p>
    <w:p>
      <w:r>
        <w:t>Z&amp;;-N'0c+OX) 4/fsdY</w:t>
      </w:r>
    </w:p>
    <w:p>
      <w:r>
        <w:t>aW1h|</w:t>
      </w:r>
    </w:p>
    <w:p>
      <w:r>
        <w:t>g)G%%^pZ.aB؃ӎ_-oNQia!S</w:t>
      </w:r>
    </w:p>
    <w:p>
      <w:r>
        <w:t>MüX9Z*;V0o`XlO3q[8` ]yY9I!UiI{"</w:t>
      </w:r>
    </w:p>
    <w:p>
      <w:r>
        <w:t>~]E%qu+ap</w:t>
      </w:r>
    </w:p>
    <w:p>
      <w:r>
        <w:t>4횋4U0? Vh=_{~q..$4~b=K)k7j%\pHs%= a. :8!_jaa9\qmC%k8fbZ؄oBv H9g</w:t>
      </w:r>
    </w:p>
    <w:p>
      <w:r>
        <w:t>h%FyWQ \ƧB%H)R&amp;YӢM</w:t>
        <w:br/>
        <w:t xml:space="preserve"> ؎ø?</w:t>
      </w:r>
    </w:p>
    <w:p>
      <w:r>
        <w:t>:&amp;(Rf)[Z`'bܧzinܶiPm+q޷|k!Xq-3Z^CxCxCԉ6FZR{˙g&gt;8</w:t>
      </w:r>
    </w:p>
    <w:p>
      <w:r>
        <w:t>z~#&gt;b</w:t>
        <w:br/>
        <w:t>#EBp[N|L</w:t>
      </w:r>
    </w:p>
    <w:p>
      <w:r>
        <w:t>L]#JU[UZ/ \٪yS;Y[ݪ=\aC&amp;\p{Uؾ&amp;|]+&amp;hp6xvß/!~ ذqK/{WU:^ҝtwYhI@%lQY$P"Qp{3.8 K*.qx0&gt;t13øέu}ú{oZ9sn@f|#;#,~A)'u#R-(y`Elg3oAaA$n+w?&amp; O$</w:t>
        <w:br/>
        <w:t>_DEomg=?*Q</w:t>
      </w:r>
    </w:p>
    <w:p>
      <w:r>
        <w:t>.(</w:t>
        <w:br/>
        <w:t>Y 2*@kMx"Pɸ</w:t>
        <w:br/>
        <w:t>1 hItHfs,%N4t?%``~y%lfR*opA,n5k~?xa&amp;+ׄA]0}w-s.d- 1bژqK猂[{ +fMƥL,AףA09EȺ,r*fq.*7H"2W1W</w:t>
      </w:r>
    </w:p>
    <w:p>
      <w:r>
        <w:t>?#Xu7.z,'[\-?]n$}Ą m</w:t>
        <w:br/>
        <w:t>FI?wP?@V'{T~V3ww'!5%LxF$</w:t>
        <w:br/>
        <w:t>.5</w:t>
        <w:br/>
        <w:t>bhhw.AuGfsI|0ģwVۓ"XF@%v .vvKHqFp;7zF&gt;</w:t>
      </w:r>
    </w:p>
    <w:p>
      <w:r>
        <w:t>,9l9?Z4p倿3XX=ML5ʹPZ ǚKy`F!XRȼCY ,oZw#\g0n([ ۀi'[{XN/d8z</w:t>
      </w:r>
    </w:p>
    <w:p>
      <w:r>
        <w:t>rgY4"z ?^mp?0B.׶{sr OA&amp;{S{dhgF=</w:t>
        <w:br/>
        <w:t xml:space="preserve"> bp9|$'/PPUe|{[mCXvOFr:Nfl![*gi9tZ7@o+Q:ʔGTC3c3_Ouq#8wK3'! ST*/wdɪLւC!1 u</w:t>
        <w:br/>
        <w:t>BV2+jV+u&amp; K8}jX6chٺZ=AR?,hj|a[4{2Y9*@̷sP`&gt;iӛ"Y\FRKCe9r4,(E#!⍌e[J ?[odcNkd*\h&amp;</w:t>
      </w:r>
    </w:p>
    <w:p>
      <w:r>
        <w:t>ם'͗WVV2#G,/p/HG䷤cג˅KXsyDQ6x&amp;znRC$`{x7 wK٥3{.GġSn,</w:t>
        <w:br/>
        <w:t>"0uͰ6}f1 m9NO1</w:t>
        <w:br/>
        <w:t>@BրZy!\706tN3a*Vr*&gt;?#,;z%8(</w:t>
      </w:r>
    </w:p>
    <w:p>
      <w:r>
        <w:t>"a(X1ȇ'v,</w:t>
      </w:r>
    </w:p>
    <w:p>
      <w:r>
        <w:t>A</w:t>
        <w:br/>
        <w:t>c5(LzHvpD+S$ Ԥ{n\ո]e0εpy8(]h_ÄrAiߢz,z)^`1nzqo8&gt;O5X@u$x "u?~"hDnA׊BoWZQ *t&amp;'W^9Zt:{d</w:t>
      </w:r>
    </w:p>
    <w:p>
      <w:r>
        <w:t>zڬ֌g|˶{Y].Gv,߶􊗷.~gʁ'd'Ϲ</w:t>
        <w:br/>
        <w:t>9ܲy6jn1VDIj,8էXfgx!zm^/!EH-mz3sk6ڞa%:4</w:t>
        <w:br/>
        <w:br/>
        <w:t>KpKkEGjSɁy9bsn`u,Vb-[b;ww/:"t.CR!3R[,f≻Hoa.{Ʈ9{af3iOS56P¸=L</w:t>
      </w:r>
    </w:p>
    <w:p>
      <w:r>
        <w:t>IAZ$$9PS%HLHZxmA~{4mhjpP/fMeh^</w:t>
        <w:br/>
        <w:t>X]b</w:t>
        <w:br/>
        <w:t>XU-8hр1</w:t>
      </w:r>
    </w:p>
    <w:p>
      <w:r>
        <w:t>:9c |  !OAK./Y6[]_%KpmHa.QC1E&amp;"ȟen9K8G?35l}W_|ХLF"ԫŏzՏ'` {=^ߣk"7NDYN[Tw]n\Yٳ[1V\άk}=VǚkI@'Ip0K|Ľ'~Q!r)`,R=N&amp;Oq6~X3j~}Y@;^Mj44̌bk4%Ho9E2ARE"XH)0-</w:t>
        <w:br/>
        <w:t>gOtf{8qߺ^?&amp;8bL/q^ze/1{Iϭ/MYjcY;^]CX</w:t>
        <w:br/>
        <w:t>?'YNxqk5fhT.GOO3;t(t4t,ćոzhU6b^!EVp@4hl1]-@$ZYcF&gt; ҢԄ*1'˶,sH'}RN8sC} iFq!|LfMM!&gt;6'.a[EaL8cNs!</w:t>
      </w:r>
    </w:p>
    <w:p>
      <w:r>
        <w:t>kC9a5n&amp;"Y;?^|-l8dw| F|dm:F^["ޞ/{vx4F3TW^</w:t>
        <w:br/>
        <w:t>;&gt;8~-boTpI\gp)A</w:t>
      </w:r>
    </w:p>
    <w:p>
      <w:r>
        <w:t>\0*Q*%HmÂ+QEtΎ7U^;95P</w:t>
      </w:r>
    </w:p>
    <w:p>
      <w:r>
        <w:t>)#u(u4Ť*pբE/6hѢe{e/</w:t>
        <w:br/>
        <w:t>1,L[e*Op'jKyp}9{.y&amp;K~9K,.C$8[.MN`x[PFDXz(9D!٦n/SDJ}m.Z醖fn!1pFhs Α1,}ճ3OkȈjepwۧ:(w?x3{;VyYc:9</w:t>
        <w:br/>
        <w:t>tmT</w:t>
      </w:r>
    </w:p>
    <w:p>
      <w:r>
        <w:t>TNZ-)0iK PCWSBZN腊</w:t>
      </w:r>
    </w:p>
    <w:p>
      <w:r>
        <w:t>!&amp;5O5&gt;^x2 ֡EspRC/`dQ ) 6F7oqC:iV+ԄQt\;Gr4H߶\}|⤔kz?qbMw,WWp[خcCiAMw JdעM&amp; XI&amp;f'vCϓDQ:8xg5(3%6ePK:G4pwcAV4+pEE11dujw-rws3AnSL(T</w:t>
        <w:br/>
        <w:t>mLǥm&amp;%N</w:t>
        <w:br/>
        <w:t>%m]</w:t>
        <w:br/>
        <w:t>5xIVDu</w:t>
      </w:r>
    </w:p>
    <w:p>
      <w:r>
        <w:t>JPŅ\</w:t>
        <w:br/>
        <w:t>if;)w7ϷωF} ۦicaG#{Zvlh@µP)d19m:</w:t>
      </w:r>
    </w:p>
    <w:p>
      <w:r>
        <w:t>koM&amp;t:_h:6ZDBoUv"yLAj[cbqA61jKŁCtzQCח*(jRmUj</w:t>
      </w:r>
    </w:p>
    <w:p>
      <w:r>
        <w:t>j/L`y@5XL</w:t>
        <w:br/>
        <w:t>#1as*"feq@N4aIM%Tjm~yږEw4G00wAo6WGO׶wj4#Ʈ[YpTlȜGё8*Y5eg$Q=d^UE&amp; %Q93#HBiK|wLG'ziea%LZfDX9[+]L&amp;ܝ1</w:t>
        <w:br/>
        <w:t>;</w:t>
      </w:r>
    </w:p>
    <w:p>
      <w:r>
        <w:t>\zL Uǣ}b</w:t>
        <w:br/>
        <w:t>h/H.ní4ܞ9.`ޏgޏy-SSV_fUeWlUUC/ W}{/35e</w:t>
      </w:r>
    </w:p>
    <w:p>
      <w:r>
        <w:t>?OKz-UodU:~Uuv`ndj2|RQ z[5t_;x9sH</w:t>
      </w:r>
    </w:p>
    <w:p>
      <w:r>
        <w:t>_'^&amp;z;քיpn-LX</w:t>
        <w:br/>
        <w:t>3pguX 7.}4ȃ?pu4)R[HRHSem;l9gj.N\5}ڪI̟gn}bŅOḽOphӸo[Tku0_U8Ӌ}ӿd</w:t>
        <w:br/>
        <w:t>i03s,}&amp;}(&amp;/- %+Tʾtc7URESyx*t:jd@_FX+</w:t>
      </w:r>
    </w:p>
    <w:p>
      <w:r>
        <w:t>H</w:t>
        <w:br/>
        <w:t>؄(ǰlCa͛Y!z=ng+M@=7Prij*lZKt_L^62$0&gt;e-Ȃ]K.(RBfgM)Z7uq.-_ܺ,9EVL3hؔUf].bMeŅ̝0?pLz t)}^`CYa+4+A7VZH4dJG*GhRĿ\T^OKM)*7)Jq\J\Q</w:t>
      </w:r>
    </w:p>
    <w:p>
      <w:r>
        <w:t>J/)JQ</w:t>
      </w:r>
    </w:p>
    <w:p>
      <w:r>
        <w:t>R</w:t>
      </w:r>
    </w:p>
    <w:p>
      <w:r>
        <w:t>Rژܼ̂LB!()+rƥZ`c /?7 =]LCV&gt;F8tl|FP1PT9,lQ_tc1ٱf?Kj7K~a3}Q ;&amp;b.bLB^1@B^1RVN[5~e21++ˀskK̩`7bLb\latdHr5*POmŸWo6</w:t>
      </w:r>
    </w:p>
    <w:p>
      <w:r>
        <w:t>5x</w:t>
      </w:r>
    </w:p>
    <w:p>
      <w:r>
        <w:t>/Sf7Wz\,/</w:t>
      </w:r>
    </w:p>
    <w:p>
      <w:r>
        <w:t>(PVX4?30fd=G)'lcfHKB+&gt;a|\yf}Msy&amp;PdJΰlܴ0r&amp;]AAnZ?ܘo/Zɜ'/T9'B.^y=K(zߕ</w:t>
        <w:br/>
        <w:t>Zjs֚p /(ՅYEdRCzm</w:t>
      </w:r>
    </w:p>
    <w:p>
      <w:r>
        <w:t>NIS:422r˖..-\C</w:t>
      </w:r>
    </w:p>
    <w:p>
      <w:r>
        <w:t>-5f?z3xW1ye^s~evVLL$Umf*,KI\Ƴ~ܥ]./0,(7/?J7į}޽{.k0eOѫqI(!Waeo[e,][MIx%5-A쟥UݷUQ.1%ϲOA+jקo9%X;'VMɢ</w:t>
        <w:br/>
        <w:t>BJJQEY^QvF9!'c?n 7"r&amp;e"}PɊ5Q*+ Cyر11t3ٕݸQl&gt;WJK8qrqE</w:t>
      </w:r>
    </w:p>
    <w:p>
      <w:r>
        <w:t>y*SeeŴEk'±򦂓o(0Z kNgH^UtUyBA8MMɢ҄M\@E El cZ\VVo-Wb\\xqBFa6;J0W&gt;7-+$QS\QC^?~%LƀlL 8cU3Kog(.?L{je</w:t>
      </w:r>
    </w:p>
    <w:p>
      <w:r>
        <w:t>[r"NJ??he3ƿWgŏ3/Vd/KuT7i1N.,*OgXryIMJTYy-bYNl0wiYfFIM48Wi_3p9#ސZ\ZyEb!'$%8^UW7f,6kgSBca'Q]n/Ƭ\EJѫH ^kpM</w:t>
        <w:br/>
        <w:t>NZ]}7J_M̆keqTLz^U0ʢ+</w:t>
        <w:br/>
        <w:t>&lt;&gt;&amp;A]&amp;F_GezcJQ_ZƝ:]GHHHY/?#1#1#1#1#1#1#q*^$ҨHĠ_q7mߋQ!&gt;l4Cb+t4Jڕ\5ޞ|4R^MLCǩҲ!Eb$Fb$Fb$Fb$N-" E!=H!H</w:t>
        <w:br/>
        <w:t>F([#~$Kɯ*_2+~[w6zUr!\1yw#8x,$Tt\!V*PY;.ΩD{_BA۠@)h18h='BZNK I$mG++a!`rp@aAZGB.(;H%JGߋ?HwV^?BgA~'At;s]}ʠYہWnhr-$~"VrX F</w:t>
        <w:br/>
        <w:t>۠dBUnڞڳC-Yn**մFL]a^'z=%㷏X&gt;JedϫD{hvv:2-7H3Dy`u{y+[iCt^#z8|&gt;7^i{BNDQut\O=~~9pPFK-g2m:M</w:t>
        <w:br/>
        <w:t>PYz]TF"Hp</w:t>
        <w:br/>
        <w:t>n{u2|O (2Ӡ7R!WzJNYCY+4=VvHINk;ZYKM}#l.]jΌ6=Z%PNA&amp;vꑷ_q'jեK5xg\4:6*Gj@vN.{l4%}JcmߊWŭТzl[edZW|OZO1n?|G;@G@g5ѫ5ZvќVȓv@5Bn#Cn~=@UtcmtA:㚑DiBۄ&gt;说]vmˑ</w:t>
      </w:r>
    </w:p>
    <w:p>
      <w:r>
        <w:t>h/^ilȗY;P]7:hGOox|uTFefR$w8|fxi# =p^Y9"</w:t>
      </w:r>
    </w:p>
    <w:p>
      <w:r>
        <w:t>#26ZhkFN_W-t脚n*&amp;.3m\j4e~uє+P٭u]^PMl(~</w:t>
        <w:br/>
        <w:t>iFNGgHXdnj46Z]_gz\Lȸ=K奒..]jp\nrHuRcsgX[Iiۤ!BYG]#i+FݤD/5KyT.Pbuz~2b&amp;=Y@p;}.TpZ$#qAҰkkfuۥvi6.8R:I_VVUreքeyzLۇgz#k$u|8Ҷ~GoȶAg(o.T58p25 tۇ=nLBRB*Yv;WkseJD츠+HGD!pQ6J=aWu${IjD!Ѭ$3Lءf$c3J}nZО~{3Ld꒫IbƧgS:swٓȝKN9pocz']]]YvOg?#"?렼F#͆ғ%9bE:ur{ۀMj_B@KRv#F!)lE ,|U^)|}&gt;%w)",ƉqHf+o| ,laGAlD6</w:t>
      </w:r>
    </w:p>
    <w:p>
      <w:r>
        <w:t>kN</w:t>
        <w:br/>
        <w:t>&amp;ȍˋ(_ՈpTSxGF|]o&gt;5֨m_uvGMQ7~b?*DŃ1e}HT~K!ʿ*q4.zQE#QiҪ</w:t>
      </w:r>
    </w:p>
    <w:p>
      <w:r>
        <w:t>2^QON5OU/TGUO /oǀCG?'HT#sWGFfZפ QYjF7iDXkZтTjd?qO}A伭}ҽHQ'$׽u _uz=D$SOӧA~̀-D8nQ\+-|E\]qP66l,t-JYZ%_^ p&gt;[^"\ݮNNȹ^y=໔Qy3(oY2`7L RU)]g՟ $~fF4 ,0gs0?</w:t>
        <w:br/>
        <w:t>Pnh@t%%rQ&gt;Y@a4RTʑUJ4UNѢS9ÿ 'ʅzKo ߗȚ킕jE( jEb2EaX!T%%&amp;SujzYZKG_}H=&gt;~|L1h*4Ʀhvihki44jkeA[mZ6GKG_{H;=}W{\'%</w:t>
      </w:r>
    </w:p>
    <w:p>
      <w:r>
        <w:t>]΢F%!whKM [up͜{9&lt;&gt;c%8|r=-SzzˍE;-.=~95-z}&gt;q8</w:t>
        <w:br/>
        <w:t>ŅzsKvl1xCn\718搏x[CNn .nI.!.gK%6</w:t>
        <w:br/>
        <w:t>sIy$yCF8[g&gt;z8VsZr_cCVS,DX)n7;hwN.՝\wz8㐏B]ϵw&amp;.q-T\*^`&gt;7po;C&gt;K7q\o fo棾[-\'n9AK/D_DWGC)4^AЛ]:N`V</w:t>
        <w:br/>
        <w:t xml:space="preserve">؈+"܈۰o6r~`Ãaw </w:t>
        <w:br/>
        <w:t>n' {+x.Y&gt;.T s&gt;!/sRmͮpv\NfyDg@sgSe4/]r|H&gt;[gnח3}&amp;w=}4_}~|&gt;ݓ5cgB^wt{&gt;efC&gt;-)S9!'˽P+'#/`˽^w5`,g/,gWi_{3MM</w:t>
      </w:r>
    </w:p>
    <w:p>
      <w:r>
        <w:t>Z/Do\Ά0}U L|l;i?{]BLgwQ/N#hSśF+=F0}_z%sO^j/h-Sߋz"{sާ/.\~%NljLg7{2,Ls^w~௖GyS\"SNgC~}WYUY*7h!%&gt;s;S3L^.żpq[Ϫv$\}#Wci{#4Y</w:t>
        <w:br/>
        <w:t>$W*.fg`}w҅޳39kOzrw{gؓ</w:t>
      </w:r>
    </w:p>
    <w:p>
      <w:r>
        <w:t>4=B̄n}6XGʞ\z'_iBl="}</w:t>
        <w:br/>
        <w:t>.R^OVm̛0~.8HeB&gt;A|7ܑZaL[#^¦`ddkAd5,1g{?#0@ogg3fS;0{'G73u"&amp;\xS{&gt;[`^4iꤹ,Ლ=ζ@'GNbu_UJ&amp;:x?&gt;tI%.v?5Iѫ |&amp;-#;+E̞{"A{0R} i3</w:t>
        <w:br/>
        <w:t>|x^6v{q~Vdd#x9o0qNWۂ6)vezg}k</w:t>
        <w:br/>
        <w:t>9NsWo(O`U}</w:t>
      </w:r>
    </w:p>
    <w:p>
      <w:r>
        <w:t>SzUlՖ7eKΤoe5w8ne|wgȵ?{'W\9Wg2dd|G{͓OO~+^`]?|5p\W\]zۥ7wb7Q?@~'Ka+{Յ(oFUnβzavuťg;^z\:΃</w:t>
      </w:r>
    </w:p>
    <w:p>
      <w:r>
        <w:t>.p~_^Ȗb*Irb)5''X'!7{go|;_}ӿ6~ErbQŮ?</w:t>
        <w:br/>
        <w:t>&gt;!!oݚNt0_~љU򌳯{K=</w:t>
      </w:r>
    </w:p>
    <w:p>
      <w:r>
        <w:t>2￪</w:t>
        <w:br/>
        <w:t>Yyl.Ӹ~</w:t>
        <w:br/>
        <w:t>6[n%ϽiTAr!56t=@)=tQHh ^6FD4fh-%Z}-WVm}}CXҔOtLW</w:t>
      </w:r>
    </w:p>
    <w:p>
      <w:r>
        <w:t>VuUC:RVmAW743'OJS^gfafLیQ3f&amp;l3Ǭk6426Mk\Zla^g6ۙB'</w:t>
        <w:br/>
        <w:t>;]hkS]"Q=TVI`iNW&gt;3!l];ͤFU?]</w:t>
        <w:br/>
        <w:t>{51l6@M`aj</w:t>
      </w:r>
    </w:p>
    <w:p>
      <w:r>
        <w:t>ۍ5Zq]j[nHaϹ6݌]7lԊZþ6vv~۫t=Fjϣ`7Q{~3:M[ruVfxm^хng܎|O!]wSVxҝn|kz;)ӓ!n?MwAH*{[BߺEO=g}.Z_Gwt|oѽT?BRt?|r_&gt;J}é1z&gt;:OG4:NAXCݱ4;GSi(y6|4~]F·pCHL34</w:t>
      </w:r>
    </w:p>
    <w:p>
      <w:r>
        <w:t>`w</w:t>
        <w:br/>
        <w:t>.I3Q31dMOXpE]c\MO5x0GS&amp;AriȵHlF&amp;QB_g^fkv=M܈&lt;&gt;&amp;@S:7ӳ`(VVfg\LL|î0u = X)OJ+QtajT_x23u|Y\un[=DwcSo(`ѽT=vE]{]Z{}l(x_h-s5њiͨ\kNh-]]Gj-LkB,sSsvZ]'|R0Qka6&gt;mqi*RYKY[G9棛:b*F8B]Q9`T=U,@5\D9\*ujZ]4VMT@S5^#Um!z[)~m%vwV7oz8B8$M,Ȉs@Syp{(`}0u^q@ PD\pVq</w:t>
      </w:r>
    </w:p>
    <w:p>
      <w:r>
        <w:t>jt:X(lA]Ny6YUk*ZK92§!M3C?JWBr#N=C$#u7}~5K$ȷ|8%ងrAyA6$W64}t}</w:t>
      </w:r>
    </w:p>
    <w:p>
      <w:r>
        <w:t>z(KJ</w:t>
        <w:br/>
        <w:t>7O̔∾|+kyRҖ1WҜʿp9ײD&gt;*</w:t>
      </w:r>
    </w:p>
    <w:p>
      <w:r>
        <w:t>1:Jxċޒ\+iT |j#iJGr"]&gt;</w:t>
        <w:br/>
        <w:t>_</w:t>
        <w:br/>
        <w:t>Nofzo'&gt;[k-虧$CCI'e+rⓝlD^F*}V/H/m'xAq9tTϔ9|$$VS#ổej||CEywzxcϽ7Șr|YVkMz cjCh(RqvJdTnYk p͢牞'J9X{)6GS'Gt6戵OKiQb}^)r.` _!r7@Z_i)T. p FZ:2'? O1'Aa،nq'6Uv8k駈F ~64t=psz'Zmٚco``0cpLvD27Du:\T=gsfX@s)}u^:7g-8ngW!pyvN+yqxU</w:t>
        <w:br/>
        <w:t>Ln[M73Y1;7_$=lQ5xsc/:īG#yaC^0#Sy,޼T&gt;z; 4k:I{Ng(C`1/X/SHW{`ɟ-X46ڎ5oUSj]]pY|y-Q&gt;&gt;Zc,L$]~ _'5!dw</w:t>
        <w:br/>
        <w:t>JT%"E)yz^z</w:t>
      </w:r>
    </w:p>
    <w:p>
      <w:r>
        <w:t>q?򂝽cc1oOM^H~&gt; A&gt;8}5L&gt;OHJmЭM2[P2ߧ&gt;</w:t>
        <w:br/>
        <w:t>M4 ъN3Z` =M9?{0?{1&gt;2*_ޡ]mN@}BCB%dTh)414^{*9shV#{ZZZZZcHmׇC[#RЁaCmPe넃p8َzÍͬ)pp{k+;z^3daYrPxhGGpqx5+M臏 q\[ZX?lO.bq"QAHga)j&gt;iaoH[H^"x#܊HHonQ[_Ӻ`n#OdldcXw񍌏LFgLLញa/,b{,</w:t>
        <w:br/>
        <w:t>GVX=##9Mܫ-lBO48|{2{5R!ȡȉ騊Gͨs?Dq?DI@/m)z;Ph{zF#-7(c2E:s"9</w:t>
        <w:br/>
        <w:t>c=Z-qс!QUѱ)+r,DS+SSfYVt1CtYtetMt,t}*%3X",fo9ѽ`</w:t>
        <w:br/>
        <w:t>CǸ'1oN,ǲG.֠޸!Qс5%Q^ybVbnbAbqbYbebMb}ycvl8888f׉-:X6</w:t>
        <w:br/>
        <w:t xml:space="preserve">?{^Uuϟ{ι܄BsHӼ31RRRLFHS 7Z+[;{{'gKA4{v039: </w:t>
        <w:br/>
        <w:t>_"|,5JۂsBV</w:t>
      </w:r>
    </w:p>
    <w:p>
      <w:r>
        <w:t>"AXB#yt/*E 3iOMxhR&amp;44;Cc=Zz!ʁkCC͡͡mݡsۙTܿCӡPgn|)K]}:4BtUtmt}99-#;vtP(9*ѳFj@32zWCZ(ͳǲc~{c1^:*VNx 9c{cU콱 jS=yU4bz嚁Hl7ybzclʜ+f)k:?</w:t>
        <w:br/>
        <w:t>?6 7eX|Bs\lOlolg@àcz$3;bcy"WgdrBYyCp5X2ٍy/Ҁ#f&gt;kxxM|Zh|ì)44&gt;?{g|QUCx3=ryaY@~,s+mqWuj.5(x{U9C~I~i k˸==Љّ1fHzi^̚/أI}GtG_-cGuZ%yx Z7y=KCx ʞ pcD34N,BwϿT</w:t>
      </w:r>
    </w:p>
    <w:p>
      <w:r>
        <w:t>h~S,2rR(ޑ+TA ^0d@`he}</w:t>
      </w:r>
    </w:p>
    <w:p>
      <w:r>
        <w:t>?LJ{?'|PNi~Ph_;ӝo'F;C;g?sׁDŔ{A%3pB</w:t>
        <w:br/>
        <w:t>NY~N.k亨誅\]4iN8h/wE~3EP.q|?˔PրiLeS\!]+9a1pa/18JVQ-huL1ՁT3(*(gdd12-V;(GnPN0n@yDsg53LW3I;W|5:HN3BP</w:t>
      </w:r>
    </w:p>
    <w:p>
      <w:r>
        <w:t>"桔R</w:t>
        <w:br/>
        <w:t>(e6Kv̓dL`\kl&amp;-hx]+Q ΅/VC~c#Q{ k&amp;E/?jЧ[ eYҁa\Ÿrwjna}h~rsɆ?x^Ƕa=2FS&amp;%Ȕb?#Wq7[C[</w:t>
      </w:r>
    </w:p>
    <w:p>
      <w:r>
        <w:t>_Zv</w:t>
      </w:r>
    </w:p>
    <w:p>
      <w:r>
        <w:t>LB_E_?׃T-诋RFۥsKނmH(a}(ְaZ[,߱]1{fR&amp;cS5h9mZ:</w:t>
        <w:br/>
        <w:t>K`QT}j]&amp;:m&gt;zgnA_wޝ%rpYY</w:t>
      </w:r>
    </w:p>
    <w:p>
      <w:r>
        <w:t>Jr/ba~З~2b;{Y~</w:t>
      </w:r>
    </w:p>
    <w:p>
      <w:r>
        <w:t>-[MԢr!hn"ZzHNxu%C$68wZ4FFU؋DuaoNb7' ) s7(K8W[.}i]CLsk~</w:t>
      </w:r>
    </w:p>
    <w:p>
      <w:r>
        <w:t>/pX8GD5j%s]hc!bF]mŘG@uS4eoocjI7c7v6rA9'wFo0!Isk?f|I7:,KrnJ7(Be5G&gt;nX)VkXwƃզ7:88zփ޼!m5f(ꚌHM^ROat</w:t>
      </w:r>
    </w:p>
    <w:p>
      <w:r>
        <w:t>1vVH_@ig]3=;p7k ^+dLuGo1@6m3$`%rhw)̩!δ@Bj(#P7AYY7\;;o9SpZxqN0N;^ec2\Q1UԉYb7X/vl&gt;o_X&gt;U|&amp;"┄f&amp;輒zs'@_=</w:t>
      </w:r>
    </w:p>
    <w:p>
      <w:r>
        <w:t>w2Ʊ|AUϠ|5~/KJ1Crz]#^;SbxLS;Ss9}ƉwN~_5|1AL4o2o/EkPs9!%fm5f׼Ǭf-޻di){9qAtђR|J++@){1JRW&amp;)54e0,RV*/(zY٬l˔!rB9U:T3|%?GO*4˦Pc`HN~Vw&amp;;g6uryl _\_Uŝ@߃&gt;snJ~%.ZbU;N5XQ*׸9.χ]x̣GLv7{Çk|7"Gw0W$['IM⮙6gixV!2Z?^a ՞%U~U? Ml=7oRʷpqm{5~^Qs8&gt;`H}~:תr3`wڏ</w:t>
      </w:r>
    </w:p>
    <w:p>
      <w:r>
        <w:t>k|nJKP[#Lyk}0oY!7mn2h߇=0vRV`w*n؝&gt;vgr?R˰\=Cskm0n=Ps</w:t>
        <w:br/>
        <w:t>=Z0R}BBIPk$OO%Y$d(sPpOUMH\nrZ-NMlrJ=6HSm| ?2ƔSqsM }R:$hz$3m+_9uvu5gw6Ε(g)úr9ׄn 9 },eKv\&gt;:$\ן&amp;tOM;pEe}Źig:'\ק-W5ўٽu)֏uJ\W^#AiŶ/W3~_MlHZkj~ѽsqE}|?R׺&amp;WB󮟩Wj;oXsNfܹ&amp;rb|\b/3E,FW'pB,K&amp;kҙK31Ϳ_7iW׿¿moHߒj/Tc|:R02̌PFϜkHkb.u¿} :Wӵ+$*1׫̧KWw߉+M|N&gt;#Yk$qG}z(}Mmf_َꛜseyZ돾錭d}Dc{gTdbmK׌)S3T^kFˉ̲gLaW81kcG5Mx</w:t>
        <w:br/>
        <w:t>`:t[!#蝠wB!k)Z</w:t>
      </w:r>
    </w:p>
    <w:p>
      <w:r>
        <w:t>|*{#j-5's!s.x&amp;V/% Q;(O</w:t>
      </w:r>
    </w:p>
    <w:p>
      <w:r>
        <w:t>2,ߌh׀g+x_|}}x.A=ˁ!?'?n\G? pM</w:t>
        <w:br/>
        <w:t>cS@</w:t>
      </w:r>
    </w:p>
    <w:p>
      <w:r>
        <w:t>g&gt;=6diZP3|c{܏7Ϣe/3?^`H2䬄'</w:t>
      </w:r>
    </w:p>
    <w:p>
      <w:r>
        <w:t>*To</w:t>
      </w:r>
    </w:p>
    <w:p>
      <w:r>
        <w:t>n77JrQZ\~|-!YdL٢l':V+I"}H?_Y'So~.|?</w:t>
        <w:br/>
        <w:t>`g~My{lqal~S_1uM__</w:t>
        <w:br/>
        <w:t>p3$o#A_œUrݎ1m*|#Ҟ"ߣ=t)</w:t>
        <w:br/>
        <w:t>ZNֻ~AGOz{罋Ϛ7hk|յ5~ki?OM,d/5,Hm糵cF9h#-TjXN1כH$ln#{s7I" |Hl/N[I]H$nm7QN6J!2d-,1XJ $P-kFͳt2Nm,c:Xh&gt;+GZX"qQ8gYájtkUb?%!tZUkrRÔt5:ӬZkzVݪ^vqfZzk1Yxh-3ڭjkXnmXNkyck1ذ:iaKZy5j&gt;tݙwwqupv+)DOr</w:t>
        <w:br/>
        <w:t>V={{%Kp{iфdz+</w:t>
      </w:r>
    </w:p>
    <w:p>
      <w:r>
        <w:t>[%ns+kU$wKJQmhp[ݯi̺[}9b.uOYd3}_tz"fS)OL3K=31eHhPJ$5ٻŻݻӻ</w:t>
      </w:r>
    </w:p>
    <w:p>
      <w:r>
        <w:t>^b"*N޽;^C b{{m6ڑpvãY''!~g!P{wYNqhGem</w:t>
      </w:r>
    </w:p>
    <w:p>
      <w:r>
        <w:t>{]mOu,=j=&gt;{`/1jrBň,{n" fѳnگ}n}&gt;n2*}JS,+͗EI$ b.nVZqW;m4sXZVƻEPFM8WC]rGvgi[HFUQ@ir}rU]fk\?d/&amp;ۑRv)e|%LvחיfSF^yk^g^5Ǝ&gt;&gt;GD$0m+uS@s;;F餃!}1&gt;)﷓suvON#)e^ikZxuD|9B)zm}޶Bm#oLɹ2'F8i42|H):7+7_3ŹNTGi}ܔ|se%hR̥z۷i6I[)mI^Z(m:]Z)tJ);b׸suǺk_9'}}pʕ):׵{Mw{9:51R0U{oO9J(ugUJSogO=푲}=c}^ԵOzy"=LZ&gt; EInza</w:t>
      </w:r>
    </w:p>
    <w:p>
      <w:r>
        <w:t>-1RS"%c2\ܓ&gt;'Iszy?q^ٻ1Guԓ&gt;$%NIm2M~Bk{5IS0TjAσ:*Dn)軀? V</w:t>
      </w:r>
    </w:p>
    <w:p>
      <w:r>
        <w:t>&amp;(*(7B 4B:Hw狠GSzFw5C-2J(/P:oF-:5l:h{?=?O2n?Dg]NJ@0M=o@g_3JɲE|yٌը]J+ɫO9_:iM=</w:t>
      </w:r>
    </w:p>
    <w:p>
      <w:r>
        <w:t>0xG8͒)U85Q8NJX(iqΡ` :NUo=.rb[</w:t>
        <w:br/>
        <w:t>4Xω{y.</w:t>
      </w:r>
    </w:p>
    <w:p>
      <w:r>
        <w:t>77lqcZNZLMLJ9B)k8!7JW\n&gt;ޟMbKދ3oTsާ^OygiDem$Py%jD\T7LpUbׅ6U/PgkJRO?Kgp</w:t>
        <w:br/>
        <w:t xml:space="preserve"> p|C%Y;ẜ2 r5ZLEn&amp;W(ERMϤgkY,2vpz6=sȵBFs:ڕv%9;N(ړ$7޴7;|&gt;rGҥ&amp;V2r3}&gt;A</w:t>
      </w:r>
    </w:p>
    <w:p>
      <w:r>
        <w:t>rBW&gt;+ɭt]E</w:t>
      </w:r>
    </w:p>
    <w:p>
      <w:r>
        <w:t>RCOt5]MJڋ:F</w:t>
        <w:br/>
        <w:t>v</w:t>
      </w:r>
    </w:p>
    <w:p>
      <w:r>
        <w:t>Oϑ yA?"ҏGQCQ3Df9:^[D7蒂|;}k|tzkoFn1xʫB9| KW瓯'͐sp%xkn6keM%n@[}WCʹ'/]^ק/J@wu9稒tNY?+,{%ZqM1:zM'UGJF/q/9=j5#1O2BW 4jb{m=AuzL</w:t>
        <w:br/>
        <w:t>jZk=xa_ͷ!L9cCJ.ix@/$HOG]7Fƹ&amp;ptMrG,</w:t>
      </w:r>
    </w:p>
    <w:p>
      <w:r>
        <w:t>%/5SehQDr(E)Wq{i][\</w:t>
      </w:r>
    </w:p>
    <w:p>
      <w:r>
        <w:t>]Eb]RW`B-)mDQ쭅EN=I%/\&gt;-</w:t>
        <w:br/>
        <w:t>}2g[K--}8&amp;n\ɮi?Lk5&amp;&amp;1i٦Rb3温nj;Z]%&amp;96oS۟җ|</w:t>
        <w:br/>
        <w:t>ݭDOԚ̷ar u8PރM@٧/DZ=u:rCG"'</w:t>
      </w:r>
    </w:p>
    <w:p>
      <w:r>
        <w:t>~yEXܵ*%"ԒE]uz%{Tk5iz@;,al:8^bЁ,9(3pNgdB1lW2qr%X"ZrjB`KArU6]"?H=81 9tls/#q(5yt</w:t>
      </w:r>
    </w:p>
    <w:p>
      <w:r>
        <w:t>J`؍rqݶAyoSxu~nW|/inǑ[Gr[ARJ</w:t>
      </w:r>
    </w:p>
    <w:p>
      <w:r>
        <w:t>!ed_/IUWϫo@o'SHɂrNB'zBk$d̕hL3擓15R_HN漅H7 |))&gt;3Z#g%djJ:yްc vM][CZ;j#$Kye!-%W.x~|[A+h%VA/]sf t!I/-!@G</w:t>
      </w:r>
    </w:p>
    <w:p>
      <w:r>
        <w:t>tHXSY:3i0H</w:t>
      </w:r>
    </w:p>
    <w:p>
      <w:r>
        <w:t>Zk7J\aM5Zp^anzrr[=8Wk=N՛&gt;%1:NlNTT#Puje^oZCZVI|Y:Ř]mE2o!!Ol[̖_KLl5[咺=LjVפ5</w:t>
      </w:r>
    </w:p>
    <w:p>
      <w:r>
        <w:t>C{ySXPod&amp;P_fK_~eܻ{|o&gt;*Cq]P6;MU+@lr'd;XJ!u{%lfWu~2:]'NM&amp;eP̓~~ ܤr[BVjt!g?I~|[z|ш뮿Gm45{Rjꄨ9-QOIK/Su#w{7&amp;y/jq&amp;ST:S%`6{6Bi</w:t>
      </w:r>
    </w:p>
    <w:p>
      <w:r>
        <w:t>Y1}ѿ*u3mș,͟</w:t>
        <w:br/>
        <w:t>hrBSPT?}&gt;}</w:t>
      </w:r>
    </w:p>
    <w:p>
      <w:r>
        <w:t>Z~zq^Ҧnӏt,4~JnZX\=6=|跦zsL5Y[r6iLF}Kˏf"ޯr18Rm~I"~p#(DPTIZ:$xnJS,e=*=#. _2p=c]s^/[껤}0?[7dۛk YNlV_jh5:H)ph5s)s\97?O&gt;ￊl</w:t>
      </w:r>
    </w:p>
    <w:p>
      <w:r>
        <w:t>Gk</w:t>
      </w:r>
    </w:p>
    <w:p>
      <w:r>
        <w:t>Ur=X6cBxgq;|%bk/7mcRؾڋlCya=Kl;~lhN{pIkK_];u/閚</w:t>
        <w:br/>
        <w:t>3'#${Id</w:t>
        <w:br/>
        <w:t>9r(qA"Y#tjN'dK`r</w:t>
        <w:br/>
        <w:t>F)wT'"I'?"ȕ Br5.bIor~u7!'8cOE(᧐,2\VxRjK$C&gt;2r-En"_:'gC6lP_ʹ&amp;I2h3]H7B@D2USə0</w:t>
      </w:r>
    </w:p>
    <w:p>
      <w:r>
        <w:t>N'u𾼙ATIBl$H</w:t>
      </w:r>
    </w:p>
    <w:p>
      <w:r>
        <w:t>H )#wK2mG7d*k;F"F?nܝy"!0a!O |</w:t>
      </w:r>
    </w:p>
    <w:p>
      <w:r>
        <w:t>ᆢ Mp=?Fxa= fѤt"L@ 8f"B819#pƄI:f#p!r&amp;LıaJVicp7:ߔLv0c#L,k\HF0</w:t>
        <w:br/>
        <w:t>ay[1#,4a RμK2 \pd W#\Yn)W2UlC.+D6Hh0)wlXvC0cʔ 0aT$e(׷vQ@@!\.iqOA Q$w&gt;'~/e@ =W@_@A_</w:t>
        <w:br/>
        <w:t>~gH1߇|</w:t>
      </w:r>
    </w:p>
    <w:p>
      <w:r>
        <w:t>fX-B+23!KBwi½}bKl</w:t>
      </w:r>
    </w:p>
    <w:p>
      <w:r>
        <w:t>bM|oHg@Kjar{gVs=9ur.N!k2x&gt;_66gGh$lRhM:GX</w:t>
      </w:r>
    </w:p>
    <w:p>
      <w:r>
        <w:t>ϲY&gt;f}^jۡiN/8ʳZ33,Lb9s摳38}Ο?wtvutq.t.#I/&gt;Bw;s\lbn!fYM2"Duc?929;bu:3q:ă*Ρt,H'~:.Kt&amp;ZMӝt7G?t+Ak8_62Y,%/̆Q]]</w:t>
      </w:r>
    </w:p>
    <w:p>
      <w:r>
        <w:t>,6-"hV&amp;26a%l[V˗6Vc{Y;ĎpƝ/ |N:</w:t>
      </w:r>
    </w:p>
    <w:p>
      <w:r>
        <w:t>_ϫ`KCz0#ΑHv:98;9r Yxʈg_"_wϣ&amp;+#^Dm&amp;ED!T ѯx[_7]Q</w:t>
        <w:br/>
        <w:t>UDlE25FlC]{mvo&amp;M+#BmE</w:t>
        <w:br/>
        <w:t>E #]K.^Q=?5w5_kh&gt;|}Wkߚ5_ _5_j4_i&gt;|:BuP+뿺5_k}wDsAsQuTyI_Nrrɗӡr</w:t>
      </w:r>
    </w:p>
    <w:p>
      <w:r>
        <w:t>ŗP|9#_N|9#_Ni*Q/rz$_hŗŗ3Fs#fMZK=ʅK1ϡ12ynJeH,ǅ| X,ȧn&amp;6&amp;{|?\`I7ÿ_^"UYb$!b#Db+D1I21CYb#@,Q.2X.V</w:t>
      </w:r>
    </w:p>
    <w:p>
      <w:r>
        <w:t>ZFKx]%@S| &gt;+N5a</w:t>
        <w:br/>
        <w:t>qq8bt3F/#H5iF4Y@cQ`EFϘˌ2026]̞foyy#R2</w:t>
      </w:r>
    </w:p>
    <w:p>
      <w:r>
        <w:t>*ZzFfVsy9ÚiͲX"kZf-VX+UVZgmm֛Vz;s]FA7/fP;5©}0</w:t>
        <w:br/>
        <w:t>6Z&amp;z</w:t>
        <w:br/>
        <w:t>J}gԇ+qʗTʙ,n :B'팡t:%˜lsX,f`[s≾o7^Fѧ&gt;kg|IT6Ո~#)NE5Қ &amp;Qit|ñq;</w:t>
      </w:r>
    </w:p>
    <w:p>
      <w:r>
        <w:t>Ǳq8v-]/c!Сa(gυU-zY@]+[2'ߵM~њ󳊸rhc{zLǱҷ3e|</w:t>
      </w:r>
    </w:p>
    <w:p>
      <w:r>
        <w:t>CD703'+ڮB.,qၷt8ܢQdu}j?7tqE%Efql_S]ޕݩi2ZA2ݴڇ,Tkj-VFk</w:t>
      </w:r>
    </w:p>
    <w:p>
      <w:r>
        <w:t>[ZbǬޒZ[fZ}dVvv5tnv㖇qrbU89y?ГhҽMtU(,gR^4h8Z+4</w:t>
        <w:br/>
        <w:t>zZz+}^N/jymsF-r&gt;3,lٟ</w:t>
        <w:br/>
        <w:t xml:space="preserve"> </w:t>
        <w:br/>
        <w:t>Z^7=3гO][hu^k</w:t>
        <w:br/>
        <w:t>JAKo&amp;U@8Bifss};,`XvՓupO|㟻(+s8r;fsnqssz=L/}'onRE0k܋QX*m]=}ﴷQâZZP%</w:t>
      </w:r>
    </w:p>
    <w:p>
      <w:r>
        <w:t>+k3Q2</w:t>
      </w:r>
    </w:p>
    <w:p>
      <w:r>
        <w:t>EF1Qx(ic2Je(g7*w</w:t>
        <w:br/>
        <w:t>oQxϨboT5ՍFMQۨc5FCzKImț#K+?4$fd7r9</w:t>
        <w:br/>
        <w:t>#[]?l(jh0Űnp7yE$0&gt;@?C0=JLпG+=Z9\k=N_'Sl=^3y,_bϗ'|=7;w=|?4y/+o~w#zfEOoiOlcR\MWz_؏Mt1NCO~S'g=3щZOꙫ(&amp;[Ò%|/K ,,--U,5,b:F-M---LJ`K(gcP^2H4H4X cAƁ2db jo ل2b(c3P gA{b՜&amp;2ǳЬ58ǳ/}8[}u[kÞB5g{ʙo)E</w:t>
        <w:br/>
        <w:t>&amp;͓vJZ-H+읦ڥD@鋿IR</w:t>
        <w:br/>
        <w:t>~Bu[uF9k?Bu^gp^s+ol|&amp;L~Cs+Eol|}y</w:t>
        <w:br/>
        <w:t>e:!y5_7:c_ޟ_s|:Οuzκp믏2I/q1'x\VT+O5BW8,}`#P?Kc^x/|ԓl5Մ`r⟶2f3?%E2n0B07"H7{̺t$dŬJ#`GCoW</w:t>
      </w:r>
    </w:p>
    <w:p>
      <w:r>
        <w:t>~ֹlelY;cW g9c_0\4!eWǱbxk</w:t>
      </w:r>
    </w:p>
    <w:p>
      <w:r>
        <w:t>Y~zH:F5l67[6N1},\CϙMum\lQ&amp;Vc%})je6oMaOOĸ05toiu</w:t>
      </w:r>
    </w:p>
    <w:p>
      <w:r>
        <w:t>Jg8·Y)P{h̙ւ$}eO'A %_WU*|</w:t>
      </w:r>
    </w:p>
    <w:p>
      <w:r>
        <w:t>_WU*|</w:t>
      </w:r>
    </w:p>
    <w:p>
      <w:r>
        <w:t>_WUj昇?g |</w:t>
        <w:br/>
        <w:t>ķ OYAsߧT\%w)T@*"X@j*|NR]</w:t>
      </w:r>
    </w:p>
    <w:p>
      <w:r>
        <w:t>IhMOfR~P</w:t>
      </w:r>
    </w:p>
    <w:p>
      <w:r>
        <w:t>4[$i/Ǥ4tE!ݑ`C!=br)\Y.ב&gt;rK/ˡrg@ h04 =ph4</w:t>
      </w:r>
    </w:p>
    <w:p>
      <w:r>
        <w:t>[@JBVĦiElZM-4b'Uk^ŚOny %X ob\K w#gKyVʳ_dhM:o)?nk؃94wNa3_h{Tњ#$͉*:P_r6Y:hdE*\Ѹ£*I\g/W`h&gt;1¨X`.99w[~d'_.{Oo5|hN=J9g̑%.I+0r+رb5(&gt;+VrVE?Q'eg?]ZEEstڥ\{&gt;A\l96[*ZZf?f䒢i6jy~^sg*ʾ&gt;SLa\lJ-٬ovfçN</w:t>
        <w:br/>
        <w:t>{rapٽ5]ο"),U\.dٞ_@1`1s޿'ۛN!!"Vm?Ϟn+uEQw&amp;_JLsz&gt;S2,N&gt;mظ[NSڡm</w:t>
      </w:r>
    </w:p>
    <w:p>
      <w:r>
        <w:t>oՐW.5;2[IU&amp;/Ջ*ƴ:}; %|}[gY~s75ܚ+Ů|oĿUE=+]0÷%;0;]̥CmY۱'|im7G&amp;]ki]%,csyr</w:t>
      </w:r>
    </w:p>
    <w:p>
      <w:r>
        <w:t>Cju&amp;\0#ˣ򕟶iga+</w:t>
      </w:r>
    </w:p>
    <w:p>
      <w:r>
        <w:t>Y[.9MmVnGqv[潯e2OpG36}^;C&amp;kz4tK3.]«^pHYӞʰafN&gt;lZS(B|&gt;lXKX爲}׻{dK{b~T|P</w:t>
      </w:r>
    </w:p>
    <w:p>
      <w:r>
        <w:t>aY՜\~w:g?y"=&gt;ˬQSU|\o&gt;ysT)ݰtO5-o6ynYq xyՈM5Vz!c&amp;4~_/by\ԳGӦY}}|2*0=ߤm|omg͘ijw.((K\&gt;~\cSŎЭΌΉ !T{6oCx}pthsC=ԼgM&gt;Y-_ƷHhV떸쓓ԡ+}~Tg~mǎQ?C</w:t>
      </w:r>
    </w:p>
    <w:p>
      <w:r>
        <w:t>HPā&amp;%-{Y[}Տ&gt;O:fs-!Ϲ-y޴{и??QWث@1k*::_N+9-կNͮԟ6ghk9&gt;Ly|WrQo}ezklYs-َ3![rY$'{֭9eRWgj?v]hЦ叿Ҫh7V:t{;|ؙ1}&amp;*TkMU~ˋܘ[qSUHZ_S7nħy&amp;-jy||s\e=tڧPK]Zc,|w;?0*ՐؚDՏӚ{d9p_=IU?tܨ\9Qe,rQ=SQkH\cc4֬F(^¶6mҳ۸9</w:t>
        <w:br/>
        <w:t>ϼwϝP'k&gt;zrڭQu[\q%DW_D$^ht&amp; PR QA&amp;</w:t>
        <w:br/>
        <w:t>)RD@RH[#Hi</w:t>
      </w:r>
    </w:p>
    <w:p>
      <w:r>
        <w:t>x+\{s/sw=l¿eG&amp;&amp;^}Ϝ+=rpΥ)GnoXS"!yqC5Efrg*A0 ~mvM5D쾉XkEα)s|ὃ$^y:]*i7PdNȒfX\apNX~agc3KSv6L@ܹGM3ҝS5m2#LVEUP%HS;ʟ3M74</w:t>
        <w:br/>
        <w:t>C5vZCxo&gt;#@օv;}d)knQzw2s&amp;N^</w:t>
      </w:r>
    </w:p>
    <w:p>
      <w:r>
        <w:t>ITvtg9_0jմ{;J"t\#0s~hǫ68#'$8FvX,'󆬈9ђyۙC/jwpt^J=QUvYS!18"1_lf</w:t>
        <w:br/>
        <w:t>~P؃%y*.&amp;޺0HYA:~6^A'B</w:t>
        <w:br/>
        <w:t>7+Qzeq: fC#t*rswNxtȓFGj_%&amp;ʚY)7z(DvTɓW6/W/'UۀvCRoFp=uvԸjv;g7].d&amp;f?L ONcl2r#Rbr`[QI=+fvMz6ǭ?Lj8?[_H#@n</w:t>
      </w:r>
    </w:p>
    <w:p>
      <w:r>
        <w:t>pUTOf#45xw*}4{dK7Q)IurQCr@f߆3Z+E8X_"Cq~(3h;9D7"d]h\v+I83gWnp1YGiuRރCB/(1h?eHR%QJ;KZjfةӼRqM*F&amp;R:6w2,-lwEmr"zykȲ&amp;یEbyޣ6era' +I+?YAMV#-Ӥck:W{Uρ4RE|7˺$wG%W~aU\)ʌqTN?pP[@d}S}&gt;4</w:t>
        <w:br/>
        <w:t>WkkO</w:t>
        <w:br/>
        <w:t>FŽx0p7ݹKE-V2}]3)&gt;mq*</w:t>
      </w:r>
    </w:p>
    <w:p>
      <w:r>
        <w:t>[zg IM</w:t>
      </w:r>
    </w:p>
    <w:p>
      <w:r>
        <w:t>8dԉ&gt;vtیX GпYw$*:9/</w:t>
        <w:br/>
        <w:t>(oy</w:t>
        <w:br/>
        <w:t>%eT5$w&gt;C;^</w:t>
      </w:r>
    </w:p>
    <w:p>
      <w:r>
        <w:t>^+[Bo@2X22ttd2PM)_xyB^\Ɖ|)vtol_S-s=Q&amp;</w:t>
        <w:br/>
        <w:t>=6Vrcl2˭~O{r^ۅOUBzMo)/8vwݘs4 B3%?ڪڢp</w:t>
      </w:r>
    </w:p>
    <w:p>
      <w:r>
        <w:t>=@g_26vį`pDXQa׃d$_)U;S$'eӎ</w:t>
      </w:r>
    </w:p>
    <w:p>
      <w:r>
        <w:t>p@ȓHv!cw&gt;jC Nr%X5LI6[nY l2M%W~qjR`I). qQ5pymqOo;_rz\ȴI*gx:v5FC=0c?[ 1/dlwӝ27"gɟkiؔ;K`jo[z"(-ʤI-ioӂ.mH7+~ueOb{]=*aԎ\1Bya&gt;5MRBE2%Ad0VӅOkdn-;憹${ϏC`WGzo+[4уEɼuNc&amp;pa"n.]|"ǰ!1nQKlPIX?&gt;#k^^8o)g|~پ2ؾWDJe#䯳eY~`HU2DqY)ކCog ki7</w:t>
      </w:r>
    </w:p>
    <w:p>
      <w:r>
        <w:t>5*{7`R=bxE1k&gt;3m@</w:t>
      </w:r>
    </w:p>
    <w:p>
      <w:r>
        <w:t>endstream</w:t>
      </w:r>
    </w:p>
    <w:p>
      <w:r>
        <w:t>endobj</w:t>
      </w:r>
    </w:p>
    <w:p>
      <w:r>
        <w:t>623 0 obj</w:t>
      </w:r>
    </w:p>
    <w:p>
      <w:r>
        <w:t>[ 0[ 778] 3[ 250] 19[ 500 500 500] 23[ 500 500 500] 27[ 500] 36[ 722] 39[ 722] 42[ 722] 51[ 556] 179[ 444 444]]</w:t>
      </w:r>
    </w:p>
    <w:p>
      <w:r>
        <w:t>endobj</w:t>
      </w:r>
    </w:p>
    <w:p>
      <w:r>
        <w:t>624 0 obj</w:t>
      </w:r>
    </w:p>
    <w:p>
      <w:r>
        <w:t>[ 250 0 0 0 0 0 0 0 0 0 0 0 0 0 0 0 500 500 500 0 500 500 500 0 500 0 0 0 0 0 0 0 0 722 0 0 722 0 0 722 0 0 0 0 0 0 0 0 556]</w:t>
      </w:r>
    </w:p>
    <w:p>
      <w:r>
        <w:t>endobj</w:t>
      </w:r>
    </w:p>
    <w:p>
      <w:r>
        <w:t>625 0 obj</w:t>
      </w:r>
    </w:p>
    <w:p>
      <w:r>
        <w:t>&gt;stream</w:t>
      </w:r>
    </w:p>
    <w:p>
      <w:r>
        <w:t>x]ێ0y</w:t>
      </w:r>
    </w:p>
    <w:p>
      <w:r>
        <w:t>_n/Vm)</w:t>
        <w:br/>
        <w:t>HA8)R}gV]$&gt;?C~PaeeieatK)]1CvvrH&gt;&gt;nkv, ۺ5+~tXNixǜ$[3ԧviiKv=54YS.9||%e=&gt;vt-@J"W#iሜ#2R65)끌oBFzR:DMET ($d;D</w:t>
      </w:r>
    </w:p>
    <w:p>
      <w:r>
        <w:t>EA!,vmƮ*)!jCTLm5Q</w:t>
      </w:r>
    </w:p>
    <w:p>
      <w:r>
        <w:t>+TFHDVRpP</w:t>
      </w:r>
    </w:p>
    <w:p>
      <w:r>
        <w:t>+HQܨ lᰞ3k3Yi9AƽX9zڋlJ܄--nB+8r2y$m}O-.486{. ?|v1'MhG5^6EFgc}4cy</w:t>
      </w:r>
    </w:p>
    <w:p>
      <w:r>
        <w:t>endstream</w:t>
      </w:r>
    </w:p>
    <w:p>
      <w:r>
        <w:t>endobj</w:t>
      </w:r>
    </w:p>
    <w:p>
      <w:r>
        <w:t>626 0 obj</w:t>
      </w:r>
    </w:p>
    <w:p>
      <w:r>
        <w:t>&gt;stream</w:t>
      </w:r>
    </w:p>
    <w:p>
      <w:r>
        <w:t>x} u}K샙|ۀ@;HpE$ \,fLER2(,eي\v\%M+]vW,Z"rl'qd[2,[)=ws{3 ED=A[W?@tbv)73LGpȉFyB=EU'(q`ȋ0\{w^=ޮ!o/Io6xo#:uE @ nr?/}Ww̋}ҟNx,W`GR2{-</w:t>
      </w:r>
    </w:p>
    <w:p>
      <w:r>
        <w:t>9%@ @ *'ނ"@ x&gt;x}dmͫ_@ @ /H-\ )dnJN!/?H@ @ ؐ@ʅ@ @ @ @ :)@ x&gt;b߃@ RrŲY /SO~ɿ~jk_۷[w}mZ\`◶&gt;_rmS'B17?6!Jaҝί,ڭA`ME^Ǝ&amp;ڧY8FZvAСI_oq^q"y</w:t>
      </w:r>
    </w:p>
    <w:p>
      <w:r>
        <w:t>#hý}/Wc־HE@Aý'Ctg~</w:t>
      </w:r>
    </w:p>
    <w:p>
      <w:r>
        <w:t>Kã.nrwFT2;AatQYjKlkx Ҷ=Կj͢7Lpy*Jeag32Y"m,6}tonnB.XTn"</w:t>
      </w:r>
    </w:p>
    <w:p>
      <w:r>
        <w:t>li6.zNcg'`x־]ǽ+3}nϣ|MuCIûWY#DG|wP=-x}&gt;=&gt;t}t:=C7iJ~B ѥn\za}6z"&amp;υqzoQt2$HZV3</w:t>
        <w:br/>
        <w:t>r[B ,`tsҙ]^z?4M5-DgӰ</w:t>
        <w:br/>
        <w:t>u*(Qxm1D{qiPGM2{1W#t5=XX!X{vZbVg1kɺfjl5aG"(jsƀ</w:t>
        <w:br/>
        <w:t>DR3TFZRNmbRiK*luoёRØT*Je\3lT*ZͶ#6e(nS .78'_FRWͬGgP4Bv-mAϤ)Z{`4w&gt;_QU/Avw;F}'YЀwfӨ(=L{UsSekhLK]mOgԱQy^MƩfp=E#S]V&gt;qj9p}?uC{l]+q󃜉t|/dj_mO;)</w:t>
        <w:br/>
        <w:t>R6jׇ</w:t>
      </w:r>
    </w:p>
    <w:p>
      <w:r>
        <w:t>XOGMoMxfs&gt;OU"V-*UU:g02iMѮ#ue%Ș=aU8xbnt(5¯ؔ</w:t>
        <w:br/>
        <w:t>sdUYm;Z[ʶ-{l.bYٲr3Aw`?v_èut7?2~|`9=SGh9GpzYSG(MC,؁PstCD7~|``NQ܅𾼱2';ݥFK</w:t>
      </w:r>
    </w:p>
    <w:p>
      <w:r>
        <w:t>My;b: 1sU!!8UjV%&gt;[X5UJ2</w:t>
      </w:r>
    </w:p>
    <w:p>
      <w:r>
        <w:t>@Ⱥ]5g4pjl?vsU&gt;:g9S BAy,[4\ɉAoKXZVƪA:v:B N:Bx1miSUivsGp[FaAs660H9d)ʪ|ԔBm61LOtMU](Ҩ?W\vjiEhЫ魡9Uq)qs~Z</w:t>
        <w:br/>
        <w:t>0:Ucޫqη?(6#epez~\z8v;on+NC4QjGLyVc)ѣk[G郠1</w:t>
      </w:r>
    </w:p>
    <w:p>
      <w:r>
        <w:t>Rc0$Ppyrߴ6J[m^8iB# %=&amp;܁fKhϷve;+&amp;5GL1&amp;#hϑ/UhCf;)Ա:*m^/ϷoWJkx&amp;R5e7nQqZI_&amp;QZ%DMh=vh4[j;$Zo{N届۹Nf2VV̷īru9.VZƪڹM 4Esϼi8CuCh`|t</w:t>
      </w:r>
    </w:p>
    <w:p>
      <w:r>
        <w:t>oqdDZ;.ܿ~TC=|߲4hws&amp;.^`듔}F˪aURׅ</w:t>
        <w:br/>
        <w:t>z@S6IѪp^,siR*^غQSj</w:t>
      </w:r>
    </w:p>
    <w:p>
      <w:r>
        <w:t>=41=*/`+p)o4|" &gt;WTMհNN+367{c{ dͪAٚmGIUYUqafpA)^Gق+eghc_B5vql:?&amp;\Ow)hT:</w:t>
      </w:r>
    </w:p>
    <w:p>
      <w:r>
        <w:t xml:space="preserve">Cj㔦Q ^f,I/g&gt;ȰbL-WCR@NLs]QH6rvnՑR&gt;\HdU(&gt;BR(%Gm|8E&gt;'} EI)\n2ԯo.HH </w:t>
        <w:br/>
        <w:t>넟BၶU\77G1)M!}kܚHk0Ynn0,CnT'U[/+Z&amp;Ǜx</w:t>
      </w:r>
    </w:p>
    <w:p>
      <w:r>
        <w:t>+d</w:t>
        <w:br/>
        <w:t>iF YH +z6vqX3u6#X&amp;k</w:t>
      </w:r>
    </w:p>
    <w:p>
      <w:r>
        <w:t>iRD`)x J%qy4-)Ij&gt;j{ɆI)T*0pɠ=RUfdu/zY^ǂ!5|NSKNCF?}g:U#k$X</w:t>
      </w:r>
    </w:p>
    <w:p>
      <w:r>
        <w:t>-J++A^{Aw1bȺ yorR.M0!94D'Ե'H/#Vقo}x5yG2WyT9[Ռā!DmÙ_lP*=3ک΋\[:CP!'yp(T7.R_.x张-?)$</w:t>
        <w:br/>
        <w:t>rb[M%TYyGgU%;uReg1*R;4ܙ_=o˃Ȑߐ nt,{wa=ڃv-sSO@Kڄ}+U`)Z0V*X-YG;fz6Q֩FΨeeoR'{tR#gWi{XM</w:t>
        <w:br/>
        <w:br/>
        <w:t>y.h}8ԑPS74]?lCrfρ}nϟS]fR-(*26䓃A'ϩ~o:mZG=5_wmܣ_uWHKTfj0~IgI)ju`L0x/"^)ho`pMmv6q</w:t>
      </w:r>
    </w:p>
    <w:p>
      <w:r>
        <w:t>4im1hl&amp;xձ#yok Jdǃg];Clp7K^jT&gt;/4P*&amp;1:d 3\ C. @}d}٨׈n8t*U-?K:`'==?L sFlf&amp;qh#륡LSТƼ</w:t>
        <w:br/>
        <w:t xml:space="preserve"> .by-}#[N{A?Gɇ</w:t>
      </w:r>
    </w:p>
    <w:p>
      <w:r>
        <w:t>v,rXfХW:r1_Fƿ7xփע(F &gt;.|m+tE|ιp ia̞2Uu?mjFI?JM4Z§6NMO\E1:@m*pZ֟E0aowm㣣w&amp;,gx",ӶX#\bռֶ'2B/i߄'۶oro9frY2ݵ͗cW=;m|;m1z5J_&gt;U</w:t>
      </w:r>
    </w:p>
    <w:p>
      <w:r>
        <w:t>{ŋǭ{0Xkp紹u;~]wO.a=PW٭tRO~C۷mۮ1ڬF:`TӻxW7-/?(3^{e</w:t>
      </w:r>
    </w:p>
    <w:p>
      <w:r>
        <w:t>1:j؈|[Qۚ:PlA|w)cv@tR65tV4GXlkJmJŶjQbۧqU.ڭvh6_=\lmC;}Ŷjӿ&gt;Ƕs/^xG6ݷ0}ܣsΟp=}e]Vs8yn?=tzҮS={;c۶Y=cox}_Wx3mhJ=O~:O]h˯'l=Di]d}=ؿnG8ZwFnF8,&gt;ksWnCǯeז,;#b}9'2L˙Y4eH*!l)ɢaѲ=</w:t>
      </w:r>
    </w:p>
    <w:p>
      <w:r>
        <w:t>&amp;4hk]vy;T~&gt;:~\?o&gt;Wj/~Zj[oֿ^\U^Z⿷;|3J=nkᛍw+8??sG7?~RV;~^~|?^??}Y;&gt;m^v}r?jZ^{w\ m&gt;\=sϿ'&gt;~=:_O.tJW_D]߭qsYJ_9^x7~I'm|lOOZu[=?y͟?_oy=Οg_?ſ_?}|TPn]{oz夈u5O]4</w:t>
        <w:br/>
        <w:t>xYizy[u;휗J_[u?}#_wzZ^wwOJYfJ}WXv=Y[zZەwSо꘾[_W=מ[?zď꫿XQ=somzկVUmh=H6[亭]W7C}KiCPUmR㴜&gt;^~v^8,ݽz}oK{O:XԎu&gt;nS/O=TG};m/'srkJjm#8g~lmS&gt;_ڌ=zWrlnm4c[}U:cn=d5[f|l0{܋۵k&amp;[r}i+?x8o2g6olU3Z`oi/ҧ`~T2shsusyK=yc?clۜ}EOcƢidw`Fw9Z&gt;p2ѳ~}/[SkVopoN9+sgog]Ϥ׫{:{N{ch\œˣ?ϭs$jn\qznjRzjIޝMfpRګַ%coMˮ</w:t>
        <w:br/>
        <w:t>}xUbLF=~T[z3v٭I瞦iIQ15]u4tkǩtZZalҴݫv~ֳ{9SkI~tyyxN֢dy.:YLzp4pwڮъN!3MfMҩa3w.ՔZL[U1{dz`lS&gt;-&gt;Ss][VX^t&gt;#yCFK,lhM3XͶeu,^p97|+x'62zNHλk[Y/+Ɍ^Ѭg[F,Yaɭ]^*B\x.%!Ʒ$&amp;@s94</w:t>
      </w:r>
    </w:p>
    <w:p>
      <w:r>
        <w:t>ytm]Fv!u-&amp;D-@Ċ|^b,e`_织e`hɶgIDza7XAJTUf7[Ϧf4M!@.eCY[ϷN_yxc\Mo[xq5M7Rwħܻ8[^A+s_Vweb#MY'ҵw}ôyν/md&amp;!W˦kN(q[{-G#-Bvfe}@YӋu9/M+µ26ˈs;~u:=4Sn?xޥA#5GcH*+7[&amp;KkmDAe,[#Nbu8EDGi얫c ?6]98;Gbc;Xo]iITM)[#7]'Nqs`oxͼ:LMn˔rj_e&amp;GYXK/=5{iEOl +Ѱ3Ĩ⎾;7l4ר%F9ϿowXXG[[BBK7s\ W0?@˺ٜ(l:,%Xwx*%g0Gˬ"͇Ų:.2.!\}%!-%!xafn</w:t>
        <w:br/>
        <w:t>}a;tӧ@.VyҮXYae|K?w0ԫ7I! :47(^0=YV%Q+ZzEyJ]ciSb&gt;G]"h5_YOA,n-og{[1(&gt;_"eG7y_`6$sit'SPFk?QHѴgzoZatf2uEL5YN^Q7 z3;"K897˅z$JcCMsͦۛxȈ8GÖ\ZRihNhKxb(||r8JVːs;X}W`@K`Q).</w:t>
      </w:r>
    </w:p>
    <w:p>
      <w:r>
        <w:t>EL[g bRءKp'$FpilШ`iF۲ AF</w:t>
      </w:r>
    </w:p>
    <w:p>
      <w:r>
        <w:t>hޫʁlE܄jdFMĂW?zJ4ob,A֒F߲C`g?KxF~2TlmiKpb-cۇ ou!֏̞Ӆ3K~-Z5</w:t>
        <w:br/>
        <w:t>d7Y$l?9r/|(I'ae֮_ii~"qKJbh-BAׇm·RSi</w:t>
        <w:br/>
        <w:t>c:</w:t>
      </w:r>
    </w:p>
    <w:p>
      <w:r>
        <w:t>.AhWcVgc$Ä͔~ނ"jFgEN&gt;9G/j|Ŗ½ϒcǪ`Öwm=쁏*W2rKk]+"=4qХBK.@UMH#JPώ_!3k{PCHkGƩ[3yd/9WCdLun&amp;Ĭg[+`fI`x`pͯ|=Dʢw{Q&gt;_X+DT5</w:t>
      </w:r>
    </w:p>
    <w:p>
      <w:r>
        <w:t>0hdvFK|퓤xÜ}4D&gt;vj:EȎZٕ\&amp;T6HUeH.qH+*QjA(jy%G 26 vК{ZfOCa</w:t>
      </w:r>
    </w:p>
    <w:p>
      <w:r>
        <w:t>["C\YrO^Q'BAY'/xnƌ+޲&gt;gL FvzlG;XgM</w:t>
        <w:br/>
        <w:t>M</w:t>
        <w:br/>
        <w:t>u,C8ɒS"TN$udzi9FqwKnVAm5*(itQ3x'ssAvhZ6E[L]PP=lRizv!|U@PWY?-s*leg3](d޵XI#d͖Is&gt;.X}Z_Aβ2Xs3gWj"9WMDmHkȦaǋ</w:t>
        <w:br/>
        <w:t>Yz92R6o!JaAӆB~eir0%c}sC{@qU?uDbFVޮd</w:t>
        <w:br/>
        <w:t>2\suk=X9E$u=|YA3e:EjaHg򿷮U˖Ցln1I-4g k\Ȍ='g@dYL\[N g53!P13˥\ZK"}_2jSR5"s-؛9%ҍgNQO?s`]U:@3(sL5- A`g%&amp;# D+n:Df</w:t>
        <w:br/>
        <w:t>ڛio</w:t>
        <w:br/>
        <w:t>A=zŒO}{.29h8nVޣp{o'w?uKd4@}gON'mxX(eGJ:YXǥu"}c1ZrpzZ7u[u[YA-;zaP.L{Ej]ʤNd.ޝp|^5jnwRA{ӱ'[%PU EV_=v;|N+)3 +oEԿGhpWApVg3F{(";:bJh7a{w"NvoK?ۄ_/vߌgf#txFrt&gt;źhW0nN&gt;[P{S]%qAwe^_0 %.uW3q3]kT3@z^X8P;?6ϨZ8</w:t>
      </w:r>
    </w:p>
    <w:p>
      <w:r>
        <w:t>viOIk,}ޯسMSd0q#6Eߎ'`t@Vrw&amp;NIΝĹS?duxjGd?0%@X YHr,:PD/&gt;d"]K]Zr{e}:?v.9u9xTE7'~1ő;I(lk懪ivYPc_l3F]{P[v;rp"Yؚ6]HW&gt;_`_a7D#ԁ[O?ͬǐ]$ :ƦRW?{1&gt;ΗH,x'9s'[Lf+G"e;G"jX+QkK!&gt;SI[W{d擝/AfGO![S6N97GX[ۈ 3]8wjrcxqK7UuigJȧx靈m5Y4쒋qSHudc9[J6h=:GaC\ftt~tc/H2ed߯'/s4K#KrievOe'KhM&gt;B9:ޮ!#UAɊAL6´W[0gPCAbGxGuy!^@t}]ՕUYϐOD.)}%SNAe2!8p0=`1"yYFJS3;a%QDZz&gt;3]&gt;`</w:t>
        <w:br/>
        <w:t>l,C\\pN?t֗T';L.o׆b#ݒikޖ037X</w:t>
      </w:r>
    </w:p>
    <w:p>
      <w:r>
        <w:t>_FrK!-[=HEh ͚42}wG+E,-HyG[u2{7c6S$zE?xn!/N/qyG}{iϳ913k&amp;?&amp;#a2</w:t>
      </w:r>
    </w:p>
    <w:p>
      <w:r>
        <w:t>yjN&amp;5N{I.h</w:t>
        <w:br/>
        <w:t>=@핽WX3A9{Bsd^ѵ`mUҍzwC[fGū/ݳRTحCzJQžѯDybN8%fB:Ŗ1z</w:t>
        <w:br/>
        <w:t>@?')R*|'UK-cG/vf?rG^jI$oDVDϖx[gu*gRn$-sHdXJJNb;Ĕ&gt;2WG}JdlRX\ogcs1P@D</w:t>
      </w:r>
    </w:p>
    <w:p>
      <w:r>
        <w:t>#nȊ!Ouь:()%Bprǣ.\ZAVJ.Q j&amp;&amp;n&gt;_AK;W,4q)3135Vhs/MI=sFCBw=~8$&amp;V,o:,]b,]olpWʂKȬhͼfVr2R&gt;Vy,1k6r~Y97as8"8MV\|MkvgRy^ȯ zsoY9dM]Y-uS 4UMn3ϐqX3IJ?m/H?4|AjLs_ ɅƗ{H䠃eC2 o5/&amp;GIDBV711u/rES]&gt;7ȬWkQcTb\+h</w:t>
        <w:br/>
        <w:t>QP"C}+Je݇Őݸt{ٜsAYTlA|]u"8ߍh-xDsϊA6.;7Mxr[5^9AV-ų&gt;qu*Jbڜ(Dj^&lt;&gt;t2 ʇQ</w:t>
        <w:br/>
        <w:t>0촘j)rњP^L:Xhd!ݲlr</w:t>
      </w:r>
    </w:p>
    <w:p>
      <w:r>
        <w:t>CO#+}.[</w:t>
        <w:br/>
        <w:t>4;:E\1bwDz.#?wҍF̝:EIxݫ*7sDEg`5G]V33?WnE4B;+٣#%x^&gt;{3u/'y;g|&gt;nOAW~oc'JGTm}ecg`^&gt;u(@SfY2SJԒ:Yhb:_=LQZ:3u)wu]YkA̮1Yf71ƀODT$|x@-h[,*rZ@sXZϧ</w:t>
      </w:r>
    </w:p>
    <w:p>
      <w:r>
        <w:t>*)̦yۊhzNNn+</w:t>
      </w:r>
    </w:p>
    <w:p>
      <w:r>
        <w:t>͝*R:?}_6Ƣg&gt;stream</w:t>
      </w:r>
    </w:p>
    <w:p>
      <w:r>
        <w:t>xn~</w:t>
      </w:r>
    </w:p>
    <w:p>
      <w:r>
        <w:t>-; 7\''bY5}߯95bU&gt;oۇۿ?xyۯ/|y|×W޼]?r7ݽ*O÷/~o/_⏿&gt;=ryy5OOrj?}xX_^~O?.w6OO\޼wssy|)ĭK|=zm3&gt;Gr2l4x?^tt[,*{s;&amp;"ٯ7zwH</w:t>
        <w:br/>
        <w:t>cF҅ˮE/w^w5;P**NOuFIuyIC_ MkvYM</w:t>
      </w:r>
    </w:p>
    <w:p>
      <w:r>
        <w:t>uOKE:|)JC,FfYI׫.mM3̚aӪw.R~ӡ</w:t>
        <w:br/>
        <w:t>lTa;F8H,!XuAmGzSo׬&amp;C2)#</w:t>
        <w:br/>
        <w:t xml:space="preserve"> ILχ%}{!\ERF&amp;hF5YիԋFe4`j\+D &amp;&amp;OP٠*/mjJǌN4D7E,M64mՋ.v\$j7(</w:t>
      </w:r>
    </w:p>
    <w:p>
      <w:r>
        <w:t>5%}mHJUȚEPRd䐞4TO+f4agSd`k0N&amp;9=#ƊԆI)Jr0*r.dDM9%Ԋ.=و=媲2Жz{mxk;VjU#*"֩DX5j3CgafXm:O%ɳ.JTDt[ 閎]Ae;YҢ]D]Is 1$}w1[u?Խ@anbc%ECt/vo̒nvQn晰7YQoY=ǀlgb&gt;UQJ^JqĢnh3*!DY2uK+qE8w_3YI&gt;b|WnN3c&amp;U#}</w:t>
        <w:br/>
        <w:t>;V4ENMDQOESHF%X溈mY^ՍXmlCJHvRY-mI:}N_</w:t>
        <w:br/>
        <w:t>Q8ti</w:t>
        <w:br/>
        <w:t>WFwYU]JZ.Ybeʺ"</w:t>
      </w:r>
    </w:p>
    <w:p>
      <w:r>
        <w:t>nCcT22)|'QzMamdHIV^|_6pHVSQS6H3SdImG+i'v5l^ڙmo%gOu?*GDzuȍÝNZ2Nxq=h~ض=̒;z\4D^4D谒T{\HU\FsM=zhҕtDhlMyQ6E] ̢*8Iцx۷wl/bFQ99duK{FL</w:t>
      </w:r>
    </w:p>
    <w:p>
      <w:r>
        <w:t>(8]W"Fc!x/ؖ;:c̓H*r̩2"UQZ4E7/&gt;rհQ,_b;bl&gt;ruh qaϹDQN'|w&gt;stream</w:t>
      </w:r>
    </w:p>
    <w:p>
      <w:r>
        <w:t>x}ku:߾{9|?ۉ$:II@q.u$ PU(</w:t>
      </w:r>
    </w:p>
    <w:p>
      <w:r>
        <w:t>ߔJP"E"*AQ@HP̬YsI$~p^wޙ5k֬Y-"Rw˭~&gt;o=eG?roB6A^y鵧/"׿rt}_6"w^+/|$?K?rR/_߻UܵW_K/}Ǿ2W/տ</w:t>
        <w:br/>
        <w:t>u"?^=zC޶֏W_KCW&gt;=^/Q䁿ګ?7@xވ_Ͽvw&gt;</w:t>
        <w:br/>
        <w:t>z==nx_++qw=_3˧B7yVސ_·ty!6C1y۲{َ6bهB}o={ASH5{Ƿe֞dxm&gt;; a&gt;҇B:ҥ&gt;ҭ,dr?loaDH:镐TH!#6&gt;퉐͐.t%HH", SMC3!s!=~Ȳc{Ca~Xg*^1$wW0ż5Ezo}cQl̞c_&amp;e{ a~uq|e~t|!3IxbHG|g"gI\8ۉӄt1b^r]Hd}f0r%378/"Epe__8|EۿcQ{~</w:t>
        <w:br/>
        <w:t>a̿e91`</w:t>
      </w:r>
    </w:p>
    <w:p>
      <w:r>
        <w:t>qSpftײx|.k_["qO.Q,Owl$\,Ŷ?&gt; lO?}N[/-e}׵XuO(=&amp;{4۩~7l/%0ìYǽ!"gؿx^ _ 韄k!}3o|L_zKlУK4!h</w:t>
        <w:br/>
        <w:t>A#6AG*dPC7 o}*/鐾$'BkA|(i~$\|&amp;sV^4G(hA'x1\υZ&gt;υ&gt;B&gt;׵p)y$hO5 r6PɓOxi}ˇDKwχOEXlC-_|=`U%ՀC\6\[i}#jP"\af) ]Gb</w:t>
      </w:r>
    </w:p>
    <w:p>
      <w:r>
        <w:t>ıB߇6W*Yk&gt;V2|dЕcXC{k&gt;[lItz߰Zqӻhm&amp;2?i_6q7I64~/</w:t>
        <w:br/>
        <w:t>[ϨG.|^*\]hTcR}nO+^5kedԒBh~ޭ fu:W2pu .,4R(6:dh\Z:\"vJ֍v_yA</w:t>
      </w:r>
    </w:p>
    <w:p>
      <w:r>
        <w:t>"aL.l?2a$VQfm;6T)S)O^ҷX'ʬ厤:zZ b3p-mNK8~( {^tϗ XLEªS{2e5̟KXx/y[KZ]ftRd- 5!Y9&gt;|Nj)9ƭ;a,ӷwF-jQ9ʹ'}U.kKfqX|˶ZmlutUO{HX.R7ސGSc?kZ[lpEr6bz`4hֱ$*lE&gt;r2^</w:t>
        <w:br/>
        <w:t>_</w:t>
      </w:r>
    </w:p>
    <w:p>
      <w:r>
        <w:t>ׅv\Nu&amp;y=&gt;gg\̹d9iK</w:t>
      </w:r>
    </w:p>
    <w:p>
      <w:r>
        <w:t>!BxrVQ63·Tِm5׹8 YxA{eFe+RKYɆ5\ېwQa0:'܆J}ゎN)&amp;`-@\ƹ[qik_C(M&gt;fѸsu瘵B9Bsduž FRAgQ-ɡI#.ʸq:0ߏu.yӅq(#O*KG)8tp جU#yG(u FN*gRF3Vޅi֖Q܅Jkڠ JG</w:t>
      </w:r>
    </w:p>
    <w:p>
      <w:r>
        <w:t>ZЊ[뵮~8NKַR"R)4;_:]</w:t>
        <w:br/>
        <w:t>֪NZ$|@7</w:t>
      </w:r>
    </w:p>
    <w:p>
      <w:r>
        <w:t>JkMzHgk</w:t>
      </w:r>
    </w:p>
    <w:p>
      <w:r>
        <w:t>xe</w:t>
        <w:br/>
        <w:t>1Si</w:t>
        <w:br/>
        <w:t>S\!ˤW:&amp;kc-{߻xZ\5;g~_+55공Ҿo֪kD=ts-,+jci2Jm&amp;5zVp}*&amp;N7J˜pNgCfMVuMN</w:t>
      </w:r>
    </w:p>
    <w:p>
      <w:r>
        <w:t>7 m#/;-vMzZbb_q]|*ı9f@W&gt;</w:t>
        <w:br/>
        <w:t>TNARH*ɀ7:{om:K</w:t>
        <w:br/>
        <w:t>pq?[2Ltp&amp;:&gt;+}3jse\󽉘ݰIIGa[(7jsPFM=ީ%&amp;Z0"XbbiKla`}GGIkȻ&gt;u?5c~\w[</w:t>
      </w:r>
    </w:p>
    <w:p>
      <w:r>
        <w:t>A"j0L'?0uh97wƭh]ֻٵPJo1RvSWܓPJ7lv9</w:t>
      </w:r>
    </w:p>
    <w:p>
      <w:r>
        <w:t>ReX+ʈtվ^J׍i7J6X[]zJZ'bku:ݕZf</w:t>
      </w:r>
    </w:p>
    <w:p>
      <w:r>
        <w:t>J${1ݰv}\ݼe޵}z^ީ݌[Ę?oV&gt;B_(DQ</w:t>
        <w:br/>
        <w:t>XVGzr^2Y6֔bSy+"hQ=|TnT(G^U9xATzޫF5R9pԚ!2;ԇP+f4_x*i=ydV-ihX[Wi탴QT*\׼&gt;ZJ[5rY</w:t>
        <w:br/>
        <w:t xml:space="preserve"> []</w:t>
        <w:br/>
        <w:t>Ku^xT}?tL*F$|4xмA)H@kC/EyD1$|5jVkZ ;um®Ւ</w:t>
      </w:r>
    </w:p>
    <w:p>
      <w:r>
        <w:t>8ۺ]tn`E^5J+_=gkkmgOniۍR,BWR㺭oNzRY}^Nm#Aj)?&amp;Yj-Bl[OV#W gЋ^t^gΪFo Xe</w:t>
        <w:br/>
        <w:t>:f_t{ͶJ֍G AC@~ȁJyual{{sq0OTrE\Dڗ('j'ل^b6m+ڪi5䒣~wPvԓ'ճ'Wa5CtZϚUe-f#p֪IG'u*v5˴Ig2.!T_tUl1=nqq ?o.?Y}2]AKv\|M$&amp;%~[-3ob4'</w:t>
        <w:br/>
        <w:t>'z?+,=WJG-5Op)Fy/ƺojEh)[</w:t>
        <w:br/>
        <w:t>Vloc|yVaW*jș#o3^Plߪ~S.n;Ab*wO,_9ڽQ5}&gt;u.u[19/[hWFbQ[{J=-%!7*7 *~Hk)W%K*X:z'*p=2b)H)+0oE[Bq?˸br#e|l+O&gt;$FXWXN%+X2`eU)kM^-5n+`hX</w:t>
      </w:r>
    </w:p>
    <w:p>
      <w:r>
        <w:t>=xDnuCӄǥDtL\i=cAZf|EL[`:@?k֋Q2' &gt;ғ2j!EG닽\</w:t>
      </w:r>
    </w:p>
    <w:p>
      <w:r>
        <w:t>BթтEZycTFt᲻#9߉kspdp'AqS̪Cj&amp;AHHbֳ:qtJa`1F&gt;RZl</w:t>
        <w:br/>
        <w:t>/Xo:ګ!b;y`myn_</w:t>
        <w:br/>
        <w:t>G&amp;Ehtb;JjA6%j(miuX@~Kjsm:1/Yj)UQ:R3س&gt;xQ{#WFJndx(JOzў[Nз%@w7ZvaG)A0&amp;qkba7R</w:t>
        <w:br/>
        <w:t>J̃T)gQ1߉ٔkbo</w:t>
        <w:br/>
        <w:t>-f?b6o*--5-ulZ%ҁC[\zъy1Kg&gt;wkZ;=N3$Vk9B}CİPIoUTPO</w:t>
      </w:r>
    </w:p>
    <w:p>
      <w:r>
        <w:t>^h8n-|(pĖ|Kj]0?:0=+XØ,ڱnt</w:t>
        <w:br/>
        <w:t>bP+&gt;0v|ZQ:-zUPqUɕ~ݚ(=Zi.3x[Z2'Գ.Δ70Ŷ\JbE,pSHKMX&gt;zBkZhq</w:t>
        <w:br/>
        <w:t>ۀ$r)6ɲqg#~I9cVI&gt;NDm~Bî$agv@r]Hae</w:t>
        <w:br/>
        <w:t>.{68{bfpim1=(0N0ކӶy۟{yۨ?z</w:t>
        <w:br/>
        <w:t>mJĨ*l;ccOW0b',gu޸0Q0f8_׾an?qmLkY&gt;6V +s.zlۅ`X%أ`@FlO_)NkxGnWҢy$myX_}}^߹Nh7sYGZX&amp;y&amp;8hu]&amp;m9b`_KccvFp2vN$b[jӽ{k*+yzGW{uo{4N|.)?ݟI2i5.)rG?$v@]HO/˛{#0y^v+Uߎ)IļZuzs!ceT2&gt;ŢkJ%dsb&gt;xa&amp;ªh}z}eC9=[kzrKqm̩ǵD.iGX&gt;Nە侉6:</w:t>
        <w:br/>
        <w:t>rJRZhh2Jִލe</w:t>
      </w:r>
    </w:p>
    <w:p>
      <w:r>
        <w:t>'iRJؓ{6cfZ{U;f;N[w!̪=3$1ԉ6@q,+yJ{ֺU</w:t>
      </w:r>
    </w:p>
    <w:p>
      <w:r>
        <w:t>TFB'0qhQI N9Xa[%qe^$GxoN [&gt;=U;S:[b$vRҟa;ppy</w:t>
      </w:r>
    </w:p>
    <w:p>
      <w:r>
        <w:t xml:space="preserve">]Z'"85l&amp;J_Hy^(uY=憭:]VƟڊ </w:t>
        <w:br/>
        <w:t>˭Csop.9fjo8}'GZ14=30'R)W3|VADG?@ J m/NK~pدN]H8 1r.^Dx&gt;vJV*̲%F=wVؙl</w:t>
        <w:br/>
        <w:t>C1bn&gt;U</w:t>
      </w:r>
    </w:p>
    <w:p>
      <w:r>
        <w:t>蒰lr+FE61@vK-w9/%惘jlņPә!w@</w:t>
        <w:br/>
        <w:t>i}23&gt;Mg';׊UZӭ̖}{,8*u,ն6FkVNF&gt;h8%mj؈VS37 V)h'v6bp[_[;yc~8ŴHxq-FGnb1[6`.NXoh}2 m7ǂa/'@É=^@=NW@</w:t>
      </w:r>
    </w:p>
    <w:p>
      <w:r>
        <w:t>@Ԡ#uq((c6/I؃x罁"!a߰Y</w:t>
      </w:r>
    </w:p>
    <w:p>
      <w:r>
        <w:t>ˎvҊsD</w:t>
        <w:br/>
        <w:t>Kc3ѱ6&gt;</w:t>
      </w:r>
    </w:p>
    <w:p>
      <w:r>
        <w:t>wTw pfJ#Ja||v4+&gt;~+Q;~jUr}qwRFl(䴈Fg"F]8%G($_{#ݤ\SKnEQypw</w:t>
      </w:r>
    </w:p>
    <w:p>
      <w:r>
        <w:t>TjjG,h_K'Gb̡r6?aP/</w:t>
      </w:r>
    </w:p>
    <w:p>
      <w:r>
        <w:t>5uw'ڼ78묟yP͋)`(8{L2'g|LtaKؗ%ScNv![_mH#^%:nMXԒAc~JخjtV*C۬ɾF{wQ+7+v'԰e%ΐK</w:t>
      </w:r>
    </w:p>
    <w:p>
      <w:r>
        <w:t>f6mhX*؇l딝kI%%xaѦj̈uDAA^lX</w:t>
        <w:br/>
        <w:t>|0[b$|3gym[ڢ1q-:Ro[~z[acsKب45\訯Grhu%'CD=+</w:t>
      </w:r>
    </w:p>
    <w:p>
      <w:r>
        <w:t xml:space="preserve">;cJvmtVxqkeIyKcs/~TImg꿫㶙yto8G$HE/sQ/S%n`~q`:_|e\_{4e|N5Z̮Kh </w:t>
        <w:br/>
        <w:t>FpuFjH^e5꘏f)xVWCJ~Awb=*eMI2:Զ%j2FdB/@ޥd_ғPjfz{RuTCo/Emnz$=[j'@ᛗ R.E9D1(#A^"ç7"ҥ!QWjSjmzc{yAɀUů5X9U$3  ϕ#WWIS[ORKQMt(B\P5/͑1Nd&amp;yZL</w:t>
      </w:r>
    </w:p>
    <w:p>
      <w:r>
        <w:t>bk=Fn|@=jjs|c&gt;</w:t>
      </w:r>
    </w:p>
    <w:p>
      <w:r>
        <w:t>Nm2mɞo'P}C65vGy7+/G$T}o2+z IOӔpLCKBEI "8C?Ec5[Hv@q}ٔV轎vQʕ,tIAt=),bl'0Z՝T|:5];#3&amp;??</w:t>
      </w:r>
    </w:p>
    <w:p>
      <w:r>
        <w:t>P5(MYOP.R1X=Y!%601RzՐ&gt;~Jo${ir,Ve(뎚"Ǵ.7C[mՠ-cS^oJ</w:t>
      </w:r>
    </w:p>
    <w:p>
      <w:r>
        <w:t>HJ0\!(chmrY,mT?{~ªr.F=FbXKHk aȟ RҮD)m$w]=B=ɮ.!u-ۖwdxkh'y-J{P.}ӕumR5B8l</w:t>
        <w:br/>
        <w:t>e-&gt;涡UC(FߠUYvƨ</w:t>
        <w:br/>
        <w:t>xߕhL#5xYLܻ:cUZ`ڊVXhU߆_Q,KQt3t&amp;BAhQ̑pZ5YU\0b#&gt;HG`%ۑm0:ׂ &amp;/T</w:t>
      </w:r>
    </w:p>
    <w:p>
      <w:r>
        <w:t>yRYn"|[JJAGz;TZԙa$3W15g</w:t>
        <w:br/>
        <w:t>ޓ1BVTo|B(q .pbkr6'4RƼЛ0zn\nMc&gt;5ȷ1@CZ64:Z&amp;jtwXatɐB_#X$sCSO+-z34cjLjuiM+f?uъ~Xn?-ˁxiFJuYgۓ1"hU?۲nq25yFu]JV`,PϠcH;\K懞;"1.c e5I_,{UFQ%3EZOU( @zюPL@˩KXSn?EzG廝c$</w:t>
      </w:r>
    </w:p>
    <w:p>
      <w:r>
        <w:t>ۍ/g</w:t>
        <w:br/>
        <w:t>KPP5֎Hڌ(ڦ".!mHzN$&amp;]ӗ'JZx6h2%AL q8;`ysO'I[ԩJVFLgu&amp;Uђ rC s</w:t>
        <w:br/>
        <w:t>P1} 4'B2 HSYhp!JtG##BoM֍tIJ 5Kɏ#z S5</w:t>
        <w:br/>
        <w:t>OwZ2![q5)Q´jOgѾEx`M17d1DHFCVĳRˈCWqrO|(⠒P/+%ߒ]Һ^#a|ֶ.6MuUҕQQ1P%@*#_p-ː@F]RHPC.F;%2</w:t>
      </w:r>
    </w:p>
    <w:p>
      <w:r>
        <w:t>eld$AK@i(C|bJZV/BxX3ӣҪPMDm0R8JzR^E]6{ڋl0%RAӚJHV0^Rx[U|s!</w:t>
      </w:r>
    </w:p>
    <w:p>
      <w:r>
        <w:t>$z+S@"nBQp#+e~x$l%rpy}XOq&amp;&gt;$I!.S 'YgC0\:R@˞bIԥ]Yr!Iѕr(Re#qF)n}тJ*9XQQ+</w:t>
        <w:br/>
        <w:t>O$rMJ#,ƖR5pHgMOJ_ HHvrh^Z&gt;%q'gqq{avs&amp;{/w| nmԒ@]8FՒyaH$8Hљz{kɓ:HxLmK1F}Z,?^ a+=UűT~Dp]#Xa++zW Wvʗ!#S)7N{l%IkꆠB lo_BS$tcVSsj]F#` pIږ4Gd.x0Rcj%%g^1(Qɾ/s0R,U('o'j֑v</w:t>
      </w:r>
    </w:p>
    <w:p>
      <w:r>
        <w:t>ޥw</w:t>
      </w:r>
    </w:p>
    <w:p>
      <w:r>
        <w:t>*k,</w:t>
      </w:r>
    </w:p>
    <w:p>
      <w:r>
        <w:t>ôf&amp;I@ׁb#޹I!j%I}ӤA8k1XS։Va&amp;b ZD# &amp;jʒ~{$׋oirW앴oE)y7{</w:t>
        <w:br/>
        <w:t>x0)5ƊW.1ܙ.3OP$ fQԋ1@3#E6f[Ҷ'NVcyhg1:,-)JO P7$N{xUzwI)F1/O%lGYJAh)b0euIpka\c§/ʣ25"m-K~uq5D~*,ZC{P^</w:t>
      </w:r>
    </w:p>
    <w:p>
      <w:r>
        <w:t>~"nʲhDm=0x:ܻ򣤫=)*C?w\֓w]Q\`mb QqNʞqޏ@:=h3A|Gsij%8Ěu&amp;BՐa#r\g *szkhJyƠ+foAI.%EF,PYaP`Y5'q/Q3['{L*</w:t>
        <w:br/>
        <w:t>5r,N-ECU</w:t>
        <w:br/>
        <w:t xml:space="preserve"> c| VYT~i"~ZXDзT&amp;&gt;XV&amp;M=o3C-sP{&gt;223fIu)iJfƘX(ZyMV%&amp;t3/g</w:t>
        <w:br/>
        <w:t>֕iW]^&gt;}}</w:t>
        <w:br/>
        <w:t>!{#'v=iZEkhڥsj_ӎk_ߵok'_J&gt;{nukVw]w7=^K{o뽫^??/W?@7lᛇooxs/jxlGzW^+Xk+[g3+_WV]}{VցkoK_]??xw齧N:}kOއ_~qt;Y8u`⭫zsf7xwy=N{E~[?0sޣeJmvGvͽTGǼG&amp;=zssS=z¯rz÷</w:t>
        <w:br/>
        <w:t>;O{}CG?</w:t>
        <w:br/>
        <w:t>=UjV{G/X&gt;rZBiN٣ =FޣУhhhxkuk}[lݰuLfߟ}~Ou^3{峗^:{ٍ+flߺ{[Gh[ƭ_?#?G~O#c~rO=tGwN}ԷN}ԭ</w:t>
      </w:r>
    </w:p>
    <w:p>
      <w:r>
        <w:t>[?'6|pln7kho?sCKN9}'_~%'{O:yN&gt;ddS&gt;k'^q%'^t'y㇏:&gt;9~xxx|/;}k؋wӓoj88Xmm,4ZB}={*Sݧ׻WWOk]j]l]d]h]`~\o^{?Fw&gt;~A]2[cZY+</w:t>
      </w:r>
    </w:p>
    <w:p>
      <w:r>
        <w:t>bZIkv/"{.^}VuWnf?6~\YW17+q'5ĭ.n</w:t>
        <w:br/>
        <w:t>q˒Lj▉[mp?GOx&amp;YeeX*yAYB&gt;Q~Ȯe,v/|6eG9Nξˮcw2C" &gt;G%#r.a,l;pԗԧ</w:t>
      </w:r>
    </w:p>
    <w:p>
      <w:r>
        <w:t>_uS~rϦ`hd}-</w:t>
      </w:r>
    </w:p>
    <w:p>
      <w:r>
        <w:t>;{S$.8N4m4|~6ۘ2n)LL&amp;{^nfb</w:t>
        <w:br/>
        <w:t>tQ:=KG\NFngtMzrV0tӸhkqG</w:t>
        <w:br/>
        <w:t>S-,~yɛ~%`Ak68 L?98x}ʟ4-vGLmj.(b^7</w:t>
      </w:r>
    </w:p>
    <w:p>
      <w:r>
        <w:t>oѧE&gt;Z/aq^F"C^deŲ@LVo;</w:t>
        <w:br/>
        <w:t>~UΔr)W2{~YxierVf-Wbqլwgb*2mè9jxl?c5菦E]]뱾ٜ4ĮeFD+bW=׶l2`hZ^CހN(</w:t>
      </w:r>
    </w:p>
    <w:p>
      <w:r>
        <w:t>hl-v</w:t>
        <w:br/>
        <w:t>+W,پfaO&amp;Dh@&amp;@/cO1</w:t>
      </w:r>
    </w:p>
    <w:p>
      <w:r>
        <w:t>ٵlfr9rͷ3?0){8;WWݵp}{`[onoT7/b_ox;S8Wpzum&amp;y{|RB^p+kxؓ0MMDO,=-8F޷=g܌n+k:v/`=}.4-_~Y4m&gt;4Y6v^ܸj[9{|e,vsm2^*GEz"'</w:t>
      </w:r>
    </w:p>
    <w:p>
      <w:r>
        <w:t>?rlɦ}b'cn ;l6cky'k_</w:t>
      </w:r>
    </w:p>
    <w:p>
      <w:r>
        <w:t>;#R ۓ5.0,7qŜhd\&amp;՜mُxEKxQ]~e³&amp;OqLkөH=N8cgϜPdf:b[.rGӞlK7i84ZK3xG^_6seMV9P쳼VbG /+L#_+J,/N4gi!^yҗ,.@-v٬YFlvK]~reִwFy{]/.$-~wkx䳍jw?%-qΊXGO,GU|fٚnd#7</w:t>
      </w:r>
    </w:p>
    <w:p>
      <w:r>
        <w:t>5H4</w:t>
      </w:r>
    </w:p>
    <w:p>
      <w:r>
        <w:t>V`&gt;yy6rZ&amp;p.2|sHƨvz~)|A5JFgrκk_ϫ`7cKԣGV+L[8LNׅLE˴+wںoιDF#p5</w:t>
        <w:br/>
        <w:t>̯SL0X_L6#Qʠ11;8T];*U5K}kkRR2ʪ;or҅^Xì5ZW9g.X'cxݖAx</w:t>
        <w:br/>
        <w:t>ͱư+ 6xXӚm;wTӆZ&gt;7漋=渊tmdKWr~R8QZキ/S6Fp8:+!'=,'er}v՚s v/2Ŋ++/nvOt-fqwW^)`ssj!V-?~6%6^l2Aݷ3=nf</w:t>
      </w:r>
    </w:p>
    <w:p>
      <w:r>
        <w:t>nz3\ Bv{ߍZqlJe#9|es#WϋWVt*ymE1gd%SWq[/͂hvgbӈS#˵75z.W*]#ՙ9T]+'@:=YF!"]$R`8FЩX{;`܂WcJ\kJ7Lq|8&gt; enD5VW}=/=+KgY|</w:t>
        <w:br/>
        <w:t>\3J\hYL\̌^sn)zHU&gt;^쒟Oʝ3D2SǞMg(7{</w:t>
      </w:r>
    </w:p>
    <w:p>
      <w:r>
        <w:t>yhQ!ONwI;1</w:t>
        <w:br/>
        <w:t>_k!":8R }Ơg #LȠ</w:t>
      </w:r>
    </w:p>
    <w:p>
      <w:r>
        <w:t>3 ܜ?(F&gt; 5K߅27~</w:t>
        <w:br/>
        <w:br/>
        <w:t>-pA`&gt;7M_پ@[)#cw$MqnbчZ7\rà(@:}ݑ~\&amp;tjV@b$s"Hma:</w:t>
      </w:r>
    </w:p>
    <w:p>
      <w:r>
        <w:t>k8&gt;17Ioߙi͹</w:t>
        <w:br/>
        <w:t>E</w:t>
        <w:br/>
        <w:t>RG(qOl._+{N5zބnk.qCZLUduo-E[-d6E[mMR;"B/*TuEMO9Ry[9aߣ.s x,|.6vF۬lXiDHC&gt;ROia;AQ}5P{u_퍿ΙHp;Fd-</w:t>
        <w:br/>
        <w:t>p|ݦs5Gρ%{1sdeI2EpMiXY␨!vQ$]7u4@Z(]5eȾ[!KJq|?w*</w:t>
        <w:br/>
        <w:t xml:space="preserve">⃸%,=Rci2V&gt;'IRސM'Ptqy9$wE=#lXUbణzC#K@b"!oWuŲaj?ɳހm^8qgˢ9z\kO8R6=cxnʞ`]jbůz"S}Jѱ3k#Eu}3,8kS3@TLD%o労`ypm&amp;[+7!r;?Cm\Z </w:t>
        <w:br/>
        <w:t>-ȳ&amp;OsϹH~"*1 3:'l꩜m[%'i+L1g#7J@(</w:t>
      </w:r>
    </w:p>
    <w:p>
      <w:r>
        <w:t>dCbɛbF(@ʗM:?1܏x̖)$9۲V/iӛpiMh6ĥJ? tx떴M`#8MH ANK^:'ˣѪ4a`_$БnVI~8~9s̚</w:t>
      </w:r>
    </w:p>
    <w:p>
      <w:r>
        <w:t>o_dUjxyYxc?h&amp;)j91uD2"hUIA(i3̓esD, |ҥ=1. B,h۸`h4K/l[Z-zg&amp;M/LbunEar.0+8A*+5 lȆx ?pYBSG4k1&amp;I.:j-NB32@</w:t>
      </w:r>
    </w:p>
    <w:p>
      <w:r>
        <w:t>&gt;{WUF ġ)uޗ}0%w{7z&gt;ft8P[$p-{sܟ;]yx=GrH8rk7+۬vL巍[O^|OFs29OX(*._H84lej2.TkK[Am8jfm2]z\9~!QPm@L</w:t>
      </w:r>
    </w:p>
    <w:p>
      <w:r>
        <w:t>G /odQ|</w:t>
        <w:br/>
        <w:t>[*q9'D@OG%~bW+9" uD)HRfUeƑnb~A$2$Q==RjBDPJŀG.{PSilLƲO'˼`)R@*[J;E,ced@7}uFZj+h g4&gt;K!p\%U(}-"O:6H]}VM:4'cڛGΞ|!n3!jTD},o/:Ȧ]^xsɡ织2c~;QũX-THQ4R</w:t>
        <w:br/>
        <w:t>,&gt;6@úգ)pEQ'ic!{B15eL@C|`F&amp;ppôas</w:t>
      </w:r>
    </w:p>
    <w:p>
      <w:r>
        <w:t>f6Ly:V5?t)CJ_</w:t>
      </w:r>
    </w:p>
    <w:p>
      <w:r>
        <w:t>,\(K</w:t>
      </w:r>
    </w:p>
    <w:p>
      <w:r>
        <w:t>u</w:t>
      </w:r>
    </w:p>
    <w:p>
      <w:r>
        <w:t>~Hf/Up?Qafh+OtraMC5lY-)vjl#"DxJm@g@~]sS\ò &gt;J9PMyrZ$qm{|ĚMRPK</w:t>
      </w:r>
    </w:p>
    <w:p>
      <w:r>
        <w:t>^{եg}⫐TWYʓgq</w:t>
        <w:br/>
        <w:t xml:space="preserve"> et^4rɾeyi٭*/nF&gt;Py</w:t>
        <w:br/>
        <w:t>$ڒOiqdح \3GMzpqB.NQhF]xIcHH6H݀ITqK:tv'p3(:.VѰA2z"|nd40HaX@GЧ[Etmlo_"}2Cgm[KbTjȔM6F+TO#jUZ$ HyevHDIQcE;bNX!-$^|nt}m$pq&gt;ύlg^T&gt;\qY80'PdSb*/-_syy(3Jpמ;O[`'TlMآF[XSk9@~AkV7bx`;</w:t>
        <w:br/>
        <w:t>$;</w:t>
        <w:br/>
        <w:t>WT ShI֞v(;ɝ#/u0 ~-t!K)g!:yopF4xpһum4=CNӖOj1;:!qsFxrզ#c`j/fd7ݠ&amp;Cђ&gt;bkcnwQ)+:t0e/k&gt;M\vìq</w:t>
      </w:r>
    </w:p>
    <w:p>
      <w:r>
        <w:t>uspki꘬^#i#u(4G</w:t>
        <w:br/>
        <w:t>_f̥ڷXzce/ kτU8q\Ʃ=A֖SՒI)mK6)&gt;uw)-LL[㬒̳t]4$ZEH␢MdF5VlR KScJ*ۧ¨iqwXjewx(RR&amp;q]Lg</w:t>
        <w:br/>
        <w:t>ܩ)kg'pk/[=:-HwJX¿,ECj^Q</w:t>
      </w:r>
    </w:p>
    <w:p>
      <w:r>
        <w:t>ͼӫL+BK\^3k&gt; ;t=]EqD R7knxm_x.)YvJ/PY::2Ü+wQDNcn1*غ} 6߳zF9q^tS`人!Xq]5B^En#jh{'!j'x][aqVc</w:t>
      </w:r>
    </w:p>
    <w:p>
      <w:r>
        <w:t>aƈ@OYaWd0-q^CL(46vz\z,6ʕ{X^5ݺ {TѭVen[d1ʽ|`Ċ;S-fZYтJ=iN]Ίqw0ǮIX@{_p5l'Xvc)֨pb{$&amp;M&amp;IU eJKl-8t;Jl*2喹&amp;s9|OBw;̳!w)5]8\@1Nӱd!)L`yޭXmm4ay~Vjtav]m)=</w:t>
      </w:r>
    </w:p>
    <w:p>
      <w:r>
        <w:t>VUv!F/.|x%&gt;YŲ:|еV#m劆įDx)4*-G%Vw[57׀MNm["u&amp;NTNd*WTnTZЋS Ǣ/)l*\YϔO:\## XNe</w:t>
        <w:br/>
        <w:t>ר)%g-ZSF*wx</w:t>
      </w:r>
    </w:p>
    <w:p>
      <w:r>
        <w:t>Ӳw</w:t>
      </w:r>
    </w:p>
    <w:p>
      <w:r>
        <w:t>EC2T͛٬y|shOX$l&gt;A:ʡƻ]z!kހ&gt;ĸv笱k@{w5u.rCe0}jel&amp;M9?BH.Cކ=LVERSŽݾ@n*Z}-gp[u(]</w:t>
        <w:br/>
        <w:t>i?1ֽ]?1I;[ kf*66Q6Lr`!SS/`Il1^_jZjԳpNujOh=kdUYwPDh=5oe4yTal+[Or|K\KfME6 Qgxtr(iO̖ét1l[ _+Cc^mu0i @/ eqC {frx VzA=Z&amp;,kS#?2"4**jTj-b-e}cQeNfE)_$"1U0$Ƞ%hc뿠Tw#fb~j?i멗r[=NW!RFYֲª?5&gt;qIAۦ</w:t>
        <w:br/>
        <w:t>`BQ%@Vqv۽"#Y/QdKQ#,8wF[΀pQXqKh~iūzD</w:t>
      </w:r>
    </w:p>
    <w:p>
      <w:r>
        <w:t>50É?0Lj9lRU/2"lmse@w΃6Y@}N*,)g&amp;)p|w|dg|?Q|´宄r1:l</w:t>
      </w:r>
    </w:p>
    <w:p>
      <w:r>
        <w:t>uW 0v`p6voq&amp;H_δa{(&gt;$^0g|fB"YC7;/ʼrHƹ7=\o4=(·覤jf BMni)Hs2)Lbdu~Ը)[kJI#undCB~!l`fvOA瓃!M2&gt;?I8RFh˪ȳZXN Wsh9IZΊ$$֘}/</w:t>
        <w:br/>
        <w:t>*/zz}iFi461E@8RvW?"$ebxc0N.;U_=v38*J33}9yy䷺s{(Kh}"LTSDFnuUD`</w:t>
        <w:br/>
        <w:t>G𵕢"g?,κw̦#|^ĚgU7FBVkƛ肇qY05x"{xKǺ"B+6#օbܔؠİ0wj26`s[`Ew*\\&amp;FL#ҧH~o2ؐ mw}</w:t>
        <w:br/>
        <w:t>"8ۘ_-z</w:t>
      </w:r>
    </w:p>
    <w:p>
      <w:r>
        <w:t xml:space="preserve">dbK7UAq(Mr첯8Wso6q#!n@zIHԳ^SCeP/EU*:~1߲Z7^=E?kZ.^յQRE^{ܩr@%y+y]}9S@a2Xr3a]C&gt;/VG!H&gt;[wU'?P C@ĘVK!uEb:QLkYdTtquN&gt;0`#1)m9af&amp;sE",$1`5߇ׄ==^,\3~SN`$4Be׽_#uu2'/46]׫HcJr </w:t>
        <w:br/>
        <w:t>QHun&gt;d[OZuѫ4Qÿenf0+x38a&amp;%%ad5</w:t>
        <w:br/>
        <w:t>dWگ!vr"֖f"nݧ]/-"yϋKw'Kp-O|Z(lъ&amp;:(CيU`L퐿`=ҾYsN Qϓ?^OjŎ!tf]0$Bە?-L]EŇ+nAPhfqZȜ[MbFؚ0!\a{\!@ݤq2DZA.&amp;d}nPp 4-q_Cf%,r_Ӊd]ZJIf ԜGQcNn'=iCތȆcF+w^M{"ѵ){8&gt;,p$&gt;C&amp;Op@*0?s,+s*4b6\pc!z&amp;ӮWχ1ݜmdH,@2"q%</w:t>
        <w:br/>
        <w:t>o3CW^h9ukJ6Ib&gt;naޖ9%'Gwy&amp;N4:sJ3=ͨI3!bMjxX%55`s:!` :=jXUw1k*nKE׆d ]Ø/0U"4k"2Ⱥi%hckNi&amp;$"`U/pK</w:t>
        <w:br/>
        <w:t>`wZ6m`Vv,"i[?r!|o.&amp; !yә}swݮRKw6GkjP8EwBcZ_#QkN{@|zZTepR.+No,Iv?xj?)!t dg &gt;&amp;g#dXÍQF]MhK Xr|9</w:t>
      </w:r>
    </w:p>
    <w:p>
      <w:r>
        <w:t>Pn||W</w:t>
      </w:r>
    </w:p>
    <w:p>
      <w:r>
        <w:t>E1`d$=%|RK#6iT+4Zc6Bef4Mc9~Skt 9ċ1I~#Ĺr٫ZH,%:wz͜g(Ĭz{@n</w:t>
        <w:br/>
        <w:t>B(s</w:t>
        <w:br/>
        <w:t>I}^OlzTaꨱ:,u឵EO UuS&gt;S=/C-uA:;L;WjOIY&amp;prjblU</w:t>
      </w:r>
    </w:p>
    <w:p>
      <w:r>
        <w:t>w5ɒ}6uwBFqA#Z;gdw|rkT0z#=i ճKx$B%[p?71Ѹ</w:t>
      </w:r>
    </w:p>
    <w:p>
      <w:r>
        <w:t>`j}T$ڠEů4? Oz?Ӗ"J_X׀/MZgg.gGpDZU%%Fj5ST7䗫&amp;x޵mx6_ԯ7nOXMe\;C֓620!,</w:t>
        <w:br/>
        <w:t>5p^ݏm\^</w:t>
        <w:br/>
        <w:t>R?鸂Vv @.&amp;:i^Oc/~</w:t>
        <w:br/>
        <w:t xml:space="preserve">dg^r+bdpT|ÖK&amp;𞕥yj"LlO*u1g'3W[}Γśd[ƭ$ިjJCNܔ^ nq݊˷I^bqjB*y}*-3yC9fT|Peٯ\\+T=¨,l,zv2cQ}#ǓqΦY-i7jK1 </w:t>
        <w:br/>
        <w:t>Zi0^/qZQwLɢnIw9_N} uNffJkK|;Z-$cTol:))~C(Xmz2=;Ws8'8xPϚygva_5D&amp;Id0FsO[&gt;wjcAB۶A/_fҿ,:&amp;}478Ztg+{N'ʅ</w:t>
        <w:br/>
        <w:t>Ny)$PFo( 2y`z(&amp;{FL7=OlVhg;8am"IHQ-i~~&amp;</w:t>
        <w:br/>
        <w:t>F}TV3ۙZT~ᄇ-jRJ9</w:t>
        <w:br/>
        <w:t>Z֩t$X\Jy7H^=NOt~#ľZ6Qlx&amp;+x)B&gt;$(b7j$݃yxfDز_!WՊr\?p*2Rg5&gt;'L^&gt;S9q-PHTP-_LA=Ck]&gt;F;^"n07i[4&amp;</w:t>
        <w:br/>
        <w:t>?wH-u#f6KIu&amp;jU.</w:t>
        <w:br/>
        <w:t>It@</w:t>
      </w:r>
    </w:p>
    <w:p>
      <w:r>
        <w:t>ģYO\06;P=M4S#Mڲш@`jcyy@|'t)+6uRRqӔX{I ,o_wo^w歱 pNq02KK]g}ESܡkˉ틧3q_H~E&gt;9DC\n~f=#֔!kjԮwI1Wk.!_c Fzwx[߹:@c_&amp;Uz#k{\5*a)߽(J{l LGs}E$36E5έް</w:t>
      </w:r>
    </w:p>
    <w:p>
      <w:r>
        <w:t>VTyVaC/҃L"0Y[p;p(r~Ri-ѼKy; r觗Gh#m)RԪv'Fwk'ʯg_ ?(SQO#-1?Vȗ)"{{:𣰈iBcyշ±t 6iNWG4r21WCcӛ}:8-T5r</w:t>
      </w:r>
    </w:p>
    <w:p>
      <w:r>
        <w:t>A!ZW TxeG܅97X:s&gt;yZ~uWWgCFd揼p]$){sȍ:G~L@ϱ6;kJ$R+DC{lߪ|~rrc6Spϖ(cΒZ+N)dM pb$No(^u,,כPCy</w:t>
      </w:r>
    </w:p>
    <w:p>
      <w:r>
        <w:t>h{O*ї&amp;-Zi;,*TM@y5Yp``Z8YA=</w:t>
      </w:r>
    </w:p>
    <w:p>
      <w:r>
        <w:t>F;DF$S</w:t>
      </w:r>
    </w:p>
    <w:p>
      <w:r>
        <w:t>6wUһ(UVxoߴK6qDX|? l8&gt;yj;s$}{W*fW&amp;HP հ8עQKX_IեbPM-?5U|x&amp;y=*y-S@.TisSs3W+Ye1a</w:t>
        <w:br/>
        <w:t>1c</w:t>
      </w:r>
    </w:p>
    <w:p>
      <w:r>
        <w:t>,C?ᯠS^4uw&gt;8rΉ_h/q.Ͼ{,KGg՜v(41,J</w:t>
        <w:br/>
        <w:t>qp^+o4d&gt;MNߢlM3-IiG:֘ыpNqF~O]YwHU5":k:-V[?.Ndpw'e q^]F#BD`DuI}|g?ܝt8fu*&gt;Q=Xچ՟/~</w:t>
      </w:r>
    </w:p>
    <w:p>
      <w:r>
        <w:t>UZ2Ato}.=9\Pg;%U1iүb)F(_B[؋F5.IШb_䗇(gIJ5//}</w:t>
        <w:br/>
        <w:t>.tBAyG~yge}uWUwt;3;Ξ.XYвHB`G dK?r+2`aEؖ</w:t>
        <w:br/>
        <w:t>I#_fVù=ӓ}3ywʍ'}x</w:t>
        <w:br/>
        <w:t>R.Q_/?uGpBjzG:[}J&gt;̀;ݩU,?FOw7NFkBm=x?ιqN+F{0D\2^&gt;</w:t>
      </w:r>
    </w:p>
    <w:p>
      <w:r>
        <w:t>*+/=:Icv.l</w:t>
      </w:r>
    </w:p>
    <w:p>
      <w:r>
        <w:t>Ppi̪g8&gt;cX"0S0vӍx)*ռsM</w:t>
      </w:r>
    </w:p>
    <w:p>
      <w:r>
        <w:t>y,dЉqHϖXv] |&amp;"%WI!,c</w:t>
      </w:r>
    </w:p>
    <w:p>
      <w:r>
        <w:t>0-ǽ|we^qpB,OfeZ_ـ&amp;dx@(]r;2yV;ͣU`#d592&gt;śQ</w:t>
        <w:br/>
        <w:t>tCGjZ`;e'(mPWlq</w:t>
      </w:r>
    </w:p>
    <w:p>
      <w:r>
        <w:t>oõ] __Jcx@U[}|WtLӬ䏋kf}'!k</w:t>
      </w:r>
    </w:p>
    <w:p>
      <w:r>
        <w:t>iI]\GnM0/&amp;E Lp;(Ѽ,6.$_8~!Dl_Kky:^mZ</w:t>
        <w:br/>
        <w:t>3BҖ_̱c(QՏ|}7j</w:t>
      </w:r>
    </w:p>
    <w:p>
      <w:r>
        <w:t>@W}</w:t>
        <w:br/>
        <w:t>y(ă˥AWϠF `\u('i٦ݷ9kF+^sm\II:a~z4.=P-AR;nE=bԬSar*hX:Vud7 @ Hf#Y% Y;eO4%Qx«vw=&gt;</w:t>
      </w:r>
    </w:p>
    <w:p>
      <w:r>
        <w:t>&amp;_AZHAЧ.j}S`G-Q#]mޟ~n:Q!k@[Kn'+d`%|.I8"Yl,o ǟja9Nȇqʘ0`LFiO7jtxڈKJ˄SGZUO^d%7,SzL@"gpgʍfCo5:J3Ni3B=8S{B*C{܏&amp; JM;-^MҦg/4jGKˍ0aC^ՄUZ1AVq*pR*m.A#RN~vʪȕ6uhVˊCCc%a2"Gpa;g"X0ݷ~nDw@=&amp;6N '|whc;]'$I=@e|(@M=CNIogHq 7I\!iBחêu/۫}X||įukL_27mceB+R;X[/l.umqj@lإQȑ^2\^6ܿ._ VRb Y+ꗙbrmI(%wĘyhR(_@-. Sת,.pQuE.K (06J</w:t>
      </w:r>
    </w:p>
    <w:p>
      <w:r>
        <w:t>).%H!b[eKNF\e+nWX[KYa}V%</w:t>
      </w:r>
    </w:p>
    <w:p>
      <w:r>
        <w:t>_{zUbpk6/,ܰSā丛.nǁ/tEy|`%Qg+}G9yDsWФkحF; );R^n::9Wǃ˷Sb~HUX"!MJt|ю?WXJ[St ?/rm{mVn</w:t>
        <w:br/>
        <w:t>'$8`8}ssWU7H1P44FQ9&gt;y.'U{xoyAۨ9Naڍv6y٥K_,Qh~Y^h}Jݮxخ~/fo8LdyT}WjgHAGEQXyM2 hӐ2&amp;iU&amp;iD_8#Uyuى=Sds</w:t>
        <w:br/>
        <w:t>Ndtg Q\ŋwGцpp|A)&gt;</w:t>
      </w:r>
    </w:p>
    <w:p>
      <w:r>
        <w:t>_ Hcoq&amp;k8Sy$y&amp;bߗ!J,:?on n'Ů[Gò%3[|J lvk</w:t>
        <w:br/>
        <w:t>;/-:p(+p&gt;́B|</w:t>
      </w:r>
    </w:p>
    <w:p>
      <w:r>
        <w:t>dEIF:C9$ys0*{*t6ĥr\Hh[dUJ"A}eiv&amp;^zjKکIV#j0k=i푐'@}v6_!ӎM?%ħhdҢOvqȊtriKب\`sb1=c}ɒEO[n[q3mnk+Yn'0ƽv'K'F`}mM6T]](TeRJ]k¼hVOh*f@zB9|_ڼ{DFoinpU-麯cyR {%{טw*?O2xVLqmIC:7Hf?̳*6eB*H&gt;a6'[LUߞ:DѠډ=Iہyƥ[p5q׎cl] +_}%L9?W^1T{D^yrSId܉)zVp@";^:,RS?:%beͫ9s}{ȗXW"1xXcB&gt;ZXXypl{sb!~2q?[</w:t>
      </w:r>
    </w:p>
    <w:p>
      <w:r>
        <w:t>۬VFٵ)8&amp;Œ mKj#</w:t>
        <w:br/>
        <w:t>~f_?q|h3![͖*MTۜ/ZG#'J6@m`Wl"h[T{z^t(G |{</w:t>
      </w:r>
    </w:p>
    <w:p>
      <w:r>
        <w:t>xmpƿ,߆4ʐt {r=&amp;#sW2&gt;Qe;TWƕ]ƨ:Vj!w'[ub,?(v/f뾰h!2ٴL:76\AI03CC7uFе +hYA*/&amp;!}JC}}jq^0 ~+ YO_hiяsI5)E/g޿NAUn/(ow&gt;:Up̱2CgR&amp;F`[BdՖN½UJNLq{Wz$=W߬2aEP6XWyTMymH]9żj"{Wd6؟&amp;XNNzR</w:t>
      </w:r>
    </w:p>
    <w:p>
      <w:r>
        <w:t>%ys*z</w:t>
        <w:br/>
        <w:t>y</w:t>
      </w:r>
    </w:p>
    <w:p>
      <w:r>
        <w:t>/uOpV6ndy6;'u֝-ITXRqN. Av'r4(oD5A7oP/ZEF}̷6}d3$U+L</w:t>
      </w:r>
    </w:p>
    <w:p>
      <w:r>
        <w:t>d$p I@S]JIM3{[un%ڶ=Ee)9&gt;m)\2O3-ӹ</w:t>
        <w:br/>
        <w:t>Cpʟ]iG/5#+sf^e%}l.O1# %¨.:?LV\3StE5</w:t>
      </w:r>
    </w:p>
    <w:p>
      <w:r>
        <w:t>מ#j~&gt;bۡuPZD~ΓA]a\^1=~|}޺,9&gt;*Yn;8x\oa(}WȢw&amp;fņE7+-XVGޔ&gt;nT!yɖ#/5RQӿdgԓj!vdi&amp;/؍7_wRTjF(#zzތel`%74</w:t>
        <w:br/>
        <w:t>E&gt;vFpݿxd&gt;tr;3S"/-D@Bv#֨]`&amp;^pEl#:kdpk1`.AeeE]CTvDH6al448j}҆*Ȍ00a=)^N4G6ߴL(Pjٛ!J;On,HL9^p̞硷RfLCF= _7wZ</w:t>
        <w:br/>
        <w:t>$</w:t>
        <w:br/>
        <w:t>Vްضϐ.\ۊLkU뜶t?j(-W%[ʈݠ&gt;&gt;5vOߕv=tR`3}]rG`~hϚש?˴['1!k{nHtN=lzR[ƱUn펀?t;8ͤQ9W+λTNeU4ITDUZdږLC"$"2</w:t>
      </w:r>
    </w:p>
    <w:p>
      <w:r>
        <w:t>dA1؊'?aHD [ސ</w:t>
        <w:br/>
        <w:t>罧wY{[[K'*V%*dQ%W y;B~x}ӹEoM (G05|.!|0Xb?w2Ղ[6&gt;@Nfm姽c38mӧۄ:LxPhU\cb5Nrz *ZܽJzQN{CVSl[͂=1&gt;3z͜CgYewU1J-ۇ鰗7#x%K|&gt;fnxjQż I]nO!</w:t>
        <w:br/>
        <w:t>mDptf-#RVo+I=,i#Ua?Z+Z!D$(bZ]_.p$YIkdyj߶Q_tQS?=UQ!\f.\nzo1M%FWxݵIȘRNZoO rT</w:t>
        <w:br/>
        <w:t>׌j$~JG33di*&amp;1 ?dBؒ(A;e;ený{i}O4z4Pv,pkuæk;UE[_1pTwU۳7b()|#-\gf&amp;mL qZo~ |O7!:5ٿ"{5nI7ͻh0),O</w:t>
      </w:r>
    </w:p>
    <w:p>
      <w:r>
        <w:t>һ(PD'</w:t>
      </w:r>
    </w:p>
    <w:p>
      <w:r>
        <w:t>STDE~;</w:t>
      </w:r>
    </w:p>
    <w:p>
      <w:r>
        <w:t>"'];sZgkuSr'Wt}Ê#&gt;@d6</w:t>
        <w:br/>
        <w:t>,3$)b-l&gt; _-6 rHkȅ0[FNr7_JR0=#=xIѫeJEVJ3l6!ɓD9ވTDsUE^XFer)|s502]l$c|Z@7Ćq_ioa6GaEKU\qRj|D]5&amp;P8QU8*H?QI&amp;|{PcRpu]-eZҬ5TB;qSc^sǬ*9đlF&amp; ;Ps5W^5B609ϋ9d?\Jծbh7!^&amp;Dm$M^Iϣ*5ĵMF^pQO7H8k#W;|ϵvmh'Vm\~#T`п]S7k,hљ[Ū5Y|WR#8j8͝.f/$zħ{_&amp;HԓOI h:W&amp;iVUqjDǔ7]ޘ|Jk</w:t>
      </w:r>
    </w:p>
    <w:p>
      <w:r>
        <w:t>boX?vզCMxx{ZSAQJSvǟ[{ofit.N!BL&amp;kNFwp$]QH1\</w:t>
        <w:br/>
        <w:t>60Ty%sE`XN&amp;k1-l}1tjENg?|dk^4,s]&amp;9A]5(xw5a`$#F</w:t>
        <w:br/>
        <w:t>O z걫0+Ѐ}(Kq?|Mh5F2ZcC+ 8@JyRws~y7 ܆Xɷ4YtQ+aO@eUu]#lULmh6*j2_PxqUYWurq#eW"-|!!&amp;)j4m~!?R71 nL_I|#W%V\sCxM2@P`)E.āG&gt;P󝭶,3}XUlk;sNp#r</w:t>
      </w:r>
    </w:p>
    <w:p>
      <w:r>
        <w:t>Hcð=uihBY:{zF}$`mY咦o$˰@ȉq*RE$T$x[ĕ'$=wᶏ"SIr:Q!tYHfωZeAn(h=W/MzvʬmtPZ-Fexde?ĥcM&gt;`{</w:t>
        <w:br/>
        <w:t>c0ɷh'@Kg0?&amp;q4nLǈe8FxpQMZMN\&gt;B9ɋ-]idaLie&gt;+wZlcdgzS\٫=˲:ۤsXA5I6eJ|&gt;st</w:t>
        <w:br/>
        <w:t>{-4qSyEan$RoSW|:</w:t>
        <w:br/>
        <w:t>:|Ib .W$}}b6Ve6pWa8.](KYP@Y_Sâ,4 0WmB[^7ݜ 7IyyJ2\ɉ١'C/ǣk~#80e!D1:lIIm߭r׫^4UzdƂăg߻tMϟzÆYX-p֤?]$0ĝo4+?3lO?겒$jřѶ|&amp;FJ$'u+8D%2RSx7k</w:t>
        <w:br/>
        <w:t>{ql&amp;a}Β.eёm!f'\3qBLyQ8%nd$ ү;LD\ψ3zl/hB1OR1S7ٔe:s6rTp0o|ńh'a2v8vp5J$~` e--YPu~zKT[`;0;Z瘯5t0Q9-k.`8~jYOS</w:t>
      </w:r>
    </w:p>
    <w:p>
      <w:r>
        <w:t>3.L876TϰFn~=#v&gt;{ZfvTlb᫩UȢ[Ԭu_y0gonn iFdjt@=}/t%}s /0vxq,v2si_p/$)%`ܡ|)a3f̱WޗO㻩մ/jcE3_8{E:</w:t>
        <w:br/>
        <w:t>@ogwe}U_+Qi&amp;(ֺZE</w:t>
        <w:br/>
        <w:t>kGj͙R'UwpGrI5cNy_^nRWPEbU.n(';F6&amp;7OO^;c"p7~@vuuTcԲvbsD:|C=hcB}R\=ގȃᎡL^B[w]Pnxn7</w:t>
        <w:br/>
        <w:t>s'nF+ZB㌹/s}rch\]^fTQݓ{$PhmN`=[;ܻWIF"[&amp;"L\+`鳹8}X!1=_Ed$͂IGvމTe%^_9{D#v"=d*bq:ܕOvlݮ:0Umi'45Dy(VBoҩ7IvG\܋8&amp;L1Wb8gF$k9Q6whQ;Dkr^wjg,oښy6Ye|(咖S</w:t>
        <w:br/>
        <w:t>0(2Sf~bH,KI v}!'wrl]mzedퟦ-zEqv9x| 갍;</w:t>
      </w:r>
    </w:p>
    <w:p>
      <w:r>
        <w:t>ؿߢGw=˥O/p6@Ƹ57G+'&amp;PϵHU7;d%Oǝ)bƒ=*d,8ƕn_IۖCS?{Y6CUGk</w:t>
        <w:br/>
        <w:t>Aw,_79v3X.S~`*JY0@Ud^h0?øZ-givT}@ntǯGZ M|q.s</w:t>
        <w:br/>
        <w:t>B|Qt-gApPq&gt;q;˜4H7XCppT MwEX_6"Ƣ,v,9w)߳SqamHC&gt;UE7$XJnA}D.Ggct</w:t>
      </w:r>
    </w:p>
    <w:p>
      <w:r>
        <w:t>wBqHƣTjGV[@Ʈt6l뮓l&amp;93</w:t>
        <w:br/>
        <w:t>YXjvU</w:t>
      </w:r>
    </w:p>
    <w:p>
      <w:r>
        <w:t>i R*s DۗBHY/\srib3;Ieǫ{BG|kѴ鄷Odܢ.Pw\1-JH%JWյڥA|V&gt;oeߑMX&gt;Ƕ&amp;$b.cDOhIWyer'V-</w:t>
        <w:br/>
        <w:t>o"|bDvÏg1ͧ~D(</w:t>
        <w:br/>
        <w:t>LvXwrNJ̯x&amp;4rvMR^E^[ƁSB"G</w:t>
      </w:r>
    </w:p>
    <w:p>
      <w:r>
        <w:t>()</w:t>
        <w:br/>
        <w:t>lchf</w:t>
        <w:br/>
        <w:t>b|</w:t>
        <w:br/>
        <w:t>ʾ@]VM}Fy֖Y!0C Ĺp;rH\*8Ď[aLei</w:t>
        <w:br/>
        <w:t>Z(dҸj7ggujq&gt;/fGmz\d`9HWb"|R! 'FJuExbE3ū.</w:t>
        <w:br/>
        <w:t>');pM#҄</w:t>
      </w:r>
    </w:p>
    <w:p>
      <w:r>
        <w:t>vZE&amp;ds~"qH"v%vrN4+ zZQ K</w:t>
      </w:r>
    </w:p>
    <w:p>
      <w:r>
        <w:t>Ӈ+s噬mx Ŀezz)k.TL8wwy.r</w:t>
        <w:br/>
        <w:t>!W;fZcԫqgBiKVSb@p])cGDqIAۮαv]F(~Rh&amp;D1H s2^մqh=gϨdbjWʖr&amp;\π?j@M)RLea{Lڅ$#wrҦ}b&amp;̺w8֬L&gt;"b9p?n4^j|Ƨ,?qZZ0rB@+ɂ P|e\ߔWuY`VJ{}</w:t>
      </w:r>
    </w:p>
    <w:p>
      <w:r>
        <w:t>yOqH&amp;${⸄N&gt;ܝx9eDOU{/eUQ5E뵺$t5mh؃˜</w:t>
        <w:br/>
        <w:t>o)o7Lm}%1 g</w:t>
      </w:r>
    </w:p>
    <w:p>
      <w:r>
        <w:t>V3toqh1-')rĀA%Pm#spJg3\!J=}clQgJ ~#0d^vX9s奘| ;.TvoᡖR~!|\VS9XYmJM</w:t>
      </w:r>
    </w:p>
    <w:p>
      <w:r>
        <w:t>|qpxH/:ArűK^NR"dd?/</w:t>
        <w:br/>
        <w:t>ҧ]^627'pq+\e{kj9ESYVIu~ݩϩd9P'yϵ(!.\?֥7)m!_xGqūMtoqq"|)\rm^jZJ2vd޲%&gt;l\qQ΋i2nsW28.G[f&amp;:EG7O(e̬D[aN&amp;GUr"ϳ;re淬</w:t>
        <w:br/>
        <w:t>qY*WwM)'^_wVU;_#X_^ͧgE</w:t>
        <w:br/>
        <w:t>tNpˀ!.q+ nmR/!4VÁI̞G</w:t>
        <w:br/>
        <w:t>NSj27 ORy.Q6Oz¶M</w:t>
      </w:r>
    </w:p>
    <w:p>
      <w:r>
        <w:t>O岥4MAnxrꏸ6'rI|6aVUIvK3+,).%VT}汾vd֖d)U</w:t>
        <w:br/>
        <w:t>SӟPxaL&amp;XU'Hk8mu]R㎚(DN3&gt;B*5\wc- wcJ7p#ᣀMEFz]hPE$MB=A }rCrI8&gt;+rx</w:t>
        <w:br/>
        <w:t>Ey6xKIqܸxzggyչt(@g4CyWףJ=#c2/濳h^Ċ=Q&amp;evD"[3m!wJUdE©)hG;L:@4[ф[z?Ii0݆lrz޸x/?Vt1wu|IKruO}WdZ</w:t>
      </w:r>
    </w:p>
    <w:p>
      <w:r>
        <w:t>ٶcl Y)=豾 BAx8:㓧 snSY*W+p&amp;WǞZ^jnb-(􄝒c&amp;En5iKDR (ʚ7d%yp$J3[vW~nSa^kbVlTzzY\e8iW_P%j/VSMRni^~?w`[՝5ڍ5$cz~LoG}/MʌҢ(X鏀rOMJIlՁ(4`S\</w:t>
        <w:br/>
        <w:t>e(Y0jH}WjcCo</w:t>
      </w:r>
    </w:p>
    <w:p>
      <w:r>
        <w:t>t%G'?mǡ9wdHoduTͺ(I,-cܷq+[k@}XȜ{wJd_fqq"jPvۼ=߃3QUlߛōE'z{U,9ϮYI\(⬖mqӳ,kp*1</w:t>
        <w:br/>
        <w:t>E]&amp;/L}`):ug)`&amp;(~H|</w:t>
        <w:br/>
        <w:t>bd`2X^H/U@IBJMOƀ6?-J­k_7|\塤_e,</w:t>
      </w:r>
    </w:p>
    <w:p>
      <w:r>
        <w:t>̝fHS/4%Lh}KکD֎;$Pp|`Ulx.{w%(p'pKk%"R`^(4f;՛~PKta^fUjVc#zV+So+nv㓪 W}@34";Io?țZ^ҵí</w:t>
        <w:br/>
        <w:t>uwCvYOPC2U0Օ)ܙvKj^TUN7_мxK</w:t>
        <w:br/>
        <w:t>U.e*zSۈ11ϫ;LuUŽ톙/+\Cza9=n$;FdzTHfv=X-d)O{nm0wJ8e;ItӨw9gH5=xJJkϏ͗$BsyS[!e&amp;b^}LW0Zu&gt;Xme -wXft;c)zLTZÝ0[[V{,2c?(H7P*NZ3fIP'"Ş'eMMq:A&gt;MPYK</w:t>
      </w:r>
    </w:p>
    <w:p>
      <w:r>
        <w:t>_JY̑帪ߞGڭ| rWG׺kx)j</w:t>
        <w:br/>
        <w:t>( ;^ͭQ?NLOy&gt;&gt; 7!__en&amp;SA}wREȹ5W6&amp;~֦(isp$</w:t>
      </w:r>
    </w:p>
    <w:p>
      <w:r>
        <w:t>Kv'1銊[8d,ʞ֭μ߬&gt;WQZ 3ϴXZչxHiTR=mjr1wkt4EsSb͝+y% J@зEDWtt fb-gwor%a܀ÛCnGn2̘a'$RLo#</w:t>
      </w:r>
    </w:p>
    <w:p>
      <w:r>
        <w:t>ʟ=Ɠ%֨Ruqj5.ls͒b㹔zo"FFv6F0C AyN(ɐnR5H[bzj%˲%Q*5(FJ*RhyZř#{q58EhU"~UJCYͶj;uTIFE7;WAmlvߗ!co&amp;5zgp߷M4^?K3@L;۷&gt;kؗ[(7k</w:t>
        <w:br/>
        <w:t>b]jmoqH[</w:t>
        <w:br/>
        <w:t>i5|% -p&gt;&amp;*))R^\Q)i&gt;b?:uC#uGKtP</w:t>
        <w:br/>
        <w:t>h3BҬsS-T&gt;OoSQ{_Wz!;=⚩m[bGO.0V`WK;BV+\;}&amp;zZWWǯE{=2/ 8@9ȠiÛ7,GRGEi)ܘ/s(bRTh~ݰ3UemΖkqC;?ZH݁g-!͖xƢ k+Y OV` (PϑX2RE n9</w:t>
      </w:r>
    </w:p>
    <w:p>
      <w:r>
        <w:t>!</w:t>
      </w:r>
    </w:p>
    <w:p>
      <w:r>
        <w:t>z]jwiV\u=?x!F#W*yE:t55</w:t>
      </w:r>
    </w:p>
    <w:p>
      <w:r>
        <w:t>bSdXqlu:mQ1bЪVW^(lk[</w:t>
        <w:br/>
        <w:t>G\SqSgZ%`} @</w:t>
        <w:br/>
        <w:t>={}^qO5I?"/,Ϋoի*Ud5dsf=={wfhF3v cYK۲oXPc$b";8  ĉKX% 'WU,M6s,ῒ$&amp;Tc_a5Ix8Wq4՜FU6ߌϊ[5?2gV7</w:t>
        <w:br/>
        <w:t>8߫xb9qi3nWۙFmKkT{EFdE{f!aTI/#u^=|*pCP ͉3ӂ5 KI5Y?b</w:t>
        <w:br/>
        <w:t>)pn1x2̋GZ_K8K3=I1m頨C]IdB[y9W/۶ϲoh^oY^T19</w:t>
      </w:r>
    </w:p>
    <w:p>
      <w:r>
        <w:t>@|ڵllPԑoJt^1w-Mv1gT&gt; 7S&gt;O^'6j|dkE45w</w:t>
      </w:r>
    </w:p>
    <w:p>
      <w:r>
        <w:t>-W~ަW;Bc</w:t>
      </w:r>
    </w:p>
    <w:p>
      <w:r>
        <w:t>l`jm$%^ms܌0U 0</w:t>
      </w:r>
    </w:p>
    <w:p>
      <w:r>
        <w:t>MK#0%/HF7L?'ƇoBKAf{:r4S_T?ӹ8ըvɬ[\sqtY_)7?A|Mz+]Az8#&amp;/</w:t>
      </w:r>
    </w:p>
    <w:p>
      <w:r>
        <w:t>#c%8Z*,߱BszU_MV\m]ҧX¡[vkv3U?"DQf؇7U7[ll(/Y#]ziP]</w:t>
        <w:br/>
        <w:t>[В=i&amp;sV^</w:t>
        <w:br/>
        <w:t>| t0_n|zI5&gt;żmV+kKw^L9b02y8*pGnspWrlv$wSG:ZyAvBl</w:t>
        <w:br/>
        <w:t>mV^'j߭v*7+7WbJqgђXJch![D[6tsvb2~`ψrlՇ*(Є@O7Mnv?o(G"L</w:t>
      </w:r>
    </w:p>
    <w:p>
      <w:r>
        <w:t>0L$Ir`V8H8׭P"jO&gt;Mzy9Rw[gCo!m{[\]mjy'A%yF@fT=|ZSg{١ygr@.w]`HBDj0}5^p&gt;ϐK܆ҽ n:MRʯݔʉ"dQ:0,X Y,d+ [Z&amp;V]pM</w:t>
      </w:r>
    </w:p>
    <w:p>
      <w:r>
        <w:t>aRAl u@+!XRIi\bwXA('8-9o8_3ux</w:t>
        <w:br/>
        <w:t>EJBsؐ&gt;k!ğwǍKyflEc2̆z-sγܲRBgU?XY1$9$!Ff㣵:]-[J1K,ͣ:-9.R=ac_!=̈:?ڕa</w:t>
      </w:r>
    </w:p>
    <w:p>
      <w:r>
        <w:t>lV;";mrpLf=q=]wsQ(V5[fe&amp;$V,rg_km$d =ߍzh'{C6ҿrC+GGC#xs13vTcYc榌$Pɴ[̂:&amp;&gt;+[AyA:pX6:?hϦ8GjzZaqqŮ{gLjJdH7l^?Un</w:t>
        <w:br/>
        <w:t>{~-321wP</w:t>
      </w:r>
    </w:p>
    <w:p>
      <w:r>
        <w:t>'ޏ\</w:t>
      </w:r>
    </w:p>
    <w:p>
      <w:r>
        <w:t>.hM!6P.aPlpkO</w:t>
        <w:br/>
        <w:t>aIi!f8eZ;9ZY۪P=QdWȣ1{BǄ7K:ޫ&gt;1܈ PZK9wҶ_ԩ1Sƿi?&amp;Q(q</w:t>
        <w:br/>
        <w:t>ّꌳLpRdmGTRn$OޓASG]҂{d5@[}ԅkobMsts2 ,P`Csp;Trlb6.TWgBM#mT`Kur2p~lKAkl}e pH8|5WcB3?5v;q5*EoW</w:t>
        <w:br/>
        <w:t>`M/xs+Sǋ=*4U_g{%wP&amp;:zʺ`iLxɂx@j!OpoU9fjGe37ĳE,&amp;Eob["O)}41y MIrۗ}\?b]YV&amp;\B}v).I5]eٺznqAA4&amp;ׅO~,+҇kRMY8Y2?</w:t>
      </w:r>
    </w:p>
    <w:p>
      <w:r>
        <w:t>lPL{QŮ[^S+&gt; XS}pY++VI]|tC{p2-mLQ8xV .^ NY^#B^豈</w:t>
      </w:r>
    </w:p>
    <w:p>
      <w:r>
        <w:t>\p +..#6^66P(r:h#ޡT[1~ۋp</w:t>
      </w:r>
    </w:p>
    <w:p>
      <w:r>
        <w:t>爊[^5N;Kc;sp\L,aq5=+`zVxj(AqךmĽ]薎)nJ8K*%lq4MCOÀ8D.&amp;DמDESz[9]&amp;Rhc=]HNN{M%XWWvn7՝y</w:t>
        <w:br/>
        <w:t>lpEKTxNuv|FrRyr::HlfBVFaǅ\_$eg]ai6iR #wń+∼.{%I4/ll rG67ENa&gt;-]VюՋ,Rhfز\SLWxT!gC6[|{UsxTzuCɒG`Ft*[*u%GbfPC?d$gMx^)$pu</w:t>
        <w:br/>
        <w:t>ES8XWי</w:t>
        <w:br/>
        <w:t>Z0Xb35~kcp</w:t>
      </w:r>
    </w:p>
    <w:p>
      <w:r>
        <w:t>N"</w:t>
        <w:br/>
        <w:t>ݲk0wd$}49B%\G+#MK8Pw~0BXY׷cjZ\yπmNc;%Gx$]XK(\AQcioxmnPQ)p}6</w:t>
        <w:br/>
        <w:t>%K" )</w:t>
        <w:br/>
        <w:t>:6xra0Cv/}QQEZ_vWN65qDz=0ƃt^Clku|?n]zk:0g2ys%M8 &amp;ߩ(=tz5\ T$_gkŖYV</w:t>
        <w:br/>
        <w:t>p~9R;, )mJ 0g&gt;NqF#kjMe8 y:.M&amp;5</w:t>
        <w:br/>
        <w:t>_#7 BB)&amp; 2RvobO_ؘ\^r8vX𖊴GмF |!2Z9gWm#QSs$k0gK:('cMS3</w:t>
      </w:r>
    </w:p>
    <w:p>
      <w:r>
        <w:t>E</w:t>
      </w:r>
    </w:p>
    <w:p>
      <w:r>
        <w:t>vh+vR</w:t>
        <w:br/>
        <w:t>5S1g4ҍidۻƦ43k|'yl2J,</w:t>
        <w:br/>
        <w:t>IpTվjj9XXכ&gt;ePIY.fc|wc:_cipQ:iGpw,woq%kl# "ۯT$ܬuU9yד-?[pqDe*Yw3$ΚhĄ%`P@Y2bO</w:t>
      </w:r>
    </w:p>
    <w:p>
      <w:r>
        <w:t>638WSby0sٰr#</w:t>
      </w:r>
    </w:p>
    <w:p>
      <w:r>
        <w:t>w\oQ 6</w:t>
        <w:br/>
        <w:t>D?|b2aMxaҮ~U_x:ME{kVVXtO~71#a {'b|F6[!RBNj\b5T˷</w:t>
        <w:br/>
        <w:t>2'j_k_e֗hr07agg9</w:t>
        <w:br/>
        <w:t>'#QFo$@Tl83p4 ŉ4$\&gt; n25͵Xgz!i`? r:Lp^|SiӾmֽiGAm]lH=8</w:t>
        <w:br/>
        <w:t>dtI(AnA;.Llw6^A|2̐ z0?V{&gt;ڇt1*4Li7</w:t>
      </w:r>
    </w:p>
    <w:p>
      <w:r>
        <w:t>Gcɚl|"M~#st60`)6E2i%-W3^]:2_4~1hPrTZ$n[;ƵY0?J6Fd=}:LoP\ a5M</w:t>
        <w:br/>
        <w:t>|z($aQ3!M\NpN'v#^xVK}юWoCƷ&amp;ݩۜiKW</w:t>
      </w:r>
    </w:p>
    <w:p>
      <w:r>
        <w:t>=GD|K#YL-5?zH˨&gt;حGtDb0D"et=m֬\uWK9s)HBMbZM6d(x{puNpMLJKrڦ͍@n50Cܘ&amp;Af||(E</w:t>
      </w:r>
    </w:p>
    <w:p>
      <w:r>
        <w:t>䎖q(&gt;zuy}(6nhTKd9_t(+DE+^&gt;Ӟ;!Lz`&amp;i!KX(ϾAޮ"-UnOF*|Uú{(5*sk6U+47X`7ɾdU:L4&amp;lCdwsV(&gt;*QKtc-EZ/|3gp'Twg\zƸiNWef.d}%$2C_TyIˈFmGXc]#q_Ƨ}}cUJM)?C4jG45Yfr#Xz&gt;++3T)0^kQ][lHM!ea%+:.?nÁ4e</w:t>
      </w:r>
    </w:p>
    <w:p>
      <w:r>
        <w:t>yb{/P\7q_ x "olȍτ44)^SٛbmjR=ۃ܄(Awhmܦ$Γ\/!V-rIG!4SW1PfF-y m]ek+ 1|¼R,9%J$nOl,b^Q" 1W_г</w:t>
        <w:br/>
        <w:t>k˻?dwNgv+^$ﳕmhhNJ&amp;,pp</w:t>
        <w:br/>
        <w:t>:4#@@dZI2U}#ciLkqDȩG.f#/!DKL]V(l6an&gt;8$Gɮ Y?ZM&gt;yҌKM3ͦ6ɴ/t9w^܊7T|gD町,FV9䈜kCkZ`./-lTӤEK@)8F|{Ć!giyEFĎ%/&gt;9&amp;2y[4?/o</w:t>
        <w:br/>
        <w:t>%US}VsД\hv4Ӫތ?q/vч[܎rUݎGԈ~@y4u,WG7#\l9ʻd `LB TEa+RwVe$I-rڎ?ݔ)^5T۲:SwmaF*S)P;Y^~Un/an~e9O+#|Tim</w:t>
      </w:r>
    </w:p>
    <w:p>
      <w:r>
        <w:t>zAUhGGé`Rt~2MǼ|3pM&amp;!Ϋ+FEW</w:t>
      </w:r>
    </w:p>
    <w:p>
      <w:r>
        <w:t>Gin*tteb)۸1&amp;3#=_j;S}_J-7*&gt;ʅP&amp;u'Gl0 ʸ}</w:t>
      </w:r>
    </w:p>
    <w:p>
      <w:r>
        <w:t>O $#EebxK3JlMn\Bfh׶SEU?f/vT18Lj8AP3=DnF#tݟuiZ'tNjL?c_#uWw_}R[wUuuU,pf8$)Je&amp;MYdfApYR;68 1@c$</w:t>
      </w:r>
    </w:p>
    <w:p>
      <w:r>
        <w:t>X1ȟ8P</w:t>
      </w:r>
    </w:p>
    <w:p>
      <w:r>
        <w:t>W9CȟbO}}9,TY΢ztg=1^yC]rǞ[|uH9!4̗B%M</w:t>
      </w:r>
    </w:p>
    <w:p>
      <w:r>
        <w:t>˓,pq|[:z-&amp;Ck)O6z|i&gt;VσjLӵ(1Qg||_8oنCM^vAtYuIV*DOgֹN}:hφ</w:t>
        <w:br/>
        <w:t>'1&amp;YI;0Oi`2r8&gt;iĽUr$)PC&amp;8Ƞ_(E}2Bf'E\b_8wqBy|^Dab9=y{əl,ڜ8MkULTtnف' |E~gxe%7,7]%9!)fCK?h=;qYPXF]xY̌xՍϽWd(eaeG,[6FTڧ}!Dܠ(NTi%9v'aaS:4*l\uNKTy"5</w:t>
        <w:br/>
        <w:t>ٓ:Q&gt;-ՙǛx8d|</w:t>
        <w:br/>
        <w:t>S=.M-)No"}B$|cW9n&gt;I҅-Bnh-_226ݲy4@3`dk@ai9.xĺ!;ުhuTa`c9gR(HY3zc_xj MdzDh</w:t>
        <w:br/>
        <w:t>a%MG̦C]w5he]Ba/C^-Fd$5/+̖[&amp;2ZQ?$PUxw4ǹt;tqHJSp-2Qp)۱^H֪?lz1p4?8?o</w:t>
      </w:r>
    </w:p>
    <w:p>
      <w:r>
        <w:t>gt43!9w s63&amp;Z,6j_]@Jꛆ_HlK긧n6</w:t>
        <w:br/>
        <w:t>zI2ʣWˠ 0y bPtȮHH|D[[u)B)sa2NSWZ+\ߗlDAcq6&gt;PAՓؘM_y,tvTkB</w:t>
        <w:br/>
        <w:t>U&gt;@ht&gt;A-!f_XߡGZn[mRݥLڒC%V(i8&amp;5 k[''*csbIQ,a,yR؈Gnvj1YPDJu#]</w:t>
      </w:r>
    </w:p>
    <w:p>
      <w:r>
        <w:t>&gt;Pp4Z"w'ρ8:|{(5dݮlKϙ^/㚑OgVv\qoWD?IŒ@/GWNuWf/8@!OE7iN1Kˌx} vnzOlw ;|=OQBdE=Qn-%bM^C !PwCD7$a ^3EjVs'Bk0rVIxBMKQUoKW~{&gt;/UFuAݗ:%슒(Z}ϓxPFB@2=ϘF(S8mt43j^iD_n*` iL;clVcm4GP"%~է5nqI&gt;8ђU</w:t>
      </w:r>
    </w:p>
    <w:p>
      <w:r>
        <w:t>$1 \-Yyr06h ;w%&gt;V=띶"qzM~( QTZd /L0v$d*xH,ԏoT7 D]`(06:锘zbfdŴe'_. jBu\ONi9hq|V0Ź&gt;)qߘx{]L'eEgʤnB$^n΋庋W53X[{3y͆Mm sZxaεm</w:t>
        <w:br/>
        <w:t>J</w:t>
        <w:br/>
        <w:t>^N0#!7=Ǫԡ78c-Q(/DX߈siYCpK"O&amp;&gt;~{6%iy</w:t>
      </w:r>
    </w:p>
    <w:p>
      <w:r>
        <w:t>=oViHim-@\η}&amp;t%ldz&gt;zhx|`$GF,Y޾.JdZBbR.QFM</w:t>
      </w:r>
    </w:p>
    <w:p>
      <w:r>
        <w:t>Tehm5Ba&gt;M_segSĪ2x%/%*{z}XJ#Vd1#/ZEնRcBub0!PܖfbyߤhKk ]!p:u*X+FxۀZ;@BH])7`K41:"I]șh~F֞&gt;q}xqk"7EӂB{֗+$Z~8SGUe[u5Ę!~</w:t>
        <w:br/>
        <w:t>aD:xYmD^-x\f&gt;#4H!Q]ְqp"c)DC+V k}(Bj3]ێpECiQFQߘN&gt;3C</w:t>
        <w:br/>
        <w:t>Ck;so4y:KK]AC:ZS[%!u҅XBk97U8pS</w:t>
      </w:r>
    </w:p>
    <w:p>
      <w:r>
        <w:t>d!ZdSlS</w:t>
      </w:r>
    </w:p>
    <w:p>
      <w:r>
        <w:t>aJZ~7m1lܭ+Q-C]&gt;d-ؿ[kNG='!4aJhSq</w:t>
        <w:br/>
        <w:t>]</w:t>
      </w:r>
    </w:p>
    <w:p>
      <w:r>
        <w:t>0Y1IF͋)@^_/ZL(#&amp;_XO{.`|^&gt;5ʩ'K|D6&gt;J#¾](]K)xNlq=zo?(;( G̖ba|c0I"몷xJs{YqcO;TJ/NrܓjB۷(fƈZ+LH3זn]k|$jlzis1yly7@_*v}KC}iH]qC8[.Zy&gt;</w:t>
      </w:r>
    </w:p>
    <w:p>
      <w:r>
        <w:t>'pb~u5tmwBiDN#VcV-,BL@s䯳u:1jnZ@L*.</w:t>
        <w:br/>
        <w:t>hX_6(C&gt;'XWFƉ2R)V봢73muqȱWJs)$3f*`&gt;L^4THAd%m0פS #.B\UZ)-u</w:t>
        <w:br/>
        <w:t>ݝ'5x?O'vnⅼkR! vTN&amp;D!ֱ(yv K|</w:t>
        <w:br/>
        <w:t>Օ.#S_qYdà4xaڤL|hd݌d)iL 0кfђ!&amp;\}'-KD]Vk1$Ԕ/= &amp;;$ϹԀvYt*RɫSl3٭3IU'4N~\gK* _Oqڃ7$Yäzf2QӄMkoL؏wY</w:t>
        <w:br/>
        <w:t>OSg</w:t>
        <w:br/>
        <w:t>PuuFƜZZb?踷Q2]W:՗|p= keܫ8|DoD</w:t>
      </w:r>
    </w:p>
    <w:p>
      <w:r>
        <w:t>bW&gt;-Y0'vX{b؎tee1@%3X}3Q-@$;H4\Z1}YxD٤Vi</w:t>
        <w:br/>
        <w:t>29Uՠb$me0f</w:t>
        <w:br/>
        <w:t>mNAjM \</w:t>
        <w:br/>
        <w:t>MBO!^_|̍ن#nhM*Bz[PaTC.6hiڕW-ǳ u4F:ұuҡn5;-,8~I zD[JmػV ~n2uAkQϨәnhv^ͼ\QI kE۹͑DT䒉jƀG</w:t>
        <w:br/>
        <w:t>*q+aٷr+7bS{XYB+WX+H{K\wj*3GaNY.ʗo/HL8c;uY'k47mjAMCcx.6vW0Ut))| k:/</w:t>
      </w:r>
    </w:p>
    <w:p>
      <w:r>
        <w:t>O`#4zʯ`K@zɥ"w&amp;|g=ɋ!{^-Iﾟ(5R3Y( H8:Õ3xu9?.;E#;q4-'U˭,N/</w:t>
      </w:r>
    </w:p>
    <w:p>
      <w:r>
        <w:t>AwUTœJf!؉H)VX5]i,$*,S顃V^]WOB}۲Ft-xox:{(Q2GP+hgxY}= _0x- }aiGIԫ]StF:ZYVE9pvEQG-uX;@C1jo(T1T+ar</w:t>
        <w:br/>
        <w:t xml:space="preserve">ܿnՊgj?ӴxacjH}iZ7T1Yw+ͰMZ''\@:|Y?&amp;h^Wg;8eMfb87Y&gt;3B7_1xz%vjKL9U'3b(j|bkǂ{+&amp;)y*'zĆ=?Ouj!iR`}++o;oKIݗ\w8,B? </w:t>
        <w:br/>
        <w:t>vI DwгUmĜeܤ;Ŏƿ?Ѹܸ6헚jzwV&amp;,&gt;6siBHtڨf!tx;_pKc+]萿}xtY ;}CE i+Qyp ҃}|1N/y첿+{xgݏ߀T+c^ݍjy[?yx`GS</w:t>
      </w:r>
    </w:p>
    <w:p>
      <w:r>
        <w:t>E/=z=Op&gt;z6EqB-mvMV0dYr&amp;l)Zy4@dy]L"OCAr</w:t>
      </w:r>
    </w:p>
    <w:p>
      <w:r>
        <w:t>6@R?NF&gt;88U%</w:t>
      </w:r>
    </w:p>
    <w:p>
      <w:r>
        <w:t>hyASٓPu&gt;C</w:t>
        <w:br/>
        <w:t>oZW*`|5V৻^T3I8fo|4V]=NM鏮*h`ܻ/:/2+hӠi4kǭ72w;~d1UB!9ҼsAPR2E')?i4ɾB</w:t>
        <w:br/>
        <w:t>Q HܫibF"Q,bN+xִM@1y*</w:t>
      </w:r>
    </w:p>
    <w:p>
      <w:r>
        <w:t>GJ\-_1%")q)su'hv-ڈhؽbi(bx</w:t>
      </w:r>
    </w:p>
    <w:p>
      <w:r>
        <w:t>U(e\nD|H4qR?(7:^5aa+繩yxoht@1V</w:t>
      </w:r>
    </w:p>
    <w:p>
      <w:r>
        <w:t>P+!|Ѩ ѽ ,aXgDhҫ}AZvN]3|qV4ip[+@5z[hh!3c|))2Lާ/V)</w:t>
      </w:r>
    </w:p>
    <w:p>
      <w:r>
        <w:t>&gt;5YM</w:t>
        <w:br/>
        <w:t>@V;JCd%pxr#@_UW+_m|h' .N׼s*9r+q;1ύM',W!t["[&amp;F~%5x]d#JefMWD}!ڄ&amp;qָ</w:t>
        <w:br/>
        <w:t>-)&gt;7鲗rT__+P% Rt//':?)</w:t>
      </w:r>
    </w:p>
    <w:p>
      <w:r>
        <w:t>Kî}XC8)th</w:t>
        <w:br/>
        <w:t>mӴ"*E</w:t>
        <w:br/>
        <w:t>~I,$ Z&gt;K}i&gt;!1SDO1?2ZL5'prRW^L</w:t>
      </w:r>
    </w:p>
    <w:p>
      <w:r>
        <w:t>q뛁IШq6&gt;Vw/PFS6SU-,y8);ˊGlwzo1]^j&amp;p-C(CdV&amp;(V^M(K|</w:t>
      </w:r>
    </w:p>
    <w:p>
      <w:r>
        <w:t>˽.S.%\Bhi{Øc {CzC6W ʷl*/p]q?#f`pyGWsi` WS؝vI x?X̸ݶyX8IZO$-</w:t>
        <w:br/>
        <w:t>{ws!\aRmoG:]^g=1X8+cu-PI!s~d{?%S4!I{9bj=.85M[`&amp;</w:t>
        <w:br/>
        <w:t>eFG#]fA,P(G}&amp;A!sq]4F*lTxa2T@O$&amp;IvQ|g3;w/y N:M&amp; a</w:t>
      </w:r>
    </w:p>
    <w:p>
      <w:r>
        <w:t>!"|JKcA`U*UZeP?I$A'\k}=u޽羻{</w:t>
        <w:br/>
        <w:t>[^2%3O[\=JoYO3$KOuzɔDZ"+E1Vظp 嫇(f\7^x,:jHpxnN3xfk]sZV@+0|WG WoP#noczCX&gt;?򬋚/-mEϊmKjN8</w:t>
        <w:br/>
        <w:t>C/3wj*'VTtTPCaƧzNۇ"HCB3O3:͘&amp;ԾlcJϬ@;w]/8_򏿞Ks!oF¹;Ai}0L`@Ec&gt;6b</w:t>
        <w:br/>
        <w:t>a*`ab/_EgF%?l5x= Uxn2-qZ;B^KȫJ]R2*=*\ ݴPvO)Ɖғ`D=fk=*f M9g</w:t>
        <w:br/>
        <w:t>Ԓss]H1obko,s9EYQ7zznTӀy*!͙+;pBSVtGqq*W"uwL+ϕOe2CiN#=@8X 䔍| &amp;*Un(#\T1fec;Iwx).X:`uS=Euƕl#˰0SQB܆}GH5ZL{;&gt;̝}d,-gaݤOڑ#Af+*(Js|t%Bb"g/;iaiSK;0f_\x2 F|(Psq,zQ^@p9&gt;{we0C_*-ӆ%^^W7$yyuD;vR%;0UlDr{RSR0ѸKT=&gt;M:6x)߭!V7TաWEWOC8@ca!Em\$\U?ANؗ8:\}hB(4QR^;mDhZq&amp;&amp;rb,۰ɘ4v=v.*7pPa|ĖpvHybi&gt;={ r)y;lhv|ˀzv:!fYL@e8+[94t5</w:t>
        <w:br/>
        <w:t>X3Ɋ+-oި}D(QJ</w:t>
        <w:br/>
        <w:t>wR_׫d}9n(\&gt;{Y5[XRjftM"L6#jBJIRHS75?(@RA</w:t>
      </w:r>
    </w:p>
    <w:p>
      <w:r>
        <w:t>Hxrot٬|}g6_</w:t>
      </w:r>
    </w:p>
    <w:p>
      <w:r>
        <w:t>y;.z-Y{ߙ_WAϩ%</w:t>
      </w:r>
    </w:p>
    <w:p>
      <w:r>
        <w:t>nW,]a0Xiߧoxxp0}Gnw66HҮM=(kDNi(ތY0P35 cS=SΦlO*</w:t>
      </w:r>
    </w:p>
    <w:p>
      <w:r>
        <w:t>ڨvQl3./c1i"~@k.7G)|IW9i cqnl+и vbN`7?1]z</w:t>
        <w:br/>
        <w:t>Yq1EV8lû,%;μ2&gt;?:^WPnw4o.g͛aoZOv~vh#k\ex[^*]!ujew9!Mro\y(;DGJG91m-_lkTSЛۛz^mdKn5 *1j]mZX֕ΊүryyrWDc\Ga/BX\y5dN͂C$#ՠ?j;1 O:hAܯ~Ƕ` ZU+Cy"&gt;ema</w:t>
        <w:br/>
        <w:t>Yδ6i[tp}1@_bʜQa5s62/rOFk~}ȕq \a|b5SDCWh+OZM P@9-%c\4/Ēv\}ekOu8]po.Nڟꢨ}K9qj)ϭTeM&gt;9^|F4ƺ'ߊC/W.l?&amp;!.ݵw</w:t>
      </w:r>
    </w:p>
    <w:p>
      <w:r>
        <w:t>tc_q}޴eہncrcs</w:t>
      </w:r>
    </w:p>
    <w:p>
      <w:r>
        <w:t>Ag/mI%m9=6;.`|X\r</w:t>
        <w:br/>
        <w:t>w~F%${ٻrӌ^؂njKZ*7g,t&gt;?ڟsm\4.</w:t>
      </w:r>
    </w:p>
    <w:p>
      <w:r>
        <w:t>Jp򮎑},|D`&gt;GHo?N0N'}^.4*ӀE3_nsR_3h.ME)f_b1.XS鐶liqZgl--RWWgQ_Yƿ;A(6 N֠FE\HPl()aoG:v.#Ac+7NFe~xYt.o.ᡩ</w:t>
        <w:br/>
        <w:t>7;Q{ߺu{qj07kzJ~֮dnUB~xW#VX3MwÛ'phRf7B-QF}/^om4a,`u)oZi|(.Ve.&gt;{ꎋ{IiyayhHΥMַzIF܆# |g`Ǻp&amp;) Bx4,</w:t>
        <w:br/>
        <w:t>I {/^BUڣ'Pv1sץٺ:s-jNk*er</w:t>
      </w:r>
    </w:p>
    <w:p>
      <w:r>
        <w:t>І}Ŗ1 ~ćt</w:t>
        <w:br/>
        <w:t>#qLv]! X"i:q'GP1zG2&amp;|5/1vSL}&amp;:^2,`݈jQ,</w:t>
        <w:br/>
        <w:t>Gg%_@pnBMg6d?l0e! q+OW\R8stb*KH.op"#:R']܈CO-EH3oj{ s1f&gt;4 youC\Z뾲"_ʒ,$wIJ_;T\1U k|,4bJ'</w:t>
      </w:r>
    </w:p>
    <w:p>
      <w:r>
        <w:t>"z҇ڤ#auS[?bc(:Kc2a5Geo5{Pw</w:t>
        <w:br/>
        <w:t>%7n</w:t>
      </w:r>
    </w:p>
    <w:p>
      <w:r>
        <w:t>#,VLTu|`5|qsܣ)/ې1f#hեn=zGA;yX:uI|SN tBB떽8P1N8LXҘ0N&gt;W[[{k8h;[ L~j=Ϣ</w:t>
      </w:r>
    </w:p>
    <w:p>
      <w:r>
        <w:t>po~o_26sHO7</w:t>
      </w:r>
    </w:p>
    <w:p>
      <w:r>
        <w:t>0bjT}el6'kx{7Fx9Ï(xӿN47[p)!Ɏn|_̎ʍ@E@!Sՙ»_u޽}vz%=jKx~LѾ~@І;{VeE{J}Y}PggJGgc\P&gt;3:qr{Y^*}޵bfo(il垰F`&gt;T^EIiu;X%P!IVDNS%侉L;|s׮8lɘi8Q3㹰QEm,7G! AQ'2;-uYʭ-͛XbKc\ !@^oj\=xՍ:$_L]</w:t>
      </w:r>
    </w:p>
    <w:p>
      <w:r>
        <w:t>@T&amp;3E3P:8XQ</w:t>
      </w:r>
    </w:p>
    <w:p>
      <w:r>
        <w:t>aSԱJBNCB樤*LdVÐ"A&gt;6?fǮx߬}xf*E]Ye),ȍ</w:t>
      </w:r>
    </w:p>
    <w:p>
      <w:r>
        <w:t>Id)L B+a{"z',#\7-!WU:+,Xe\=_ |:;U pHS]⮾9|_y*|$и[1SX+s</w:t>
        <w:br/>
        <w:t>]5ֶ˾B'IRi絫CJ.7qB5L-:jkj?Y]N%ޏ..t'Aqs^.bZd71l1NbX]!</w:t>
        <w:br/>
        <w:t>\O(l1ƱD"qhͺLRڳ}⓼ov}8PJUSoDYY9ovEq}C&gt;RIcW-{`˻4VڋIj݀X6(ob]KB</w:t>
      </w:r>
    </w:p>
    <w:p>
      <w:r>
        <w:t>%֪K|_2MYL2oGd</w:t>
      </w:r>
    </w:p>
    <w:p>
      <w:r>
        <w:t>`vKL$(`,Bԝvnsko9P͜U3ꑉteh4; JXmFociOm9/&amp;N~;Z\ݭ</w:t>
      </w:r>
    </w:p>
    <w:p>
      <w:r>
        <w:t>~GY$xWӏ&gt;t PMv</w:t>
      </w:r>
    </w:p>
    <w:p>
      <w:r>
        <w:t>OO|Rykǎ$kIZ'X@'nfXTD_:VMk4='YkuL_U8(K_SQ,jL'&amp;16.ؕ̍L&amp;OhDǽSs9h1.lT$ī&gt;uzmptf%Ңa3$9[ƸR</w:t>
      </w:r>
    </w:p>
    <w:p>
      <w:r>
        <w:t>YH^YL :`'D?&amp;c,t(ܚ1&amp;3a^*RUI7'םI&gt;@5էv.]l5kB]57S *Cֻ8'mމe.8L'P='ds';Cet\aԶdE_PXw}Woz{zgam}``p0X02YaqȑKQlI%q"&amp;` rνD@P]www߱џ0TTJ@r}H|#tqb</w:t>
      </w:r>
    </w:p>
    <w:p>
      <w:r>
        <w:t>lǸ5b$m!}ݡnYa;rֈsS\[Wd%&amp;fχY֙#&gt;Eݸ$pB˴KZ?{V30qs矵,_ZhQg}=%\okDu;=rB1p(NryI&amp;."k"ci" RcE.AU yYCPR]3UM-O}5j]mY)9-ˊ{x9B͕;_[gяm@p_h`X;muodZcI6-'ZOzLGGX@ɀ*x$Ie=%P}'J?bdp4D ?Nm9xJuTON( .O}SDdQ8H߂PTN" ,qQ/x'^ⶼOh!å \`D</w:t>
      </w:r>
    </w:p>
    <w:p>
      <w:r>
        <w:t>9*czyjGʹڀ#u8Y9aDzBwJܔ=Uk1*co8?j5ᬲE*\Ou/^/scKuۧlpAR*</w:t>
      </w:r>
    </w:p>
    <w:p>
      <w:r>
        <w:t>2C{yk[dK:-Jb/eq6|bM2lLqSm8F Z+`</w:t>
        <w:br/>
        <w:t xml:space="preserve"> )nvK,I]n)]IHNHn'[%+x;:S &gt;mk~a܆NF`Y7'/T[!5 -6|/:RL7% =Gq`V!)̯X~B^VcXCWnB){Gu%M UBeWMyRVo.5VA։ը;!BVLxG1$dse2}*Ax!7knwn/k}Tvh_WgEiI71V&gt;Xa2a#(HKwZ=[?dSHkHVZZ;Iq`|}R |U+,2nwX0 VI+S)LMx)ahRi]nSf lNaSW֌6*w$lpPw~'"{</w:t>
      </w:r>
    </w:p>
    <w:p>
      <w:r>
        <w:t>`2KgA@#`$:Ǹ&gt;@7S;2[H$ q=!f4$߉%U</w:t>
        <w:br/>
        <w:t>&amp;\;/?d# dB</w:t>
      </w:r>
    </w:p>
    <w:p>
      <w:r>
        <w:t>t`IS\%{Y".:6pquJU</w:t>
        <w:br/>
        <w:t>eehe|wquQw9^U TOLcEw!Ko$sQ@`Jm1;g/Pԧ)CeH\M)2Hs85jdoGjU0U! oZоjG5l</w:t>
      </w:r>
    </w:p>
    <w:p>
      <w:r>
        <w:t>8</w:t>
      </w:r>
    </w:p>
    <w:p>
      <w:r>
        <w:t>W~C$5{=vƯrUnέ7vޓ)ފۅMB7}W|-X2M</w:t>
      </w:r>
    </w:p>
    <w:p>
      <w:r>
        <w:t>XZWiTf</w:t>
      </w:r>
    </w:p>
    <w:p>
      <w:r>
        <w:t>ʲo1OY(De7|!}8U.:!!8#NUzuwQ]g;VV7^{-ek]_qY;~7b)5noWvi4~h@}̼TvDL[~Om.q</w:t>
      </w:r>
    </w:p>
    <w:p>
      <w:r>
        <w:t>۸MJsII;~0!6#@E QիuA۪vŀ;L0,d MiDKҋo$@E*9 H(i5C</w:t>
        <w:br/>
        <w:t>@E/q){yhgf&amp;MdSӸ62N[0{|sptc'^eI,fgSS̞^l]-S3"@?JY?V߯*e_DOǡ$=C/@N]3Kq</w:t>
      </w:r>
    </w:p>
    <w:p>
      <w:r>
        <w:t>vqRBze#Bn`᭗^k\{OyϪu%ÍOQx[0oP@ݔ{W,Z֠Qj敺dY*O/[JŶ6jVC(.dEԏfܿ'&gt;VF^N$</w:t>
      </w:r>
    </w:p>
    <w:p>
      <w:r>
        <w:t>XE^!66Ω)+⇻.6̷3"j(yIO2S6gRbaD,twZ`UõO/6f.yEMz1</w:t>
        <w:br/>
        <w:t>-˵x6`7 듌u?En.GC죢ʱaZVHJxWǪ=Zi'j7ސS|Ti*q54-൏lU$'G@IŃWxjJ@_"0p\'3k</w:t>
        <w:br/>
        <w:t>a;</w:t>
      </w:r>
    </w:p>
    <w:p>
      <w:r>
        <w:t>=p]ǔ1nSjXRIJ]oJ^=l|ˁƛ򻆅"G-{j-Mͧ؂6~t#ƣENͼ[U7IOTc Fpt")b*ߐL(`2%w",c{ ,T"UhxOD"LQ_UGkq3&amp;zqjD_6ڹYiw{OGuBG) @BU~Ke83Lrµ*U~WikxzsLKRyIqj䦒M"W</w:t>
      </w:r>
    </w:p>
    <w:p>
      <w:r>
        <w:t>[nc</w:t>
      </w:r>
    </w:p>
    <w:p>
      <w:r>
        <w:t>\d(w^[;ma7</w:t>
      </w:r>
    </w:p>
    <w:p>
      <w:r>
        <w:t>uBҢ/DFTo@%&gt;</w:t>
        <w:br/>
        <w:t>:ܤsB</w:t>
      </w:r>
    </w:p>
    <w:p>
      <w:r>
        <w:t>ޭy ͇Gpr|fD.ۨEŲI6AQq-99ъWgf{RAD=\ƚh?+~RHBczXSvY_&amp;Nqj:3)%Ӕ+_ekQsޓcOgBb%J"T^gǔ́?zLQ(N۶</w:t>
      </w:r>
    </w:p>
    <w:p>
      <w:r>
        <w:t>+SI{)HN.8xG"*Av37Iήd9P߶6jzএM\y-֯Z4Aɺ=DhnM-Y{@-#lK oe5ztsx{N"`򐃑h</w:t>
      </w:r>
    </w:p>
    <w:p>
      <w:r>
        <w:t>|~vͻ}Hun [鳜ngX-9^Z\AUrY,jU u:$.]</w:t>
        <w:br/>
        <w:t>位_'zJSp_ǃw\Lw7&amp;I@Fki~zqebBSkwNXSk-i</w:t>
        <w:br/>
        <w:t>{׾Hfd&amp;s~{=X{^g;N'oy0ݛYf]i2N}9?n-gF(n2I`.^OmܤܲDS-ayҤ,</w:t>
        <w:br/>
        <w:t>;es\NJOӚvJ$H皧6֔j5uRZ?Z_|0gmZ`=JcP[(Zώs;</w:t>
      </w:r>
    </w:p>
    <w:p>
      <w:r>
        <w:t>4T}jixso/֘8WY[=_</w:t>
        <w:br/>
        <w:t>C/=U9!lk8!.krq}R!m1]RwʤEuQxvrneUiZ[è|accR7iRۡ,caCK0Bcx竣BiMScf| tZcVw4^^p$/ൿ-|L!cG=(u(~I?]]HqU`~';ij- fVCvXsҚ?uMYA8}Tok9IVfE</w:t>
        <w:br/>
        <w:t>aMTWLIu%5F5d0|F.߁L5ߜk_&gt;i3qCEc3=;8z\x('7!M|hh&gt;}h9o5|ZOV3yiL74S.SV3aç2dylf2C3j?cβ别7s/fʑ3ƉÂ&gt;~;z,Y:|&gt;,;sP@?4v</w:t>
        <w:br/>
        <w:t>8&amp;ٺwlkӽr\ЏlxXغa{+&amp;|lcdlx|g\s@&gt;rsV</w:t>
        <w:br/>
        <w:t>37~9=q|eOr@&gt;&gt;ų'n]g&gt;bqMM&gt; &gt;OǕ6᏶w.#^A).{|y&gt;S?%&gt;{𹝇6jx}0xEgr?^?|{UM{z</w:t>
      </w:r>
    </w:p>
    <w:p>
      <w:r>
        <w:t>w,sda驣ǑsXVxƎ+g.z3xǣj.)N\.</w:t>
        <w:br/>
        <w:t>,52t&gt;}53\+7X1xTM9ڳfcZUyc}ƻGΦ=Խc\}㚗F9u&gt;#}uȻ֎;={+{=zq_^x3sӾarL=x{_o׺&gt;d/ik$0rfkOoGo亾-=뫥ׁ遬u{}M[%rҖtnH䳩kmy:O^uPj֪5T/B[zxUjcuQH˪N+.8o#|^6A</w:t>
      </w:r>
    </w:p>
    <w:p>
      <w:r>
        <w:t>z28VQA:jkw68~</w:t>
      </w:r>
    </w:p>
    <w:p>
      <w:r>
        <w:t>|ZulT-m9z\</w:t>
        <w:br/>
        <w:t>pFH\imzյ^nʷJyvRbs6HA[BKEp4UWw=jèB_ݡ5mPuw8郫+G|_1M]+Nss&gt;D:S}9osۯzMUJ'}0io5Һ3֚ru9MU\.b_#lϜ`j&gt;kya[cm&gt;ke:#u:̮AmX?5fokmYKr,u,VR_oϴ`5XGtM.}&amp;F&amp;}z8ry!ӽ*4CX+׊)-&amp;3vEB-#s")k]k$m+h0Wc;,bg3V~ZϨ?^;Z6RgB)t;qvn]e[{J-Ը};.8_Y{E;.x[uמ;&gt;[F·|ǵnPQmplfxdz/lzE`A^bEhy3</w:t>
      </w:r>
    </w:p>
    <w:p>
      <w:r>
        <w:t>5`3(3ļm`3^mOA3@ LbBQjy]3v4plg¶RG5AmpVYFEg/.0s|xи@ |vlG+ru |^'M[`lH{gmsw"{f.^WCW*HW`/S }B8</w:t>
      </w:r>
    </w:p>
    <w:p>
      <w:r>
        <w:t>7,S׫weh6հ5Ve)~Ӡfo3i]R-ù09V${)=Ro9aΜnKa@9bz=ݔr 49g0FhS#=L'2upfh&gt;5Ĕ1h</w:t>
      </w:r>
    </w:p>
    <w:p>
      <w:r>
        <w:t>t9My</w:t>
        <w:br/>
        <w:t>{Dif;</w:t>
      </w:r>
    </w:p>
    <w:p>
      <w:r>
        <w:t>j4X alj8X]L</w:t>
        <w:br/>
        <w:t>r6U;pS.YL}PR|J,tc*chFdKeK̙(Ȝk2sHo:+6Ɋ_u~ c \擙jdKP\d)ʈR:'-Gu[FobS3VDF6Ի@KlM[O]j[^utKmQ</w:t>
        <w:br/>
        <w:t>$,1ML)JVH"*]ޤ:!J.05Geƞ6VyWJuOl1}YTZNII'LH&amp;mClԶ^$ ^&amp;\ZVu)йFlTl=u#&amp;r}</w:t>
        <w:br/>
        <w:t>Kp&amp;j 'b/rYZ1E6gl-C\Qշl9q?sH/#Rˇ9*obz(0$"G;_xVhmHDQxX{N`1x#{ĸ*-.yɋk]=t5tb'0D~dz@XX^wtU~9$%s7NoQ45.!j;{m,_4lq˙L{JQClʬliqt6\k[ʑؖ(Gg9-mHeI?y!Qj?_!0pFdyTuExNFv):wzWw`sdmxkhFBS,]v(rjTQ%&amp;WQ95](X1.h1KJliw\5c-Glcy}C@iY헰fN~R"1+dVh}7mDr;bk-#PP1!Y}zVvqQZ9&amp;Qo`o{0O$V-W889/(gqc-n'^)2.q\Ue`z5Lm_?ǒX^FҠd|Gg$'֟IE4&gt;kpOrcK'6"7oh;s5</w:t>
      </w:r>
    </w:p>
    <w:p>
      <w:r>
        <w:t>*);W&amp;x69KNɜ-8/y&amp;"k5B%/Ҡ7fTs,XbPR|gLdjXx%˅-GUvUH=Pb/"ۆ ;e.Uh5?b=:)rDڸiq"99"ڃ`\[,5f&amp;V.Z*COXD+&amp;Ҫ35;j%#s;pTzM_NnVJkkuX~\7Fӽt0v4u:jzgWg.%sʽ$:~b[CֈWwB9rA[7ˑ)wRl)T[Z-;{lҫ%*e؏|e%Jֵ;CH549֘(9z|e#6UѶ61I|#kHi=;i^VH ޞĵpx9)2g51n#Jgn[S,Z=vA幄8{?ʾJഷxq];ût\lŇmN3QP!YL23;Bn,98DZ.u"زƲzH]{HRz*bK+qq</w:t>
        <w:br/>
        <w:t>HrםJ"y䙔[w_=^NSfӹ7O&gt;PE?)|bKWϩy@",b^o%4+O"Ly83;kh`euEʫe</w:t>
      </w:r>
    </w:p>
    <w:p>
      <w:r>
        <w:t>Y܉7k^hOY'1B##6d;ږHAF`zФx|6*##]LOys%ʋs+VmM;72.emy'YZ3[H&gt;R(QSh153SYy/dbꑱ-՛:&amp;Z%[Ӌ%Ş_"}'oyR8:&gt;|-&amp;K$:ni0qrM"n5%!ےNSGFLSdOTLms0͊PV9RRYPܺIMKx%)YSX_%!槔Oxw:#UhCc{w`Y.#+Cc1ͼ*7dlAi?ߧoQ䍮pBYb_#ul[6Α|'[ێ~x8iQYIv#|</w:t>
      </w:r>
    </w:p>
    <w:p>
      <w:r>
        <w:t>cÉ\bݙ2N@/_mV</w:t>
        <w:br/>
        <w:t>#/JxZ00/omhX~ɂWTp ǐ"-TmWR=p~"ԉG</w:t>
        <w:br/>
        <w:t>m//x.ҘZFh W,{M^\t Ǫd%2?acJW</w:t>
        <w:br/>
        <w:t>g{Ӭә&gt;rO!</w:t>
        <w:br/>
        <w:t>J݌Lt75mwyVnQ?ö.Sw4SMLNA؎P^qWϲˊDN</w:t>
      </w:r>
    </w:p>
    <w:p>
      <w:r>
        <w:t>P3ј~E+;3|Mi#n9W)OwYU]v=MeAEʥ"*DTT8jP0y`LD&amp;D'byƨhTFb`5hϝ!q?vY{:%Ə"l2[@2ʬ&gt;-!e?A@sG&amp;\Y\@SȒFQpy.)S</w:t>
      </w:r>
    </w:p>
    <w:p>
      <w:r>
        <w:t>WU(O3y</w:t>
      </w:r>
    </w:p>
    <w:p>
      <w:r>
        <w:t>yK7R@|2$+CN:N</w:t>
      </w:r>
    </w:p>
    <w:p>
      <w:r>
        <w:t>oPaњ</w:t>
      </w:r>
    </w:p>
    <w:p>
      <w:r>
        <w:t>z@YDaM9CQ)h]2!݊</w:t>
      </w:r>
    </w:p>
    <w:p>
      <w:r>
        <w:t>M42::U8бw6\(AdȃLu|隧$B%˺gZ+ŎͰOI6f,KU."Z!9YJDF[8ׅp4q1v&amp;tȕd69v$pKlZz-U,I嬣x</w:t>
      </w:r>
    </w:p>
    <w:p>
      <w:r>
        <w:t>u"TXm!%x+$f.(ԒLh` J</w:t>
      </w:r>
    </w:p>
    <w:p>
      <w:r>
        <w:t>^2␈}i^h}v3pm}s</w:t>
      </w:r>
    </w:p>
    <w:p>
      <w:r>
        <w:t>+*Kf|2'E6}hhVHA[XAQx_~N!+Ԣ:</w:t>
      </w:r>
    </w:p>
    <w:p>
      <w:r>
        <w:t>nK&gt;#P</w:t>
        <w:br/>
        <w:t>p}ur#qaTJ</w:t>
      </w:r>
    </w:p>
    <w:p>
      <w:r>
        <w:t>c) 9EגIDbflF¿-#[fo{c3ӽEW[y1f8FIcw]</w:t>
      </w:r>
    </w:p>
    <w:p>
      <w:r>
        <w:t>D7E4mu`#'K%ɕdҌ'C,v1'</w:t>
        <w:br/>
        <w:t>D"u}~G /3</w:t>
      </w:r>
    </w:p>
    <w:p>
      <w:r>
        <w:t>)-m2I/nӗcəΊyL["sۈʣFm-tlI{.g-ArxQJ8'VIrTlIa Y^7?xhp-[Մ^H9DnBc&gt;=Alά/|))IZbn,z)T`hrZH(85G9{Gh5\</w:t>
      </w:r>
    </w:p>
    <w:p>
      <w:r>
        <w:t>{=O$\AIIbG+S jGlx)ٹI 2lN1j݀7X֢JSD&amp;P":'</w:t>
        <w:br/>
        <w:t>!!▊*{)yj\"K,fQRM'{"1tf%</w:t>
      </w:r>
    </w:p>
    <w:p>
      <w:r>
        <w:t>tԢss"uL;EqQ!FAoDdV^746unE</w:t>
      </w:r>
    </w:p>
    <w:p>
      <w:r>
        <w:t>F&gt;خE*t'qV-7a\hr%N(%Q*@vRfwt]퐚f`VM(Tn((ÑC(`4F6`# "]EKb:"</w:t>
      </w:r>
    </w:p>
    <w:p>
      <w:r>
        <w:t>YDcIzr(ǂ~F/Zu</w:t>
      </w:r>
    </w:p>
    <w:p>
      <w:r>
        <w:t>wI9cؙUg׷5Js檓÷oY%)j#9iK(_w&gt; x"P#`*YBA</w:t>
      </w:r>
    </w:p>
    <w:p>
      <w:r>
        <w:t>8ՀviK'xo\dX![W׽7%h2Ee詮7i,W4hJ*kvӚ</w:t>
      </w:r>
    </w:p>
    <w:p>
      <w:r>
        <w:t>ء}24Qf컌N4Xv*jJ4W;aמg^x[~Ih(Dߖ</w:t>
        <w:br/>
        <w:t>*k ^؉\ʚcxQ</w:t>
        <w:br/>
        <w:t>#</w:t>
        <w:br/>
        <w:t>=SR2MT[t4&gt;\a#%{o"Ľ*U\UTUYQWF/(!</w:t>
        <w:br/>
        <w:t>ɚS</w:t>
      </w:r>
    </w:p>
    <w:p>
      <w:r>
        <w:t>:rc'U.qS2.@xEv\^SUg~TYJP@!)~g5|"[T"QhW#r-vԤq\=yFCv,X)dm-mk@5c{VC+-LJڦɑ'BV'gƈ̟5#qUHf.BgwCgWDHC_$A݂"O|Px);ۙ2</w:t>
      </w:r>
    </w:p>
    <w:p>
      <w:r>
        <w:t>I%g{W;PpO[M&amp;XuyGV s|50G׬ azњ=/,j1WҜ</w:t>
        <w:br/>
        <w:t>Tu05Sfy%2FBZ̛!LYEq@olp~!X_U'}$}MhI:C^ТXeȦ.G{s</w:t>
      </w:r>
    </w:p>
    <w:p>
      <w:r>
        <w:t>x7,xolqrX|Qɹ')d$cڲ%}w_-W@8MI=@&amp;c3hYЭGk.b`EJ?[6 ֖% {NeN(+xE{Dmw=OhQ=OCyPϠ3ˠSp9k?]ã|֧Mg4R]</w:t>
        <w:br/>
        <w:t>΂vըV[q</w:t>
        <w:br/>
        <w:t>lc)EBtgA</w:t>
      </w:r>
    </w:p>
    <w:p>
      <w:r>
        <w:t>n9=</w:t>
      </w:r>
    </w:p>
    <w:p>
      <w:r>
        <w:t>àWq&gt;OJѵQ6|cƖ{~w653u)1 &gt;wyƾ®gBablT|;ӵý</w:t>
        <w:br/>
        <w:t>J~0Sz.3jXY}mIg5/X.B2m*74B4 i!=ᵴͫ};Os?Em$mԵ_uF9⍶6Ki+0Wu}(D8w_'ʙ_`X`z)؟TAYq?Ulg̯D4׀9~z"Y6%-|=XUYc&amp;Y40wzzYQo;@s-&amp;mW[X joqb</w:t>
      </w:r>
    </w:p>
    <w:p>
      <w:r>
        <w:t>Yy#ZlXm|h&gt;B5J!P?m[5Fm</w:t>
      </w:r>
    </w:p>
    <w:p>
      <w:r>
        <w:t>9.sNQH~*G#:yDEO+-~v^aTzÿ뱵+Pyk:v9&gt;ۓЙiET`('5tx+dϷ)5"+\yZ;c</w:t>
        <w:br/>
        <w:t>-iiovi:VYdlxl 퉾3Bȫ"zh M8I8</w:t>
        <w:br/>
        <w:t>\)(|VwK</w:t>
      </w:r>
    </w:p>
    <w:p>
      <w:r>
        <w:t>exR,k_͍?dkS_};</w:t>
      </w:r>
    </w:p>
    <w:p>
      <w:r>
        <w:t>^HgAWYV̈IR%Gk0rC#3tiX</w:t>
        <w:br/>
        <w:t>@EosWT[l:ϦS4HkWec5BvB^Q2s$:*k\vyJO&amp;^gA^}3!^PUUVkgr1\DjEOmM.I.t!(ftq5i#h}V"]R1~VɑS3aø=_4Irt1Ex掞CVފ|]G+%U@kF=Ӧ</w:t>
      </w:r>
    </w:p>
    <w:p>
      <w:r>
        <w:t>5/[樲h6&amp;xUڿN2q5Z&amp;]e|O+&gt;T:O_6̧x]kE֍1++MɊ⅖</w:t>
        <w:br/>
        <w:t>idTd</w:t>
      </w:r>
    </w:p>
    <w:p>
      <w:r>
        <w:t>t/U4u+h$1C91!\1%,TЮJZC7YC=lfhCҵsB7: [SY-[:߮Hc|?Oh4TWEQkې.[daS-InIl=f"9)yï J!pGdj9^Vm~XT̑~s2{Xku/%';ϴ!%G5ӫ3Ź$# -x$or|.^ӒIPcf1?(RA), Z6Aa!dl}Z[1:</w:t>
        <w:br/>
        <w:t>zCݼ\</w:t>
        <w:br/>
        <w:t>m)JOCRm</w:t>
      </w:r>
    </w:p>
    <w:p>
      <w:r>
        <w:t>94r\$XbY? nT呶3fuޮB+'h61?3d(h(D Ų'NǮ.hU{ǵ~'pޛ}xU+W]TbkUgCk=_QguU=9T=sE^voנ*RzQ.v/(AUd˘:ؗݮ)h`&amp;u*S,܃6g</w:t>
        <w:br/>
        <w:t>غg4xE,z=$_0=?)C9qFA@f_~TPu~jiD&gt;6ZM9Z{J</w:t>
        <w:br/>
        <w:t>**O71Kv,z^S&gt;W&gt;Z%ڦN޵cjIV&gt;~건][fKne"|IQV[i2[(h|䛣ù$*.w$/tD䡉&amp;1q;,9WF453b(++At޺[CbyCH@^YwImHO*i5g-G:"?)yНt%^b8PMjgjj8~y*cj&amp;}ᴹ{ǟjTT*RTg*l0atÈT1UJST5jvSRSCR[Lm:5|㋖a;a]~p^??.yg=E]RNz=^w_8/asOr{\;.}÷z7,n1sc/{qGjc?&gt;qݥfoq~ꭎߜw8NyzAs/&gt;v{GqĢiouC^;K~wg|jEw|s/~lAqWGmsnTX5e&gt;SO,ĺ:Go;gʭ7מ:r?6l^^y&gt;&gt;j_~i/u~^imΓׇetN[ܷ&amp;L-\}pͳ/}#O-Ń7N9Y:+t5ic[kĵ㖞p~?:9_x}"boΰ0/5",T|WVPF[-?fVY8{L1&gt;Q̯joݩFzqjvci]kDG3"kֻGDFuw{[wN{rg{7</w:t>
        <w:br/>
        <w:t>q+/=?q-.u9KVJӏ&gt;{}i7;Iǥ7cזW~k6?+?j7_۞^jqӯڼsnh|e3Ոy+N~'Ξk}j}7z/xʧՁW龜o;</w:t>
        <w:br/>
        <w:t>{,r9Oyj5+޺9w^oZqFuO|`tN}Ϯ8Sk9'f,hׯ{nS&amp;Oz~}Cr=ȱOY׼|獽޻'Ϗٶ6҂ObXsUҶO!: mP5ymú&amp;?ڣ=c6s_aғ39|o&gt;eܖ?;g]?~w~׷M8틯˞qޛʯ6ҊGNzbE{3{6~p텿Ƕ}ywvz˟z˟655-9:J-?Zm89#{a;F/e1N46}'k7{LIOSPR~N^@glkXrj]no_,n&amp;hH#/ȠG~ĿKDDH"6)?},φgh!DCK7yVip]a*X~ҧlTC~@="IŰTex!+7['%w?Pob,PK^Z|FF4ydN0tʃcY`CFX3Q?$0I;n!\LRˉ8en&amp;׊5me{'3x`dfg8N?&gt;q1{ z^ 97HMX&gt;q/y%ŚӬSmϠUgƊ|'O!dw}zQ.g=CQ1Ybɔ\%=3I߹ 󐵙^cz"(7}.N;\_YdO//F |</w:t>
      </w:r>
    </w:p>
    <w:p>
      <w:r>
        <w:t>q{ŎV`ώk彾;nD?~M£t;`t2HʑGhEQu&gt;t::Rb+41-ej&amp;LˆzƘX&amp;Y\#,^ťE9?/,/q:]Fj6S_6Ȟf5%b(t|$Y'?U9tȨ &amp;&gt;j#Wnt,6hͥ&amp;&gt;nD6V3)lS_g[r4`uD}NzS瘎^+=&amp; UdNZ[|/w)Gδ軧i'ۀRԔT}7Uǚ0ǻڑ^)ŮD{.VBVZoR#}"g":(gjQAy^^N$5]PNhu{/!2kw%*NUFgyOpGOgN\XR&gt;8kғ.!21X'˯Ql{ꝏYƺ? &amp;syf d\&gt; ʀ0)/ӾAI9)!(Z? Ҫ.V3oÄYORR4;a8tx?A&amp;_{</w:t>
        <w:br/>
        <w:t>/ Ð/@-</w:t>
      </w:r>
    </w:p>
    <w:p>
      <w:r>
        <w:t>@oڇ_{'yzE]È=Q.g2?uR"</w:t>
        <w:br/>
        <w:t>uG~7yaqމ5F6i+LРlS}&gt;</w:t>
      </w:r>
    </w:p>
    <w:p>
      <w:r>
        <w:t>E(D.@8y٨H'</w:t>
        <w:br/>
        <w:t>nmH9ښT0#Zuǲx\Cyїgnb</w:t>
        <w:br/>
        <w:t>gzqњx\Via\*qҏjƾRqڍ'ːni%pe~y}208 U.u:mC$nMT\OCB?Pr^3з\bQ9}:'#v</w:t>
      </w:r>
    </w:p>
    <w:p>
      <w:r>
        <w:t>endstream</w:t>
      </w:r>
    </w:p>
    <w:p>
      <w:r>
        <w:t>endobj</w:t>
      </w:r>
    </w:p>
    <w:p>
      <w:r>
        <w:t>631 0 obj</w:t>
      </w:r>
    </w:p>
    <w:p>
      <w:r>
        <w:t>[ 0[ 1000]]</w:t>
      </w:r>
    </w:p>
    <w:p>
      <w:r>
        <w:t>endobj</w:t>
      </w:r>
    </w:p>
    <w:p>
      <w:r>
        <w:t>632 0 obj</w:t>
      </w:r>
    </w:p>
    <w:p>
      <w:r>
        <w:t>[ 250]</w:t>
      </w:r>
    </w:p>
    <w:p>
      <w:r>
        <w:t>endobj</w:t>
      </w:r>
    </w:p>
    <w:p>
      <w:r>
        <w:t>633 0 obj</w:t>
      </w:r>
    </w:p>
    <w:p>
      <w:r>
        <w:t>&gt;stream</w:t>
      </w:r>
    </w:p>
    <w:p>
      <w:r>
        <w:t>x]Mn0&gt;"2fHB$Qi`Z*êwB*Ւm=f]kтdf'v0(MҔJ%+Fn C]&amp;c{Cw4'W')=E~ӄ%cgn_ElH_%&gt;4:mF "S↧$?~9;F*9Ej[\|q,[]HBurTyz=:l-B}&gt;1;uƙ4J}@ϙ</w:t>
      </w:r>
    </w:p>
    <w:p>
      <w:r>
        <w:t>endstream</w:t>
      </w:r>
    </w:p>
    <w:p>
      <w:r>
        <w:t>endobj</w:t>
      </w:r>
    </w:p>
    <w:p>
      <w:r>
        <w:t>634 0 obj</w:t>
      </w:r>
    </w:p>
    <w:p>
      <w:r>
        <w:t>&gt;stream</w:t>
      </w:r>
    </w:p>
    <w:p>
      <w:r>
        <w:t>x|Y5u&gt;uj853wCOnmݶM'q6!nwη~X?cB_~՛s</w:t>
        <w:br/>
        <w:t>?ǿCW?~=?^</w:t>
        <w:br/>
        <w:t>!k{~SwK?}k?z=3vct3/Ko?c}C+SY߹K_z.FꟾϿ?OK/_70Q|W&gt;*^_ɷ_go}{w}/_~~[vp%kC7B'|?WI8QW(gGyWBvhpe/bB&amp;63Q#jggϖ#~!xfFs;_=VN$Vj+]+ou軷[q(W.u?RZtzk]Uwh`~?}H)_\zufU 1oI+uxO;zxx߲rSS}yq&gt;GsyL~J#W]TT^pzۥ]=?,WzյHƕW74\z׻q=Z{~A8#aPqxG+W_y?UW^{G)_~J݋ӄiޟTYuz'./M}[8]8Uc?9lo|z:[3?ߣW7ino;2o)xo=</w:t>
        <w:br/>
        <w:t>go8Np_s_k]_kj6[υ7Mrj}!]</w:t>
        <w:br/>
        <w:t>]&gt;1zȞ_ǽG̲z,̧p&gt;Qy</w:t>
      </w:r>
    </w:p>
    <w:p>
      <w:r>
        <w:t>u6s_X̢+1oX/;mxo$[&gt;wm4V֮AAyzzil6Xl3O-ZGV}=lUkA3[</w:t>
      </w:r>
    </w:p>
    <w:p>
      <w:r>
        <w:t>ТcgAEN{f'~#\O"@{0UY{cgZarc%Rm&gt;r@@δ^1'v_</w:t>
        <w:br/>
        <w:t>Vz1Sif&gt;2xdb}5HM+Anka5)5'NGyķ EL1ԙcbYZvojP5kUZ</w:t>
        <w:br/>
        <w:t>΍59~v4]H /j O$bK֞MYJa{݊d &gt;yNC_3)A&gt;;NF%0[hD|$JtֺŮwrU۳}![zJ</w:t>
        <w:br/>
        <w:t>= JvߡN!##</w:t>
        <w:br/>
        <w:t>/9s`8x9ǵ_A1nӀ+4U)h}3@$MK;aKrukȹ</w:t>
      </w:r>
    </w:p>
    <w:p>
      <w:r>
        <w:t>R6z@_Az85ۯcm׶n᫷=J{^55h@_"GZB_18[*Ѽ3}JzkhkzกUK4iz%pV\cP}9g(@Uy_</w:t>
        <w:br/>
        <w:t>z)AR*SbQo</w:t>
        <w:br/>
        <w:t>c&gt;%\`c̭Iu&amp;TK`uU78f</w:t>
      </w:r>
    </w:p>
    <w:p>
      <w:r>
        <w:t>w{;,d</w:t>
      </w:r>
    </w:p>
    <w:p>
      <w:r>
        <w:t>hGN5U</w:t>
        <w:br/>
        <w:t>g&gt;xW;m{ K\㔠YbA-vZ2vV;`$9b)i{+</w:t>
        <w:br/>
        <w:t>u&amp;y</w:t>
        <w:br/>
        <w:t>4:H #lZ4[֧h:OAd(AX`D&gt;VHTҜvG^[aF9JZZL1j-@uΡA64</w:t>
      </w:r>
    </w:p>
    <w:p>
      <w:r>
        <w:t>t'JA22"Kԙ`}~Gԩgmnħ{TcܾoM}.6xIɇqqmk֏?i^7 '7ʥKsN.91@OiR,^"X&gt;lBЪjkkGRd)(z-{@/HS@RwX`o2Ԏ@!]h5)bK5~</w:t>
      </w:r>
    </w:p>
    <w:p>
      <w:r>
        <w:t>qL</w:t>
        <w:br/>
        <w:t>5=рRu+ 6Xbs~E交_Ms7$}"1fH]栎FL x$#haqɢ_剭&amp;ykzн ȠK1&amp;yk 0NXXX+GҟVA.dC\AdWXCLd'h tT+PC'[_b%c)4^.Tsy4</w:t>
        <w:br/>
        <w:t>r5%`&amp;=d4@~m~-y2J)l[</w:t>
      </w:r>
    </w:p>
    <w:p>
      <w:r>
        <w:t>NTټ;쓭ln3r?:9u%4roj%|9@"N1-&amp;SD{8@</w:t>
      </w:r>
    </w:p>
    <w:p>
      <w:r>
        <w:t>)h^rSZH8w{蓾Z+s:eU[؂Z</w:t>
      </w:r>
    </w:p>
    <w:p>
      <w:r>
        <w:t>Ag1ǫc]Kp?Ѯf^XVqm^MC^{Hlz3b"dH.]%e/Z˓kfDPN@#%Oe`g:ah=&amp;ˁXJkD^z&amp;הc&gt;x'!Md$Lr\Sh1s4$;zSx2|.SaoĬzZa(-&gt;B,p!l'{:RLELDTOK90'c-c\5׼VEt2ء7 ײGRY!q)u{b\uc''x3sǻa.ZC=w~S:=&gt;+O` oҹ)l^z9"\z4ѹrZh</w:t>
        <w:br/>
        <w:t>4ް auc fREG 5tRv y</w:t>
        <w:br/>
        <w:t>GDpqİ`L4TA_;wB"/@wcZptK/Rǩ@cXCl*-ʴ%iN@tIVgA=GK*k!#3X:Bt=6ދ,3xn{x!»i#VHnavp|,I(2a|Nw]DAwd=`h~"y~:ر&gt;Qm}ڥI^</w:t>
        <w:br/>
        <w:t xml:space="preserve">]QVkF]/۱N|)5hPgцL+^ bS;`VдlFknSLF^a$Y </w:t>
        <w:br/>
        <w:t>|E5%z2/8?q?</w:t>
        <w:br/>
        <w:t>iO[ځҦ</w:t>
      </w:r>
    </w:p>
    <w:p>
      <w:r>
        <w:t>:L^Y{87c6rs`yk\ce6#Df&amp;q֐#bC=|m;,߻[I\*3)})LiBf;[i3Cs}gW[sւG?=BsZb0׉y6!XjSNNCA53r,h?-qT1) Y T+'^Abf.WZbhJcLg(^CsHZc]ӜbN ~IhX)z(Sb4SkW԰ƺQc$1V{3J</w:t>
        <w:br/>
        <w:t>s&amp;pv%0̠;]kנ;IЊh TCr߀I/Ъd99~෤k"\Z</w:t>
      </w:r>
    </w:p>
    <w:p>
      <w:r>
        <w:t>iAHfۃ\Rt;䣎ct(|O3bB{i'x/eQ*ڤ@J7%9wDɗ@&amp;-Ax0RYvV%nAUI?--ߑ0pWvQ?3ȏR28.&amp;EBC</w:t>
      </w:r>
    </w:p>
    <w:p>
      <w:r>
        <w:t>JO{5G\</w:t>
      </w:r>
    </w:p>
    <w:p>
      <w:r>
        <w:t>+@zݲ0Y˩PE,$Q*d j̺{u!a}y\-ƙHf)fgbb\sQ}\4[e3Dsp Xcjp]A{Ey%$ Jе[ݓ($vĮF,do}ӱhgДA_i 6##</w:t>
      </w:r>
    </w:p>
    <w:p>
      <w:r>
        <w:t>Zfe͑:</w:t>
      </w:r>
    </w:p>
    <w:p>
      <w:r>
        <w:t>=]lM|</w:t>
        <w:br/>
        <w:t>[g;d:&gt;YMz^5#hw)`·V^؍+c}/=rO7p/Бr6ecy6`s|_.90˺ZB롯;i!^!C*ָ&gt;Fz&amp;X</w:t>
        <w:br/>
        <w:t xml:space="preserve">"kYP </w:t>
        <w:br/>
        <w:t xml:space="preserve"> ="q-|n]sEooJXG2o׹*0$ΰs{&amp;}BVB=z̗wj+}ć-8f):YV2gE^")xM5&gt;4nɷ=䇓s'ώu&gt;=|Qw5w֋Okq:06D8Lރ:</w:t>
      </w:r>
    </w:p>
    <w:p>
      <w:r>
        <w:t>~. [#(ݦDŉR1ϐ0Ŧsy&amp;Ú</w:t>
      </w:r>
    </w:p>
    <w:p>
      <w:r>
        <w:t>V"niǓCQkMkU7o)-Ϊ.lb'.'$=пp-&amp;-q`$o2QddkL3DJ&amp;j֝v_w4cKhs}@:Bkf8m7!ک﹁%&gt;GAfzFWM[nj+nl,</w:t>
        <w:br/>
        <w:t>_Zs\O+1tV</w:t>
        <w:br/>
        <w:t>[5FXjXbA5FhK[mA?9@lk8|\j}/a</w:t>
        <w:br/>
        <w:t>lԕJLF #uyJ@:jg8.*Y+y-</w:t>
      </w:r>
    </w:p>
    <w:p>
      <w:r>
        <w:t>v;X2vbdѻ̄gGG_ݝfKe+X*n5=S "̾,ta2˺d5Ɯt6H57?_g=r 'zy11OeH%a60}uP,z/)EҘ##5Ŀ~qt0KkFD:x_u8Ū$t`G@tzL._ޣX</w:t>
      </w:r>
    </w:p>
    <w:p>
      <w:r>
        <w:t>cx4n-;ݩo tKVxUUŮ6;Xuaȼ=/gxv.4+=5I3qtޑ+2&gt;xF</w:t>
        <w:br/>
        <w:t>bKCk86j-Aӵ[z;sA.ܴK_tgkd 0bo) h.=N[Y71fBא*|$ qX1v`j{8e}eU:Ϝ+πiD'$&amp;ɵeI'1ъ`2yDZf&amp;z'{&amp;܏B-#~ךUޖC4ߏcNsq^9g3}z$EO3KA$#[v~y&amp;^6Og˖*:߇-TOL[Ȼ2m.1&gt;1GF7?+kUx4C(1.Wo~^cspxv1&gt;x</w:t>
        <w:br/>
        <w:t>rl</w:t>
        <w:br/>
        <w:t>^ |mR{Zc{WxHː{JUۙfv%dam8X|(MELtAK.O#7.u&amp;dp</w:t>
        <w:br/>
        <w:br/>
        <w:t>`HEG8/</w:t>
      </w:r>
    </w:p>
    <w:p>
      <w:r>
        <w:t>H\%#d;!=ӡsDB)ҵrt}$kg9\1Zo~j-Gy^Ϡ݆,_6[3Q@w9|</w:t>
        <w:br/>
        <w:t>pҊVZP"STmNTnv߫6td[</w:t>
      </w:r>
    </w:p>
    <w:p>
      <w:r>
        <w:t>w\:fB@a'&gt;û3fYzKy</w:t>
      </w:r>
    </w:p>
    <w:p>
      <w:r>
        <w:t>E(dݖ۫৆/`#w,)ʥT=vCZxؾ/q-Q?IY榈gF@I?uԽ~u+.EsB^iϘy(gUpղk4/E4Ξ()5ꁮ`hm&gt;UcDe?%x4E2εK)g72Ja~#sfιٿ={ST_:*zY~SU8ӌ#HSҾ؈V.no~TGkjsU13]Y</w:t>
        <w:br/>
        <w:t>eՖo۳b/+1/YGr$^0VƺH̫Ǵb@à/Y7B"=zen+{[;-:ZApRڝ;}o</w:t>
      </w:r>
    </w:p>
    <w:p>
      <w:r>
        <w:t>Hk핣&amp;]&gt;I]jԲ\.a̍"M[G2</w:t>
        <w:br/>
        <w:t>b,mngC3sTV!xbmhXيɟKO^f4Agb&gt;t6XkDު}_F+ZkV!*p^KHf:;10?x6be5d9/R9:_#,ld{TL5roVBe&gt;ʣ*++"BܓxkN{G;:'l5R91W,d6ؓՇr'H&gt;Y)vUTΔe;Ev.i6j䷤e6ބ{"TRϥ{94בXU4VJ'</w:t>
      </w:r>
    </w:p>
    <w:p>
      <w:r>
        <w:t>yу{|ߨse΢u&amp;6ƶuC5"3{%SHf_L7J{*C߃|Ww/bFf=2CD9'HpuMv'Lnqe@;/q`fDVnu</w:t>
        <w:br/>
        <w:t>}R)k~Љjdv/y4.G71H#f.</w:t>
      </w:r>
    </w:p>
    <w:p>
      <w:r>
        <w:t>2ⰈNaGouz/Yq"rWl:=:f\_̄fe=~u SI&amp;zg</w:t>
      </w:r>
    </w:p>
    <w:p>
      <w:r>
        <w:t>^T}ݬ'`8~&gt;!{B</w:t>
      </w:r>
    </w:p>
    <w:p>
      <w:r>
        <w:t>;OP0g 2BDV=1&amp;P&amp;Et!JL:y62&gt;cɥUH⧺ Ws8Vu5H3^[14.3&amp;V-/rp`#[&gt;'^jݵI=LP,ˌm]_uGȺ]ȋX8_T]Fi~D3D54st6;zZ,OUZ[.( =cנFmSkixUR'GׯꓻAD|L}wބXfqh#֗'Xt0O־r\!,GsNˀ'd_:Y{7īn+&amp;h\z Ȫ:@O6L.bgOmM)G+0\1&gt;DZ-2t%v_hג!I9Wb%_H4$F5#)z^cy»Q썃-D1:hkҒ){&gt;v:x_R1H[PҰς%wַn#y5cs1ǪE?,; Bu:mM)"YsůN\yMeuȮ)_'+WXEہ Ib|sAJ^;1&gt;ΥNwx~YA&amp;=ņZŵg}.YFȗ-l</w:t>
        <w:br/>
        <w:t>#E+@:ڥwwɯn:~38KJЁjX,3x AGd'6W83]d6:VƖs?'91ᱺVMfOM&gt;n#q;:̗C.bK/xȣ_</w:t>
      </w:r>
    </w:p>
    <w:p>
      <w:r>
        <w:t>2L0$%Z\T{3Zg]ض\3}=˺_HDfFOmgE^0't08..J4cuUOl۰6ݨJM3WS=/A6b$$7</w:t>
        <w:br/>
        <w:t>H2:o]lё3c8^gf$gV`˶|um-W*bbyS_ZVi`&amp;wBZm-Y4~F&amp;ȖPL^mQcȴNu}ڞ</w:t>
      </w:r>
    </w:p>
    <w:p>
      <w:r>
        <w:t>"z ߀KZ}t}]#xXs\;FhRgxHyH2m5;Y}ESi,PMSgJ֦BggK*+TtM |'0d̞Cvо]</w:t>
        <w:br/>
        <w:t>i4DAFj_upS幕EؖYwʯe%`))Y.d{/0bgOé+d/"W#Ōkx770W.T,&gt;lm4[0oou֊?93g3[S^]ÞxU86eAbVV&amp;4fJ4Ya74PQgG%zz2yVw2l赾qwg{K:s$y.'</w:t>
      </w:r>
    </w:p>
    <w:p>
      <w:r>
        <w:t>3</w:t>
      </w:r>
    </w:p>
    <w:p>
      <w:r>
        <w:t>-}"&amp;ىeOYɍvV}X?y6YY80{dF|=+YHI͂rDGk1KUWT3N/KwW[#w__w_VWtGD^JV+̮&gt;z+dQQk!YOGS%^7/5bp}G_ťrD[Ruk&amp;ԗ*.v#I}鍽Ͻy)-:Zή#c+sVl{Ю-"{h MĊ</w:t>
      </w:r>
    </w:p>
    <w:p>
      <w:r>
        <w:t>jOf_\|XFK":׷%2/u;d- 63_97L'vH^P([s{ ~;7"`:'%CT~.`'X8RW_`,+:*0</w:t>
        <w:br/>
        <w:t>ƺ"σIffA</w:t>
      </w:r>
    </w:p>
    <w:p>
      <w:r>
        <w:t>{/{?M+cr*pY35?51QdOk)Py-}]ٞL"3_G ۹</w:t>
      </w:r>
    </w:p>
    <w:p>
      <w:r>
        <w:t>uڬ;KzU؎A1v!yZ}RG"V{sMwes[OsCO Ǳwٍfd'`S]IbjP</w:t>
        <w:br/>
        <w:t>|%}]X3 C雷W4ZVIN:-.:o)i]ErFC=eu REk,ĸ$;wךǝjb~Y1H=}3RN3iV1賻ո}IDh$*]'_f]0Wyg2#?sqz6lq,+NSy+;=^9V߼RHr{tٓ^笞ϢK&gt;Tw:%VFv~GFE2iҡbtV{̹sV2wmS 8DVAFu,m:&gt;P'nt#h-=fZ|k}ܢwǽ&amp;ۀQ!8Tӭ,&amp;Zb.%j-/R[g̲m0Tw*e$iʻě&gt;ѭ$3q,~7WA8/8^bqae</w:t>
      </w:r>
    </w:p>
    <w:p>
      <w:r>
        <w:t>ZQSQleay|=fn؂^+[IlW竨;\BzHMqZp:L}̑}&amp;Q}rnZXg-?]v3:KB;&gt;CGqUԏ^9^#ܵZ^.=֩l1K0N?CDX̻$[VF'[3۰Kvrp#iVO,2{e}Z'7Ev`ީoj;X~d</w:t>
      </w:r>
    </w:p>
    <w:p>
      <w:r>
        <w:t>9ptCg7+{mHOl`d1'cR/␇,;4Pכҋ.iYm4kDzSWd`.gh4FϺ2yҀ☎FۘE ת%w5\J7dmĳL{µCw3Ub&amp;Yk]'_ 撇&gt;z.[p\_@av\VՂ=KH2ZƚIIʔc</w:t>
      </w:r>
    </w:p>
    <w:p>
      <w:r>
        <w:t>BPͨ"̲xeE􍁠KwZeӠ{l5Ix6Ɩ4 !;F2q_biŵJQ"we]Im{kIxF'n{+s9/;S領7ed~qt#n/;V82 ]8[Z 6~W8v?:w.&gt;6l͓ ½q+u|"㟋Zy4tz?@2,š</w:t>
        <w:br/>
        <w:t>X;hK\Wlj{P{\zF_hи=Zn`g1}̓t-=L KPpleG(aF,~iyi</w:t>
        <w:br/>
        <w:t>Vv64r{d,c,l$;رT*Ia2?rsXfRߺ[b[8</w:t>
        <w:br/>
        <w:t>MB2.IrWC'3zJ3Wf_+3ZRgԱ*SЂ"2ʺ퍌Ih`i&gt;ښl(F#sGN#۫Dk@HڽGMt.D9۠&gt;srg</w:t>
      </w:r>
    </w:p>
    <w:p>
      <w:r>
        <w:t>;qn$';93PQkg@}2wO,wjsFJrneItH&gt;nUT0L88OܽUQ)AޏZ{eaix@]jcA[h&gt;GY-қe5_J$7q/%wB'pp|3B;z!TVu40?JZGSнVV{I{Lsrk}</w:t>
      </w:r>
    </w:p>
    <w:p>
      <w:r>
        <w:t>n Uo9p&gt;j(3~{e$w+WS흁*A,}Pؓ} +WMY4 VP#&gt;</w:t>
      </w:r>
    </w:p>
    <w:p>
      <w:r>
        <w:t>{~w{kL71ON dKfz kvũrwqͪлeYqֽP#itoBg-UL1r19/au;*ؽH:8ֲmgFv'wot]N؋.9x^ DuL`|\A_PWZ3C-WZȖ]nJG0Zl4&amp;־:ʪMW|gK^0[)WZyDfn.2!Q`Wʿ`)kFWV5|y\*{X^TΩs!pL|фN#ɸ=Mı$EXOF/@'&amp;+Gci|3rhE#H鳲,oڲ Y#z_VHV`,mÐ1]uk8ƞqõH˘@r</w:t>
      </w:r>
    </w:p>
    <w:p>
      <w:r>
        <w:t>K#&amp;C^YCv̦uk~s31Eg'1-Uσ2)WJx44^:a&gt;"v8F}{:gZC%ݧ^k[,cg%?'Z˵=+uWy];UgC=֟=_*}P=׷(}SW]CW_Ώ;wzB% Əߕ8KFg,أ,kVRܕeT֗s.T*VP/ ^gg</w:t>
      </w:r>
    </w:p>
    <w:p>
      <w:r>
        <w:t>`I~{DCTr}ho&amp;V=3z3DN"X,H8SU̦O `z7ײSHSJ%=-Ff';!9Gn&amp;fQd8oOipw.ʘ`I6Elx~ýl+O\^ ay%.,#Ȩd"nl1uvk [7ŢnO$VG%_k5-$@"n"+E^K$|Y#9Uk/kۿsV{n#l׾m}d=*~8Rv{&gt;JKwgwۿ=f/|~,&gt;L܏_xq;m_ߨٴ.A\|Od|OƠozޏ-ǻo/lw݇w___[A-=}?//=w/v۫mݎռ97_f6ͮD=b|x1Q޿qN4X~{a|&amp;/&gt;|?}YHwo&gt;|rO|(Wx}_w޿_?\ꇟlozA_j߿W~쏿淿6oGfEyۖ8wAx/sf_^OCKlmDpeuM7̯.R}3JUm`eWEWv,kk?V־6m&amp;AUlǫ#OO_FTp8?8pScßz9;p;X8p8p8p8[8p8p8p8p8p8p8p8p8p8p8p~j8p8p8p8p8p8p8p8p8p8p8ptWeV^W@&gt;z/څ&amp;0mW~&amp;}_@ozz#\YOz[TWxm׫&amp;Zk_f3zqм^kgz|as.܏p9\../^Wxb,9f]\_?ףu&gt;zď\]~z޸ph&gt;C\_ow_8&gt;y{;OI&gt;:{Aw륗\}权?Ύ}苇'_9{O}΍rvxt;1^O&gt;9}{'Gݻoto&gt;~=}rܝ?yiw;:yᣣى|{O'㳇'ɽG/Iwz_kG8mgy|vzAg,gNu?w&gt;AO{O=r?+sy\z٢E޹e_(ȨGg3v_C'rߎI7L?owSu*OاEom'\}"s{,@3\dSì&gt;ON}&gt;;{š|:GhwHNa^xCz(}.aǷx٧y'ُyw羯Oc|&gt;g,/R,+8}?']m}OV</w:t>
      </w:r>
    </w:p>
    <w:p>
      <w:r>
        <w:t>9(g1B&gt;&gt;{Js={-HO2z%Dl.0M&gt;uALLA߭/oq?#/ICYōՑH37z=f_nçw7ۧw{Ͻ/ʃ7?x\=7?Ec~Ѽ!&amp;gy&gt;~ş5c=Ƭ|5?m첽|g;sYƭU@!pU|/\&gt;4ߞ^\|glf"~?'x;Venn;+b^O76|_`bn6Wd~|]Wӳom3MyO/˷/@1G&amp;ח/_xQ`Iof*m&gt;흷[_}-[`~U,p\)`BcZ[9m\Y|ޖW"&amp;tɌo%&amp;ims</w:t>
        <w:br/>
        <w:t>#\%~YEYuQ't L";f</w:t>
      </w:r>
    </w:p>
    <w:p>
      <w:r>
        <w:t>~fS&amp;OLoD+SQcFݖ^n/I|g|G+EzJ+r&amp;x.xxNr\ߔoNI/Ho/}VMYˡ~(B:;9(i</w:t>
      </w:r>
    </w:p>
    <w:p>
      <w:r>
        <w:t>^5Ҳ$</w:t>
      </w:r>
    </w:p>
    <w:p>
      <w:r>
        <w:t>1V{W]5b{kI</w:t>
      </w:r>
    </w:p>
    <w:p>
      <w:r>
        <w:t>_b})BC f²̠18V\&gt;YmwֶA`Zϖk"#TB</w:t>
      </w:r>
    </w:p>
    <w:p>
      <w:r>
        <w:t>cO&amp;H-ƲWz`\̠`gm&amp;"CTd$}Xq)O#,k-A[Kkc5`%Pb</w:t>
        <w:br/>
        <w:t>0z&gt;bA-L}Z+*@bR`-F'e2\ƪ*O?۞c]</w:t>
      </w:r>
    </w:p>
    <w:p>
      <w:r>
        <w:t>ZXi}_h1S +ЗK[-'"KƳpA{T`f5j)IЇm@ԢMRMT</w:t>
      </w:r>
    </w:p>
    <w:p>
      <w:r>
        <w:t>P1NUpހR&gt;OǠ`9zՠ)H b=6Uyc</w:t>
      </w:r>
    </w:p>
    <w:p>
      <w:r>
        <w:t>3</w:t>
      </w:r>
    </w:p>
    <w:p>
      <w:r>
        <w:t>iCXMs1fV+O5w&gt;$iz}y]la[HS 4a</w:t>
      </w:r>
    </w:p>
    <w:p>
      <w:r>
        <w:t>훈</w:t>
        <w:br/>
        <w:t>Yh61</w:t>
        <w:br/>
        <w:t xml:space="preserve"> h1oc2OֲXe~:ƶh )vXyXox(el^bVjRܵQJrd"*aSc#Q*Bׇ)jjcB&amp;WJfɇ4j]Cp`dXgZ"1LD8!(OLƐ</w:t>
      </w:r>
    </w:p>
    <w:p>
      <w:r>
        <w:t>uC19W2l?ц[}*̅vBK3)lާWB_TB?!hߩWT/a݇VTo]bi)ker߇q=[&amp;BmQz|C}jhfxJ :hA5jShT :їR%n,Xx?nma%-r`m</w:t>
      </w:r>
    </w:p>
    <w:p>
      <w:r>
        <w:t>WA[^ЌsW!3R</w:t>
      </w:r>
    </w:p>
    <w:p>
      <w:r>
        <w:t>"Q=m%ާ7@R#==3=</w:t>
      </w:r>
    </w:p>
    <w:p>
      <w:r>
        <w:t>a#fZRgk&amp;-#?"ٖ:xmc.Լ&amp;3|b#rcym! X`x7Eۊn Z4_[6f:Iʗ_DmgKZlڼFx&amp;(le</w:t>
      </w:r>
    </w:p>
    <w:p>
      <w:r>
        <w:t>,WV);%nPBOT3*x;3m+)A9r.kx.ctS(jO;jvnh-;iyQh+sXD</w:t>
      </w:r>
    </w:p>
    <w:p>
      <w:r>
        <w:t>|jEr|4$F$-zD}lngB#{</w:t>
      </w:r>
    </w:p>
    <w:p>
      <w:r>
        <w:t>1c</w:t>
        <w:br/>
        <w:t>BG O2شLS{}wUY!V3sR;H%3j}օ</w:t>
        <w:br/>
        <w:t>}eKZt-ᥦ]^Ȩ)sKu9kh1dPɍX_\1ڪ6|\YiA5U5dGKyN4F]`ˤ2</w:t>
      </w:r>
    </w:p>
    <w:p>
      <w:r>
        <w:t>c~FISbWN݄E</w:t>
        <w:br/>
        <w:t>[hQ&gt;{</w:t>
      </w:r>
    </w:p>
    <w:p>
      <w:r>
        <w:t>sTq}$lx)U&amp;7!oxnhjoK-rGTw</w:t>
      </w:r>
    </w:p>
    <w:p>
      <w:r>
        <w:t>&amp;hH0^e~.?R5$6JHviC|X}</w:t>
      </w:r>
    </w:p>
    <w:p>
      <w:r>
        <w:t>B'ȫ%?cx  /"D9+|HltR]</w:t>
        <w:br/>
        <w:t>hVIj3{3c(RAKF۱c3hs{2Ij-VRĘ),QY͡GjxZʀ8ܵknUZDփQ;Js0V',T;۵xDT2G^!Ќ6OaV+S_1&amp;5m6RjXg2:ucIfBXH-ioW'S5`1|ecT7l94r&gt;#!I0\%#ҕƐ06s@plc.Ů rp4i:E_x`Q&amp;h}v%%axJ]e]a]1\{VrcTBˇ5w+46hwov6O^-C|;]F!JhbD1m\qO=\AǈSm~`YFIAb6䙁Z^]!m2#FRW;xh+J,ƊJP=1"!XtzcD\!IAB1G=y1b`j.E1Zʾ</w:t>
        <w:br/>
        <w:t>7M</w:t>
      </w:r>
    </w:p>
    <w:p>
      <w:r>
        <w:t>w1aav_^7!izruFm%k</w:t>
        <w:br/>
        <w:t>Qdз|ZבGO Ǥw_|CWszՐ3!lH~rh$c.g\h5mh_&gt;ZiM[]iPa%]AS|K]6&amp;7O,՛</w:t>
        <w:br/>
        <w:t>4#B${ֺkB".c0ذD&amp;?еjsz̜rϳߕrl</w:t>
        <w:br/>
        <w:t>VF@1fG0Rž}b</w:t>
      </w:r>
    </w:p>
    <w:p>
      <w:r>
        <w:t>cOfZ[p/9z0g4X#Ω@L}J}i5k"+D9f+8{;#YMs</w:t>
      </w:r>
    </w:p>
    <w:p>
      <w:r>
        <w:t>s15)9Xd19R}ê:3: `3KD&amp;ܟU*wweT[k~ijJ!eNT5(eڍUP΢lzW͒1g,R1@c@[FO,j*gCEiІ9vdJ1Wè#-+׆Un}Qgxc%2wa#̛ՌfK|ǽLBaecQj.mPs1:af,RYP+0</w:t>
      </w:r>
    </w:p>
    <w:p>
      <w:r>
        <w:t>}*+S'4\HUs7%lv5#&gt;</w:t>
      </w:r>
    </w:p>
    <w:p>
      <w:r>
        <w:t>Vذ2}'.y</w:t>
        <w:br/>
        <w:t>4_bԒRk2Ӹ64zɌU&amp;Q)zs]oO'"߰&amp;R[9U_`N4wbUqPs^^UOT}djta.O81#w[hw47[hla֘!0C]u3mEN`,Zt)jV2cy{z.?4j4[hͭw;oUKMo¬׹|T=rZB8DI</w:t>
      </w:r>
    </w:p>
    <w:p>
      <w:r>
        <w:t>}.s!k=֝R| Lm5PG]\mۉjD3a&gt;2Z`'V[HG[\me~}zRpùzr3s4(dkL_KCdE6nU.#&amp;QSi]V,5fʗT3_"GHZ1Woc77+y2ې,)W7{d.^RTOs0`DSC{)VZ5JEFV*qum}DjJSk</w:t>
        <w:br/>
        <w:t>jIL%U߾ήr!Bg(CTcRGdmvb`b~Pü{;ghl&gt;`fSüGUCb7T3]G7 k}&gt;oPV-kLr@HU&gt;Lܲ^;ڔDIJ kDRV%xELRQ,XIo);fYXksÝZy'bn.9:GD#h#ZԉL͡QcKXA?1No"8_2=n_V1,O0v̰r</w:t>
      </w:r>
    </w:p>
    <w:p>
      <w:r>
        <w:t>ZBsû'=cmD3n=KDl.jW\&gt; V%_4ј#&gt;2&gt;|z</w:t>
        <w:br/>
        <w:t>W=ΰVhyz۬g/ !p9#Y'Xkcx║Dk9GrgXcl5 t"m.X^wH4Oș;{T:#)g봘FS</w:t>
      </w:r>
    </w:p>
    <w:p>
      <w:r>
        <w:t>U0V+3)j["+&amp;,N :;lerS-mx.Ѭi`OY-]Y</w:t>
      </w:r>
    </w:p>
    <w:p>
      <w:r>
        <w:t>34ٔg\SŜjxdƓ[SW(W3fYЩO3OG)n]˼/{vÎ'%%C[kൄHs</w:t>
      </w:r>
    </w:p>
    <w:p>
      <w:r>
        <w:t>5jW&amp;WK?ǳ/ExV3ѣϱaun}</w:t>
        <w:br/>
        <w:t>Lpa&amp;4\{4j.fEg+`|iMOE</w:t>
      </w:r>
    </w:p>
    <w:p>
      <w:r>
        <w:t>Mĝw3c85q'&amp;J Tv΃֞/#aյ'k\jPKhsh~7#Q`f+$R}\ź\D% 2^rOsyDqC=nW֊J=ϊIF-裎BXO&amp;U9z˜OkFb̌3(WS?&amp;Ky"Y~V0ż;3SjlFY#1Z4/TT~өYa\`zy8Fd</w:t>
        <w:br/>
        <w:t>$5-tWg]LcnW8ftQ</w:t>
      </w:r>
    </w:p>
    <w:p>
      <w:r>
        <w:t>U7(,X&gt;0W.??f`?Pٟ4!37kjRVcc6;yʣaeia*ΔuHR~S#BsNۯO`&gt;֓jM0~h֖gzd!8*S1腿1{7]MUVXO|fAkzf%</w:t>
        <w:br/>
        <w:t xml:space="preserve"> Jd%\ZwxsYF4bpM:j_zF5LWZѲ*sh*ܑF}uAe</w:t>
      </w:r>
    </w:p>
    <w:p>
      <w:r>
        <w:t>9zOYHkkevV.Vrztd]fMXΓ)tBtAo"w=DNJbR{ 'v7paQTZ|`9UF'</w:t>
        <w:br/>
        <w:t>@jh!=Vⷡe!?[To-~y?D3Miu=%p9Y3Md*k]Z=i0D^ #XKlwEؙ(9$Id'3$A$@ϸ/MקȮޕʊpCMMvʉ#C (̀mڠUd]_AbV^9]3@xgg!V:c]4Ad5k';CGQyjQByqw$˴:D{m?3Z)/BkY&gt;U(E~]ky_k$xOe;E]ߵg!Ek/ިIb_=+'IWd_Af&amp;TwR.9FX6MR^X4vD/瀫ahh^b+g}NkM.NMg`e#:j H%;V_{xc4?ir q5"^],S*iOPaݢ?yׯ)O~ 4Gyo~'[?އ1D_</w:t>
      </w:r>
    </w:p>
    <w:p>
      <w:r>
        <w:t>I}zhFC覘$ԖgK|+W⿵/z8p4zoTfn*UXƷve/6Byk&gt;U&gt;[ÛB</w:t>
      </w:r>
    </w:p>
    <w:p>
      <w:r>
        <w:t>R$tt&amp;q.f[HwOp}-u^Ag%W8AnZ)Ç@dB#x+?F/-A&gt;TqF</w:t>
        <w:br/>
        <w:t>}_0?*yC+"</w:t>
        <w:br/>
        <w:t>[rP;g)NmH^(N6d?ȞMڋqZ|":0+`ro.w:˃MaGWkMEm^;vtTV.:'+pȯ'j:])xAQܟѹjtNZ2lF'OKY' (Ks-</w:t>
      </w:r>
    </w:p>
    <w:p>
      <w:r>
        <w:t>Qkx̹UHJ/kBP%CEX]|dxOyd L6}B#/TOS$'EƏek@</w:t>
        <w:br/>
        <w:t>S</w:t>
        <w:br/>
        <w:t>Pd</w:t>
        <w:br/>
        <w:t>6JMvlW趄yEüvvdTAlOy-.J{FNuUHJ62^WOƸ:&amp;^Z+?g={)aژC?B?sWGsGox~\&gt;Agh㼀xmGtÜ\</w:t>
        <w:br/>
        <w:t>AǅӠ$TϢܬ $_׾ݗzXMBc;kH}51xz}dAkc6ST</w:t>
        <w:br/>
        <w:t>E&amp;j\=po0yv^gns.EVOQu0'g#&amp;Ws/N$]u~jVzz{U9GQ&gt;6Mxh\U{v,{]Ɯ/zj8,ޕH&gt;p扜5ιutvM"ȍbj&amp;ssL",:%W^y/_</w:t>
        <w:br/>
        <w:t>&amp;ĂDjif~1jsa@Tv"Σs!tZ"JA)@9{6F\sN0;eqV0*v{ TJ.W5G'Wd#?̑;+@iCd}}Q.S.H-4gQ&gt;t^cPmQwWbSIv&amp;]MM` !SbLƇD9P-.fZOξklOshWe_ނ?utQz3=EpkJROZ4ӉaO:9h$^&gt;و&gt;`-&amp;.Ot.`!nzf$u5YO *CerK].L:f`¹.zA:&gt;uz@{(;#ϺUqT9g'LV7_"k45d_ iORZZ~렫k1qd2AO*Vƞ</w:t>
      </w:r>
    </w:p>
    <w:p>
      <w:r>
        <w:t>53fFLtu=:Vv|3*9೪#(R,l7hR쏗zLgģQ :2_&amp;_~5ߓJ #7}']WWrt]彾r%ֺwOjl.gj:hXZJw &amp;Y),9=V~i-X1aoțW^sn'}m{{wxr޼3i#Y:2h+[suluY+탕&amp;eq:&gt;oYAĢ|ѾH&gt;Y8+VљΟp혒gϥWkO)vҫ#B:cK7+k.ZZo&gt;wO֮^E򓞼SR.Qƻ[/_hBWˉCWgOn2Wa[zެ2EhǠ԰pƉZ:e&gt;O~zn㷍Nnl[VU]zm|ߧywkqT}c]ҏ}di_e89_6Dbw|B=Roma(љ1PQ(:}Zч%(XH^\0냘/*I^"@a&gt;%*}C&amp;fsrQĔd {'~st*-Wc+UlTbn</w:t>
      </w:r>
    </w:p>
    <w:p>
      <w:r>
        <w:t>IP铜_3Q0Z[M~.P5ҷjV-`.3EpH|ǫ%&gt;ŵ1&gt;nFMqM0QEr]znJLTxj!wd@}|J4zﶁINk6vrA]~l7~1Z|&amp;fl?HN]n7"q</w:t>
      </w:r>
    </w:p>
    <w:p>
      <w:r>
        <w:t>9_1`/YrM=&gt;-#v΁"⪠UD]kSit&amp;_E!m0րZF[hTTI~{W޵f6g)ۼ_i?kw_MQj}I_{c7WjРB%(F!=`Xv*'aL</w:t>
      </w:r>
    </w:p>
    <w:p>
      <w:r>
        <w:t>@b_dckoD'cdS9.M</w:t>
        <w:br/>
        <w:t>FLƗRF EVSvpɝFwYj]\+s=)`NZ]FixZI1h.*.^sG9L]JT]1;'?QhoǯUSkM**ҫÎ\}KId8TN~@d,V"ՉMT+~/7֪ҼhPwYjY93\h'k'dr;QVWgq]|rZˏl*EG*]2O]mZFDm(Zhbq</w:t>
        <w:br/>
        <w:t>O̯A|If5@0Uᧀ!.8GAn@z(?aJ"Q`֞Lw-~uXL+C0ftV~ҳٳ9D4QMa/޴noB+N/՟r,S0wfbo9mOʵ[y#lWx9</w:t>
        <w:br/>
        <w:t>]6!ക~Wt)50k収?]*g¬8|ˍU9K0mf&gt;&amp;PGV</w:t>
      </w:r>
    </w:p>
    <w:p>
      <w:r>
        <w:t>9nڋ'c;:̈yҽ|3FiL'ew!2?:Oگ@袬-*ЧVʣ^w`"o;]Sy;+f )dZy-Rq!:g6Vi(u"~uЋrL!V_脁_ut!X/61+:tk!Lx"Ubpxf:k[A땳F`\;dj09VZ8O2͍l^^h"UF,;ѹ(]J(TO3[H5ŋ&gt;?PYшZm=U+{È立@fO={T(W1쐗..T܇f_%+hQx+eA|?(/ֺl{Dt</w:t>
        <w:br/>
        <w:t>V`pίY</w:t>
      </w:r>
    </w:p>
    <w:p>
      <w:r>
        <w:t>1VUv</w:t>
      </w:r>
    </w:p>
    <w:p>
      <w:r>
        <w:t>TcMjF,yB] pAaуG]CmgRAnt&gt;x.{OVv1`W|N~Փ g#ԑZG939LYp/GGĻLYYlu&gt;@&gt;5:*eal/h8x/039ΉGo)豨#Ϙy4:H~:]:ǀ&gt;D⨼{R$WŖgsC?+Q*sN{*eA6Ys&amp;1YGb$u=</w:t>
        <w:br/>
        <w:br/>
        <w:t>fN&gt;!v_y&gt;!.Fn$ƹpؘ4|Orͯ*t</w:t>
        <w:br/>
        <w:t>:6ЀR} xxP,bm6r%mԀבs6̛9bj}?%"(_m&amp;K0i80XƧ&amp;?sm'| 9QV֯NaU{P棣U!O(</w:t>
        <w:br/>
        <w:t>:H`08")vr</w:t>
      </w:r>
    </w:p>
    <w:p>
      <w:r>
        <w:t>Eh},JIj| z}(ycu&gt;aMc+`n?Eo&amp;J]GɃtzW/*sFd7sea/LT&amp;ɧw?pqYE3Y:'xscYYdZNs`T{-k]LР^+</w:t>
        <w:br/>
        <w:t>w&gt;h_%Vp&amp;lw3 &amp;sPiϸu&amp;?d\ PU&amp;&amp;wG:P+10nz-H׶穞dD8M4\QޘFXD&gt;5޷QYxVF$ϔuo1ie3~PkWeTͱ8Q.rjMW,`tk?5vW(3vut@r fN;]So</w:t>
      </w:r>
    </w:p>
    <w:p>
      <w:r>
        <w:t>pV:Gc*[Y$go&gt;AU`W^&amp;v~'\Ǖ(#OMgղ^YrLl+-FggJv;sOh6skg_s\VllX{j븺+d[GY;&amp;i"W+슍׮{s9wʼab/N#'bN&amp;NzD`tnyP[OLJ־򺵢͜Uծlk7YGvW7T]9Ud[z9k?Yo9dn臷/޹w|soi]GV;`9]ަJa$NmzY8hL$'u*;vjN!-}UKK3Uoj{GxΌ2N%.Awh¹Iμ\w1SgmZGPK*;pm{</w:t>
        <w:br/>
        <w:t>yd e崿.cHF?Qt7P~]',v?b3_S.KA`f$U|"O휙nX'KuW_؀g7kRLvY/FsHPS@!P*k&gt;WUEacnt^uv:mEE}t=KaR?AԷ:i91e?AgV{}m[&amp;5;3Cmucw~?ŏ.y20Й)dLgddٵ.v{=K"׊6Ś{Gyu6:vZ^w+$4Ƴn.WN&gt;J&amp;]kI@rAf&gt;`B"pLZAJ2k督5J;D˽y=\͕xʥ*72C։yIvb8x</w:t>
        <w:br/>
        <w:t>Y[bﳲqsQ*dJ]#kL6ρ]v=A}ntZ6^eoSn_U~Vod@M6}7{j揔5FΪsem'X#Mo8-f*TDT\6.+G[#!(xM(-~{أe~koҪZHVgpњZ!Ǘ]uq4</w:t>
      </w:r>
    </w:p>
    <w:p>
      <w:r>
        <w:t>3r}52p9stڱoWg//cwT鼣氏&gt;it:gFR$yt1cVw򣻨#uQ_ef&amp;wzvg?+eS*70q5wj^ZZgA 5jDT@fIݯvG.(#y1{n^OeT|ևYu:%DcC?]@L2Tz9}?߻;wMZנssEg*5^R9'(5Pwru3(?s0h{^4(</w:t>
      </w:r>
    </w:p>
    <w:p>
      <w:r>
        <w:t>0S+ʫ~</w:t>
      </w:r>
    </w:p>
    <w:p>
      <w:r>
        <w:t>l(mܓ\@c^79u*QSAQHMmoL=V攝dCJMS/&amp;j=Y|YTԔ3p8U]'Gg۲қdAܯۼ]\u}hl9Y&amp;篂SK냎VcZvɖ^ll!X9ףEpj.!tѫ6RCۇ;-˾&gt;l[,ů}^ҝֶw</w:t>
        <w:br/>
        <w:t>zPmH&gt;~÷WsҲOyQh/AɝQB Tj_1]񨂉"u&amp;$ףp=ɻɿ62Mۓw.9&gt;7*l=w*z~V~&amp;z[O`*!r%ie|-}sM[߇*`4M#׳/xT},&gt;xg57܁F')r7.1ثaeDvm0i7RWIg5H3;'EX-:$tF]xlm9!t.x73R.!ftd=;_c$z9*&gt;uG</w:t>
        <w:br/>
        <w:t>?=E#&amp;gnylIU#{Bh1O"&gt;כwe9oAUxٶxM_l }ASNoe ~</w:t>
        <w:br/>
        <w:t>8tGDLǢVFF$Uᐵ4d6crAU</w:t>
      </w:r>
    </w:p>
    <w:p>
      <w:r>
        <w:t>*ˮ=YG+~hѻ2"Z]ǭN&amp;NB7ʮ{1w%2v}Կ}]|V~jYWߟܝbshwbmY]wo_=Um3)dNSI'wU{?ZRPFY;|`re@?w]ZX{G亰j/n5okZɕ{oO}?a*^.HM6Nw+gDƬpeTGpĦ`|2!owLlN}ktʕor6[TP9ΙAי'II3)褜\;dte&amp;eg+5L-^%d.oQEwSU$j=]^Ϭ</w:t>
        <w:br/>
        <w:t>33h=h^lNpTE8&gt;=SAAu?[bաz{o`='oj3Ɨ7S'yUOZ1&gt;|`:RQ05t(5Ncw֨ӊM5dA`9a\eCx@'{AC0;MapokؚOs&gt;ﾦ_@'.}2qB?Rfy7uErQ|UW</w:t>
      </w:r>
    </w:p>
    <w:p>
      <w:r>
        <w:t>LQ:yD</w:t>
      </w:r>
    </w:p>
    <w:p>
      <w:r>
        <w:t>;XSԁ&gt;G盕+4qSgo_9F"%TG#v%QAӒ3 ,A9#gDKF'[~(?"WW_$</w:t>
        <w:br/>
        <w:t>G״8![.UE43[\fMc?~THvп~Ϭc˧xuhzնzR%v4{g&gt;ֻjȓfܪp-}:B~Ggt׭glY?.EN9K|L$¶h,v]?8-#G&gt;|1!'diT:F;Z'(ocy[fjA)]U=6ruS\0/q3~Z5ZI[XȪߧW`</w:t>
        <w:br/>
        <w:t>D*rl|.9&amp;){*LI3̄?Eb'OQ{zÇt!4{loy`7}m#uПؒj%PA{ukE9`p,cfYPf9ǔQy@"i!</w:t>
      </w:r>
    </w:p>
    <w:p>
      <w:r>
        <w:t>Q27HB2T$</w:t>
      </w:r>
    </w:p>
    <w:p>
      <w:r>
        <w:t>8^Zk^}؅Dq7]4okTO57cԿJB:]WoRU,7Ve6yxÒ?W0OP%lc#}qc(P-Z%l+0u~zwyk}ysomH&gt;001qC}Ihm6V]mEu u͛]j}҃[k&gt;0!(g</w:t>
        <w:br/>
        <w:t>+Q}R5o</w:t>
      </w:r>
    </w:p>
    <w:p>
      <w:r>
        <w:t>=u}{ XRþ_KGԔNACar [!@</w:t>
      </w:r>
    </w:p>
    <w:p>
      <w:r>
        <w:t>pYx&gt;*lP6@ @y@4%@Cp8-NgRGh!!a0A",aF lWJmd</w:t>
        <w:br/>
        <w:t>ق|lG#!t=0IC';(o PeS#+4,TE}eQP,nJ8teQfa!(s(AY+J$CJddô2&amp;_Xt|Dl -{  400q-D*D|/#T($\;`0,Sr_</w:t>
      </w:r>
    </w:p>
    <w:p>
      <w:r>
        <w:t>;})v7-;%Y=%^7'3d</w:t>
        <w:br/>
        <w:t>HF#pK"NAݔ&gt;%b{gڙfhZ.n;4A s1:zq!~4;J㢳</w:t>
        <w:br/>
        <w:t>FBF.&gt;KDBDC#nNABRQz(IPU@UvP#&amp;$E7</w:t>
      </w:r>
    </w:p>
    <w:p>
      <w:r>
        <w:t>?gA2럹'_Ruۇ%\e4.f8^bU\5V]s.m</w:t>
        <w:br/>
        <w:t>wj{1</w:t>
      </w:r>
    </w:p>
    <w:p>
      <w:r>
        <w:t>MZ\?k{Eo@:IҲݚh83m6K#w0FA^"SkힼIu__V1&amp;x&amp;y3y8xa{F^M[؍</w:t>
        <w:br/>
        <w:t>Z?X-f=,(lweAfJ2as7Q(WIN|SI^4{3?E|x~KtOL</w:t>
        <w:br/>
        <w:br/>
        <w:t xml:space="preserve"> "x1懠</w:t>
      </w:r>
    </w:p>
    <w:p>
      <w:r>
        <w:t>*E)Sʔ?.{mW</w:t>
      </w:r>
    </w:p>
    <w:p>
      <w:r>
        <w:t>{.If'ҋqT,-GVOLdd(Ťl?&gt;</w:t>
        <w:br/>
        <w:t>E,8gMzwju{rZYץF ,(IY?#I$Pk*UY*xz}|="`PGv$A ðy@kz</w:t>
        <w:br/>
        <w:t>k`^(da.5!Н]FxцGoJH껔CMɋzx}cK-Mb\1)=R-cmۋ#9Or</w:t>
        <w:br/>
        <w:t>%vIC=_aH-buVU`v%M</w:t>
        <w:br/>
        <w:t>#elÁzmn</w:t>
      </w:r>
    </w:p>
    <w:p>
      <w:r>
        <w:t>zTLW14r;xc/ŽũS</w:t>
        <w:br/>
        <w:t>N{Uhיhkko&gt;❽y&amp;qY4=MqbK]Lvٞ!-5r[{29O*c.N7bѢ*m7\M4V*jV.{OĮmBrizi2l}'tgxHQgN*rIETyby_g-cCLZ2}&gt;Qu݅.NpAq6 {17.V"ܠ6`Y+S"dL,}bX\-d2nP:#3 ̛m%?CLhVps*3#P4_}o ϳ}:3*9dkM6`Svf</w:t>
      </w:r>
    </w:p>
    <w:p>
      <w:r>
        <w:t>ϝ XhxhQL_@(I2 )˜Ed8Lʖ.b=C7jvs~w,Ƒ7^&gt;_a@ (s/=(YsZ/x[_S8nVٔ$^lc?azV֐8QRbەcլНJzgL&amp;;.Ng"(yⴴaG#_.[pki</w:t>
      </w:r>
    </w:p>
    <w:p>
      <w:r>
        <w:t>| yH8̇ɼ1Fyg8_Q2|-pC(nJЅy{;.|y3Xs</w:t>
        <w:br/>
        <w:t>isQI0]A%#B"B &amp;I|&gt;#FA5}ԧ(,.GFKǅ=|({;;%d(avcu2</w:t>
      </w:r>
    </w:p>
    <w:p>
      <w:r>
        <w:t>,#gGC#q^&gt;dL</w:t>
        <w:br/>
        <w:t>f7.^_un&gt;FG3$o[QUThz8dĿ\" )z\B'AQ浒%G3&gt;&gt;ݗkS[G"LHޭ^cV&gt;j8K_,Aj~JyowHsvVKTY3'nI=~Mm1~M{jrwhRwңJxpsBT[X^,;&gt;,d^&gt;!/}rg.}}Y#EݼdyҰdũIfNg}X|w*J_</w:t>
      </w:r>
    </w:p>
    <w:p>
      <w:r>
        <w:t>%[}TT:֩d</w:t>
        <w:br/>
        <w:t>#,0.tL^i5x {AMֵj%0sMY(LB~2L#:&amp;wU.ޗTgֈg6&gt;8c</w:t>
      </w:r>
    </w:p>
    <w:p>
      <w:r>
        <w:t>P2('.{NÝ9WgcX||#r~D18ZLޅ;KgU!i8:!#*Q⡧ٱX\Т3;rEKJVv/bxwFM[MDԐ}A?޵}r`R`3ō[ ƻ;Bީ6'3V`00o7y1{eN+S˽}LZmf׺S~̖*,/q/t {{ٛ'*};:1ɛIU{3㥈7oL:&amp;KlTUȎ;}t%m)÷v0+9-p:=E׍9EoBm/"'=ؾvK.sspy.D3+:{ܘ١+\s^4{~EOx9iӓkfjFRY*R</w:t>
      </w:r>
    </w:p>
    <w:p>
      <w:r>
        <w:t>wlu1v)Op(</w:t>
        <w:br/>
        <w:t>s/t,\3qhٝR&gt;?dk:z"?ا3w"*&gt;ay*Pڡ *S*؅!8m&amp;h 4@(P%</w:t>
      </w:r>
    </w:p>
    <w:p>
      <w:r>
        <w:t>)&gt;6.8io٨D/&gt;yh.Nh+'Q&gt;4}d</w:t>
      </w:r>
    </w:p>
    <w:p>
      <w:r>
        <w:t>enU&gt;_mH^bJSU?`׉.3,rp`9^wX mS$K6"]IA^606DG!]vy+DSI]Zcfھ;~ZȆ/arMX@2go}</w:t>
        <w:br/>
        <w:t>F$.?VzBna;pm}_r"pV|%</w:t>
      </w:r>
    </w:p>
    <w:p>
      <w:r>
        <w:t>&gt;~dW,q`Y=JX7H㆞*[#Z&gt;5ʜcN[9?K̘"=37}!H ЅRaDoh'ul</w:t>
        <w:br/>
        <w:t>B)#nR</w:t>
      </w:r>
    </w:p>
    <w:p>
      <w:r>
        <w:t>endstream</w:t>
      </w:r>
    </w:p>
    <w:p>
      <w:r>
        <w:t>endobj</w:t>
      </w:r>
    </w:p>
    <w:p>
      <w:r>
        <w:t>635 0 obj</w:t>
      </w:r>
    </w:p>
    <w:p>
      <w:r>
        <w:t>[ 0[ 1000]]</w:t>
      </w:r>
    </w:p>
    <w:p>
      <w:r>
        <w:t>endobj</w:t>
      </w:r>
    </w:p>
    <w:p>
      <w:r>
        <w:t>636 0 obj</w:t>
      </w:r>
    </w:p>
    <w:p>
      <w:r>
        <w:t>&gt;stream</w:t>
      </w:r>
    </w:p>
    <w:p>
      <w:r>
        <w:t>x}͎0ܯӒUɿ_4O{|oFl#?ŉ&gt;Iǧ=?'%2Mk?gUE|v&lt;&gt;:_}jdT6L"Kdp-+Q:ρF!</w:t>
      </w:r>
    </w:p>
    <w:p>
      <w:r>
        <w:t>Y9Tw! f.ERH3H;$jjHb@F,(쀐..%ttN9m\+ju$dRF* G`P2J%R[ ISM yw&gt;stream</w:t>
      </w:r>
    </w:p>
    <w:p>
      <w:r>
        <w:t>x}[~u:}s_c;؎I4Iiz#Ҥy\TQ</w:t>
      </w:r>
    </w:p>
    <w:p>
      <w:r>
        <w:t>}}/|roXo}~S7o]O׿'^zn}"?g?/~{)?O^rrG_g߾*r/otzp?{&amp;tЧ_?+췈o}泟x79%򻏼^|&amp;K/~S|_|='/seH|+g&gt;&gt;_K\%'47&gt;ɸ=3X@#OG^W~G^\ dz[Љ'9O&gt;u˲*9GŋDvr*|M2kZ C'gIϿһ~; !|#TNM}r&gt;;3Cy]:m:tS~6N}LV?iGyO:OvrQv9ݛs:&amp;O|ӹvXVϟ˙Nl~:ߑt~&amp;Oz&amp;'tr#xv쏤tΟN~~0oL[O~~N/{e~7]!&gt;=]~wz]^C?WﭞP;|?{緽]z~^oSоu~~|d?r}OG /3k3''FߓΫtn/7t^/y~tA=ݣ933ۓq\C~&gt;}?_Ӌ3}_]:߿ai o-?_Λ^km7=C~rwl}^o}gơ˯:龓s3g$7t{&gt;3M||~%迹|my~99qo#~aC6x߿|#ޖ܌wx=0o||?v</w:t>
      </w:r>
    </w:p>
    <w:p>
      <w:r>
        <w:t>YyA+?4'I|G񦤓I}Aܒkt~0TһNOO*x$&gt;{c*٤Y=j}66i%Ϥv&gt;iHȓz乔# ޿% w&amp;&gt;`tTӳczt=_}UtAK0N\*KI}I~I~%hv\q |S1wg&amp;k7K)M&gt;e{Y{u)ɽKG.!iLK}2AK25AkI-;}`ǽTtJq܉Tx,o՚]9ax1dwoq+`^5R8at0~-&gt;ߖ#KlCrώ.`OVv=ڗokȃ6 ơ&amp;ų7֮o.ӓ۔\%&amp;c~zfC5텫vo)_+$}*?yy$UFŃi9^2*HeFh^R%8u 멍ΐԢ.=sڒNgS}Nצ6iJ]X9%hcNҔ8o'X3~BKx{-}7km5aiUBc&amp;8s&amp;]+/eUt{r3.Gi루QykھZWiRyi\]3K)}Ce|wXSKS]_\=h_(S*3jܡ^1j$˵б::/uR)]sXZW6&amp;9yў%ڳ@K1)Mv0</w:t>
        <w:br/>
        <w:br/>
        <w:t>.CB]!KӮ[is8_</w:t>
      </w:r>
    </w:p>
    <w:p>
      <w:r>
        <w:t>Nq@S4;&gt;knlB39f} q缌EŶ"}j1ܗIV-röZY`T}ЕsT{=Bk0B^9'wnPࣵ/8nKo5..HFX!</w:t>
      </w:r>
    </w:p>
    <w:p>
      <w:r>
        <w:t>kt[m dvTXNf/8m</w:t>
        <w:br/>
        <w:t>(</w:t>
        <w:br/>
        <w:t>rIЫBkB-]-\,hЅ6jor;(9&gt;gNF7ddAiRi n5YJ,[~c@'azھ`x I!{7w:A9˛Uj&amp;p"{bSï</w:t>
      </w:r>
    </w:p>
    <w:p>
      <w:r>
        <w:t>H_0AFʬ3}fsb/fkuF:ڈڀQhW=--qwzG:&amp;`tF.E?ZjD`D*j׼#LKZ"`!FJPc%/OVPr} p6-oA\[#hTE8׳}qV v.`a)1slXlDPw""az&gt;/t0ٳ"Σ#ho_</w:t>
      </w:r>
    </w:p>
    <w:p>
      <w:r>
        <w:t>xkr)vJ죜GuO,o:皒4jZ\~p=8,:%DO1ɣITkUߩ8ؕ/GzoyZ</w:t>
      </w:r>
    </w:p>
    <w:p>
      <w:r>
        <w:t>{ltwk[̮N7֮Mn|,&gt;@x~xtIEnE|%]]v5k_[=H&gt;-:Ѳ6aԎHyp}Y31fn&gt;]]iu\3as72ȕ-y[^g{_9U+cVvQ!ݱFh%nHI@</w:t>
        <w:br/>
        <w:t>W&amp;^|fpĹh8-ye+]aq;M4` eaKy-zS[uk~jaB܃QhkX;.Ek.iKQlJ,׊E^GSGG/-Ҕy'$ZKmz!zц2iՊ^U~hǋ*ֻkmm{|,5#-U=5Һ]-(-zc[eR[-'^,V'Ql</w:t>
      </w:r>
    </w:p>
    <w:p>
      <w:r>
        <w:t>]xNd-rJurG-Zba!eljf,ƅK2Zi9E+ufc|}mqlg߭*gh</w:t>
      </w:r>
    </w:p>
    <w:p>
      <w:r>
        <w:t>iӌ}&gt;BTۮ#'řcg(seZřJmZl!KOEyJ\o=4?|RwaSup*\q$Dl6%_Q=-Wu3j˝p[-KXt?s</w:t>
      </w:r>
    </w:p>
    <w:p>
      <w:r>
        <w:t>5Mγǈ}ņ8)oTgO_j}pM ňӓra8z!'X-f_AO]OZB3k6pD0H]8l6Nh{&amp;u{vkzI5Ԅ6i]pfT=.XT bŹiNzF}oJAŖV`bHG;A\;~+ЀR6/V]DUjsSFg%Eԧ8f50$hKBge$~Z)J-~".X0zUs_(;6=(vޮוUOoǟa|$FppjahWFD=_}Mݹoe;AL-fПsl7lTeSQǤ,QRRFۅ(GıC9c,e֥Ýt&gt;7L~UHg-bʞv5Y3&gt;&gt;'߳ 22ORJ+o!dhcX,6X.N؇|NZO%g9tO\[ڶɵ"ZRn%@q!J֢MmEYnIq`}M28ShOĨqZǴ32\/YsXl(+"jÓosj9}^nPo)ݬJ=rZ(݁jԗ'G+g4zkc$QԧȻ|mϖvvUƙ(</w:t>
        <w:br/>
        <w:t>.B.ϸU栗^K7N_haM?,'֏&amp;w(+6renʸ/ն+y</w:t>
      </w:r>
    </w:p>
    <w:p>
      <w:r>
        <w:t>(D,{IbGǾNH}5[A^i{.QQK/y/vw</w:t>
      </w:r>
    </w:p>
    <w:p>
      <w:r>
        <w:t>~7z9?ǗsYbQ7jkpI;rl=d~ [9y^&amp;Ҭ"?0{to''/`k[Ӊj9ߤ2ȹsir=k==mtpP%eAuᅝ_bIBQ3n|:#,aNѩ]YZ}s`.cQoSz9goA{*ذ[0'Ziwn(~0UA#tu;F`f;(ZlY;MOE</w:t>
      </w:r>
    </w:p>
    <w:p>
      <w:r>
        <w:t>8ATэ\M/kq\</w:t>
        <w:br/>
        <w:t>y5k ]\%=,(v9J^ڊ6'/Mbg$hk8Ӷ[gyx0iug&amp;mJz]hG4:=z.c(:AM)QB+A'ٻTW s0v</w:t>
      </w:r>
    </w:p>
    <w:p>
      <w:r>
        <w:t>C&gt;RZ*ZcWaרi{8;.wu7uR</w:t>
        <w:br/>
        <w:t>h嶡Q 1XQ7ZBc7`Gi7Qd</w:t>
      </w:r>
    </w:p>
    <w:p>
      <w:r>
        <w:t>ܴ&gt;EN^PJ =GDރ*Dn#)b9Gg EVRЕ,R?s)BĨ؂h}K{_Zyc_12q06@.`OwS%[+!9ecPC;NM诏z1`^_jY=</w:t>
        <w:br/>
        <w:t>|.J̷evVXA</w:t>
        <w:br/>
        <w:t xml:space="preserve"> -h8:׿Fr]O٢DA9WcXRbOԣ~%h)3B_LJU(%?;--cGwQJLě]!h!bcmmIE\cVrqFՖ$lq-G/ hxѦMwp*PM#kT#ad=9</w:t>
        <w:br/>
        <w:t>N?1h=V)g-8K1"Is&amp;u(ki'FHmSg]Lw:&amp;]^A~k4e`rjUg vcކ:fX42X}*;JF@VBMσ`,ky-we̾VQNVM^މ;Vb{Ff+( -G+Ld\zo</w:t>
        <w:br/>
        <w:t>3mxmЄMǒ fQ⎛㆘N|:f-J;gt:AlN</w:t>
        <w:br/>
        <w:t>`-:.c(vOfqwxCI:*Y)gj</w:t>
        <w:br/>
        <w:t>s}_B}+쌴_qi9=JuPRM%~0bRNUٟ|xtNٓWXzB_g\Ca\yߔ9DSZwl?JX6ݙ[f~9ioFzZ8%Mb#DzYbV}Ll|ˍiP6tHxuJ52)GQu%CJkB</w:t>
        <w:br/>
        <w:t>Qv"%^]'9b%%~Q:7Xr%WaTRTxBWQNKE4j,Rb@H&gt;6/mN?m9%]% \ߎK6sdjz]$F</w:t>
        <w:br/>
        <w:t>$J9|-bF 3a'xXa@Ne$4E^m+l]v h@</w:t>
      </w:r>
    </w:p>
    <w:p>
      <w:r>
        <w:t>@͜$hh8µ{1B8OEزds6)ck0=F</w:t>
        <w:br/>
        <w:t>-j4YFrL</w:t>
        <w:br/>
        <w:t>52;\V u,el""xSk`|@EC1E/XMh}_rr?</w:t>
      </w:r>
    </w:p>
    <w:p>
      <w:r>
        <w:t>45\3mmW</w:t>
      </w:r>
    </w:p>
    <w:p>
      <w:r>
        <w:t>oNP`_ ;6</w:t>
      </w:r>
    </w:p>
    <w:p>
      <w:r>
        <w:t>(9;!0q=5g.-gڮ9n)sA]gZ(:6D?y7RR"`im0֒^[80Or/puF,\Z%Q</w:t>
      </w:r>
    </w:p>
    <w:p>
      <w:r>
        <w:t>юfq}Joc{kbt?Ӆr*Gb0J{Mɇrmx :`^&gt;$qgFa,yxVw)jAC&amp;]UoKܣ!`߿cTcDH/BwN_{</w:t>
        <w:br/>
        <w:t>[&gt;ݕ;]#?Y</w:t>
      </w:r>
    </w:p>
    <w:p>
      <w:r>
        <w:t>@л~?{;aBګß~MnmoeN뿦康j{mӅrIsc )~5.5{ߚBW;s9/WI{ %vwyCVSJQ]B9Hu#</w:t>
      </w:r>
    </w:p>
    <w:p>
      <w:r>
        <w:t>ǰJfeSN/S,sGP/q</w:t>
        <w:br/>
        <w:t>Ul̶+ⱑX6nO&gt;δ\-%5$,c][ {K | \FV"vî&gt;aFw.OSso5VHLJzeSS=^-BcO|6,RԶ]c4</w:t>
      </w:r>
    </w:p>
    <w:p>
      <w:r>
        <w:t>n|e"ۢ(hCc-|Xh/җc63f,d9ym;Lsߙ'YѢ[(-0F?,-uQ(WMe\Ӯ}n6_CK@gJ@2(oK^[^$h/GhE:Ec'˾s$Lr&gt;;</w:t>
      </w:r>
    </w:p>
    <w:p>
      <w:r>
        <w:t>&amp;qi[O.0FGDx0^D@5B§-{RjECw^~Z %wwkUC)֮ή!"/FG9GSBڨ%W{5؅^w5w</w:t>
      </w:r>
    </w:p>
    <w:p>
      <w:r>
        <w:t>oNKbͨ_.a7y'7aF[QH{؊ޭɭ@γpڶ/t\</w:t>
        <w:br/>
        <w:t>TϴxK{#Vns:~-,6\v 5+rmԧa~-[|</w:t>
        <w:br/>
        <w:t>sv[EZe|1gPcXv</w:t>
      </w:r>
    </w:p>
    <w:p>
      <w:r>
        <w:t>N{MByé·|d߀SAb9@/:O:Q}%][17S\V/ز)ЍfIDkmڃ"8bΑKV|LDaŤRx&amp;WSAW.B!RH6eBWrd/Z {f+S=!sѓD/|d&amp;ʱ/,|j[bew{aUl&gt;¾w</w:t>
        <w:br/>
        <w:t>ſPmKw_nWq+</w:t>
        <w:br/>
        <w:t>Tvi"\\M:b1&gt;_ꐈj|f:m_O~)KLS_q|ICNkp*|1*[\0o\G㹰 %&amp;p]w}Q\{[%][Vh9be</w:t>
        <w:br/>
        <w:t>i|̅W!kf]y3#a25~W,zl-1YQ1pcCEn2Lv?1ΫF+p(ߗe!i^u`+2&amp;[p@j}XӶ~%LJOЂS֯&amp;L~ =Po+j?&gt;YyxoB[-cg_M|&gt;9_O.VrZVn8]Mbן[_[E%R]"ZGUR</w:t>
      </w:r>
    </w:p>
    <w:p>
      <w:r>
        <w:t>s&amp;%bjа7LB&gt;G擯wkR+tBs/rï[X;</w:t>
        <w:br/>
        <w:t>I=7_+2^ｅ:P.p_@Nr9ʚ]nD{89DMaȕ:BWKIqXDw-g&gt;ˢq'zNέ26j=1ߕkĢLYQLKߒweR9N{Ic;3;Y[m4D֋-6$p}'ͭze+N\O=6f}[_B DPC|Z~E~.cc2h7J[(d~Cuʈs,b~0:95`#\q5PW.lhsҔP[Qa{ݪ$(aPpTa~?c# :WwqCԶ_m8ox0ziL3BX||&gt;GGԧ@Tl.bNp\ ܣ̑ʑ[p܆ RID٥LjiuM&gt;֖</w:t>
        <w:br/>
        <w:t>UnwMEY(kȯu~ ;Z0y¯I&gt;['E_-DƌleNʂB"׿[zXXԒqg[ct(wy|싏Ebª|.dG3K2b#d||*Ăj&amp;ds,\H:xͫB߉9ؓr1oe"\שp7&gt;~-9^8|sG-=gV",</w:t>
      </w:r>
    </w:p>
    <w:p>
      <w:r>
        <w:t>SX]dbG=FuiT"T zUnųGiǐBNlA|K#iIE&gt;C"ނA"1S1-(gB{sXD,µC&amp;kmz/jQ|v$dOpܯީϭP.=?</w:t>
        <w:br/>
        <w:t>[r/</w:t>
      </w:r>
    </w:p>
    <w:p>
      <w:r>
        <w:t>|' W5jJ{5Du3_[]wE$8+Cq&gt;+a̠%3Ciϫ݇n(j9_?$5&amp;/₸̥sL t&gt;h#w~LRoFY[=EK})Ѿk3{DQXC59|]rcV7Kz&amp;{/왈UT6C^]\(\1QUf 5F]B[mT</w:t>
      </w:r>
    </w:p>
    <w:p>
      <w:r>
        <w:t>=WETv _0״UJ|5N|޸#)IpޮZC_(`Hp[CZVs5~*۸,G-miU5R6z',6i{Bw*i}imowpN_%l!c;!Gp|uE:\O&amp;#PƴIfZ`fzfIwZ#4m8,}$}av`e7</w:t>
      </w:r>
    </w:p>
    <w:p>
      <w:r>
        <w:t>Ikim鑼юۍ|l|&gt;с2{c9εeeeE9BNNǀvdmڴh.եYsГbϹ8!%P]\+Ik\nQtmi]</w:t>
        <w:br/>
        <w:t>Y ׿ q?Mwmu5iYEV ɕ˴fVVlcW~ry]ѺcPwwk6[,JJˁiZ3++Wii</w:t>
      </w:r>
    </w:p>
    <w:p>
      <w:r>
        <w:t>.rWϥnKWlةۋ"ou]wM;p0j-'iZӮV+ӥ'VWWi֍̷uox#8B8|N|j.</w:t>
        <w:br/>
        <w:t>[k 550콳FńN=?0H{+~z</w:t>
        <w:br/>
        <w:t>ZԎS_:*j^^Ufj*4%Ʈ3sfq4^WՓ~V2iMB-Ã=+, R`YN00c`aXLd+EꮧۋޱPsNݎFְL$;۞c屡2X(1UjR]i</w:t>
        <w:br/>
        <w:t>)dUNM,}Nޑ9H7zK;d{\ze19ZWK%1ìAU5~M"\mk".ePPzѴ&amp;Ώ@Gz+|9cǮ.pg</w:t>
        <w:br/>
        <w:t>$ܛJh=S}VxΘ$RfDӤJ⦆!ʹ)k9M;`+1ЀZ:? כiy nqyee;+04KN{뺦idIR4+p4]ܲ&gt;qpjꗺدF</w:t>
        <w:br/>
        <w:t>C̥y.Ciwܿ9@%1A,"Ȱ;S/F/I.tޭ}teiFHvnO..֭{.0EKFuGkjQ{{8=-hv$vw!2gz\ؖl]\L1bH46"4) 3^&amp;qkI L.$IzENu ͋VZ^ƹAq^GYLKJ=to(ŹٯFc:6e4&amp;rݘ1zt:ʖ,8qWE=ޥ~'(@%!,PѻO{X↙^kEXSߵi8pu</w:t>
      </w:r>
    </w:p>
    <w:p>
      <w:r>
        <w:t>,i(&amp;:#OZnY-04HiQpm wTf Rӡ\]hŻ^UF</w:t>
      </w:r>
    </w:p>
    <w:p>
      <w:r>
        <w:t>*(f5ZːF5em^yÌ J2 ih6 Ûn0b̛wO8J4\$wyͳ{uu8ؠh4^n␶`{k}:r;9IμrZh2BշPNs4l</w:t>
        <w:br/>
        <w:t>G UoۆyP</w:t>
      </w:r>
    </w:p>
    <w:p>
      <w:r>
        <w:t>`枩 ;,؆~,ftM9R8fnN1Fwi&amp;@=Ny`gmˉ-4(ל(ls:vt Y.-+{r=YlIҟ,lixE</w:t>
      </w:r>
    </w:p>
    <w:p>
      <w:r>
        <w:t>80z&amp;&amp;tZ S~±Tk)͉?}a</w:t>
      </w:r>
    </w:p>
    <w:p>
      <w:r>
        <w:t>71YUn=t$!</w:t>
      </w:r>
    </w:p>
    <w:p>
      <w:r>
        <w:t>l`#RsRzLϻ5Mc45ƫs=xzӜ^϶Nа{f%ab?gۥ߄~յ="l@;x 9ЁFs`?ۃկɢQGIh_ hןNrlO5펑7,ǉ@ܱ&gt;l#_j؀q;?6_AAAh</w:t>
      </w:r>
    </w:p>
    <w:p>
      <w:r>
        <w:t>// QPP{</w:t>
      </w:r>
    </w:p>
    <w:p>
      <w:r>
        <w:t>(((((;</w:t>
      </w:r>
    </w:p>
    <w:p>
      <w:r>
        <w:t>̣</w:t>
      </w:r>
    </w:p>
    <w:p>
      <w:r>
        <w:t>?FxBes</w:t>
      </w:r>
    </w:p>
    <w:p>
      <w:r>
        <w:t>/7#</w:t>
      </w:r>
    </w:p>
    <w:p>
      <w:r>
        <w:t>'XAAAAAAAAAAAAAAAAAAAAAAAAAA ;QPPPPPPPPƯ(Àů*((((((|/9/UPPPPPPPPPPPPPPPPPPPPPPPPC?</w:t>
      </w:r>
    </w:p>
    <w:p>
      <w:r>
        <w:t>?5_c</w:t>
      </w:r>
    </w:p>
    <w:p>
      <w:r>
        <w:t>?pW</w:t>
      </w:r>
    </w:p>
    <w:p>
      <w:r>
        <w:t>AߜD'ZS'</w:t>
        <w:br/>
        <w:t>⃟</w:t>
        <w:br/>
        <w:t>p6Yx-m澘g­AgAB߅[7knׄ۬[nwEZ&gt;=enRwo;y0B#̝,];ciS,&gt;6澖&amp;\i"io&gt;k͚ZEn15صps%9C NS:Q0 '\i&gt;TM]'w=$wqaYfwTN 9F!N|3D.!F]akǴ69? P</w:t>
      </w:r>
    </w:p>
    <w:p>
      <w:r>
        <w:t>oe̟z1Fws=&amp;JJcyMiO9\Δ[t,u-me'+09JǛ~axas'X'!1V򳬅S^Ί_^*~|okӡ1@Lxh١mX~/qןqyG]?K;G_D20aBv}7t!I{zFp3f3Σ }^(ɋ-nv^g</w:t>
        <w:br/>
        <w:t>{߅hB{9</w:t>
      </w:r>
    </w:p>
    <w:p>
      <w:r>
        <w:t>%o؈h;_]:&gt; !ws{qHjPئo%w/LCCm`4a9;B'Wp} p.hakKCH jcCmHQ0A1-҅</w:t>
        <w:br/>
        <w:t xml:space="preserve">L@*9S!=Hi2qVGg*E:&gt;i F .hie9z}!{fuϽ׾Nrc.D$H$! Dd#H6R&gt;EBB!3U~jֹ1BK2/TuϷ\ywF'wߜ~z^Oo=9V?/O?o44WgW?89MvzΟY!_xrϏ''/L'糇'SI:q95_ﳝO'.}\_+s\xR˰n}Y6{?:giQt'qͧ/N^zx;8N]oݢ~M[65;v}Nlqo|vaϓ:_7Mmݮ.lZ;tۊ\ozr5qZ]\|rrOiחߏs0?h/J/g_4q~֮FKcmF[7^^ZjKgk_IGSsyzDL6pQ.UTN/Xs;׹¿s{yczmkCOf&gt;g A{+M:ފ::Y3hf)Ŝ\E+w[cDVjl{}&gt;7d3S32o:o,MאskGeٙ1V@/5vSyj9Bj7]!٩};7[)4tO1ڹz׍a]164f+1.wa]KA!Z]^faM:nN֏-(mm </w:t>
        <w:br/>
        <w:t>Zx&gt;;^ϳ=h#ٚO|M!H4胄m[a[뫥XѥgCk[}o{Ѱc[Ci5kOm.MI9{h7}]F#w</w:t>
        <w:br/>
        <w:t>]~K_ߡzh~4Us_7&gt;e]-ɃsuG`k5Gfn</w:t>
      </w:r>
    </w:p>
    <w:p>
      <w:r>
        <w:t>5ai{X8gU7hk%_B:ưz4n$|1W.!IS6#mX듵),&gt;ucƳB._}1^</w:t>
        <w:br/>
        <w:t>LF:vꭡI&gt;i^ }UfiOMv&gt;5ה&gt;~򺥿;|5}o`iZu2JXY [KُXGבl6Z_GWiඩ</w:t>
        <w:br/>
        <w:t>~14Ǣ7Boގgh)YMLmcMkwmPnqSHrp0ocb%oωҖaj+;5z,m.5C &gt;_KZq/zfiZl</w:t>
        <w:br/>
        <w:t>S+u9/J-]3</w:t>
        <w:br/>
        <w:t>~his(F܃/+=މ%z/A)ž.Cj\A|Nnl#4۞{N&gt;ң#ǭ9E^mHRY]bGPv钊CW೑q1.#kBn:ٹ%YsZn2p%fG(r10Z:ȵ[pJ\ܬZ</w:t>
        <w:br/>
        <w:t>J,txt&gt;J aЁj/5xLU&gt; L!rs* aIJ۱GHA/w?;kHZl_:y -%Xb)M-]%{</w:t>
        <w:br/>
        <w:t>z['7.?YEy*ӏm*vS;gŶ%J|V˥d~;-%Ȳm=R#</w:t>
        <w:br/>
        <w:t xml:space="preserve"> w{kf֯Z{5~r{Xy2%=.`qULb6*ٸjHu}FeW=}2H8]{~uٍ/ڜm?1^y'#qHmhƈjx3Ș7W{xDdk?ü:xDf,ճqn֨*s'=+mΫ)7Rz)|BxƕhUi\q(9~DwlIcBkyt.y&amp;woj-~Z(]vo=RǲuLl[ϽkkXOGטgp*_90ݯ^CjvXhmw]/ko][ZeZb.$5qkٵmck\3bFb=O@}XW]õExUPHhbazP+¸᳒k&amp;bOV</w:t>
        <w:br/>
        <w:t>[EV&amp;x\@2I@U^js'VoE7~!z7EԏV+u5C:a^St'#oqo</w:t>
        <w:br/>
        <w:t>MwDOqߣh02iN:m׊9kU5Bӓ=wOLbvնWu-&amp;N|Gk=G'CPWbǫ!jq%&amp;j)\%g|ѕCchyx4 Ʀd[;SOT</w:t>
      </w:r>
    </w:p>
    <w:p>
      <w:r>
        <w:t>;Fy?"@]</w:t>
        <w:br/>
        <w:t>'ie&gt;T}+px{n(UꙣrHg~Grvb#VT</w:t>
      </w:r>
    </w:p>
    <w:p>
      <w:r>
        <w:t>^0?20bԧna2H$w2Ａε</w:t>
        <w:br/>
        <w:t>d,/@@r&gt;cvzkCgtB^72rqQIkte(TmLUYUj֠xP@&gt;z</w:t>
      </w:r>
    </w:p>
    <w:p>
      <w:r>
        <w:t>j5J=ޘGe|&amp;X2'm c2PFv}ޣVE2M߄g%-%^S[wfKj/iSgGËhm$</w:t>
      </w:r>
    </w:p>
    <w:p>
      <w:r>
        <w:t>kZz_HD6k5em+</w:t>
      </w:r>
    </w:p>
    <w:p>
      <w:r>
        <w:t>(%\Cڏ2)Gy{Lkb9FASfmUkdߣqyIgTW4zX~Km]#`bVa%Yflh3)!!KikC&gt;FhQh|s)b~Ӗ5vLQKC`^ti:0xgSH|Sw!vx4?3</w:t>
        <w:br/>
        <w:t>i?cV }jByǧirLi1?a42c2fJ`l{-F0U+}$]8w?nO=kS^Bzjiq&amp;4? ?^|)}uZ5r!4tvyN:!=ߏD=RTPø/kѵ[`ׇȒX1zs bc\y3Kcji1I`pRίxMhB1u1x</w:t>
      </w:r>
    </w:p>
    <w:p>
      <w:r>
        <w:t>WgV{o</w:t>
      </w:r>
    </w:p>
    <w:p>
      <w:r>
        <w:t>)|v1|r{Qc[~PbiPDm</w:t>
        <w:br/>
        <w:t>֩5Vw\Sx'j22w\SFCpx20cp*ʹqaU9y0s:L5)ty{,^</w:t>
      </w:r>
    </w:p>
    <w:p>
      <w:r>
        <w:t>vS_b'UŠ[d{)</w:t>
      </w:r>
    </w:p>
    <w:p>
      <w:r>
        <w:t>aS5Ì{T{^Yg\ltG^tFu?S/&amp;$[GFѽSWH8F'N*F^b**fgh|fg7jMNCǯv]rfB{S;</w:t>
      </w:r>
    </w:p>
    <w:p>
      <w:r>
        <w:t>;N1klgcۻdIpOkrxp_WsF7̦JMey!zg_%NZ8-g%\G+&amp;{;d2,ɼF]jylPB1І1s7w]5G#4VBX&gt;Tx"s3~ߚty/g($o}</w:t>
        <w:br/>
        <w:t>|D P&gt;F&amp;&gt;%s9Wf_B6</w:t>
        <w:br/>
        <w:t>!BC.](jEnDW °NOie$ N9_4Ѻ</w:t>
        <w:br/>
        <w:t>X;} |xe:F`Cc_9+㶆/YƥjK2G[JkݴN9e0sS{6yL{ǲLy/Sz]qa`wr61#</w:t>
        <w:br/>
        <w:t>/v_ڿ</w:t>
        <w:br/>
        <w:t>]hH0;iYϭ[oS}WKDh#TZ^y{|+%_e:#C%8/FGy90Gx$.ΣQSNɦ&gt;9׍=Dҙyed(}fBl{Cw[t588TӔyXUhan݂YYdX!</w:t>
        <w:br/>
        <w:t>:`j6QsRϵL:Rv_Y9`")m^'t_rZR$G.y*Ȩ{wM}]ԇUSvK[cR_j7NWT ߍSU8j8z93x:EgOU%A\5 GH'8kZޗ4&amp;2EK8H?,Jsҹ:VLg)nߜ+</w:t>
        <w:br/>
        <w:t>/^H+*ǒM=43kc11M1bF;^y:k {Y sΩ5,FVceKƐA&gt;ޏ_=ۊcwk*~ћqB5Z36ʚH=RFp^m^Gu JS')' Ex79/"yn3r}ވ@T箱NQl}Pg7'NQuK+[jN-ݽys{˿6TɜEfHYdI+CWHF8b±NPBGJ3Rms?^Ø|[Z4'NnpJY</w:t>
        <w:br/>
        <w:t>~N43 O8Dn^Ooﻒ'_</w:t>
      </w:r>
    </w:p>
    <w:p>
      <w:r>
        <w:t>=O]̷^[i8sK'eAR;ee!TZZhcF%$k</w:t>
      </w:r>
    </w:p>
    <w:p>
      <w:r>
        <w:t>վv Ƴ@mm;&amp;~-Ix+59[!SpX52xCțl\c|5NQ|%ZۛȾ7gKB"y$.*n{9(\_WIsP+Usj_@K?|NWKO8^g88ɝ8DͷjňVY*Ej&amp;/Zx&gt;,b|^,nޫ/sܹJj&amp;#JGCkg':z~%ȵ5|8s148q7ˊ{</w:t>
      </w:r>
    </w:p>
    <w:p>
      <w:r>
        <w:t>"E5:'xܽY%x_}^9WߍnЍ:231%bX!|25ư`bGo?[5w!:ƎcE@j,X&gt;XZ-o+d4 5N7YCGs1"kUY=nBq٧3q8nJc9d}4:'9xLs|=K{4'jpctLd6PE0&gt;Qi~~']6g&amp;"rN{Œ2sѓjs8Z}_Ȭڠ=LWGڥWcTc_{u}A}ى</w:t>
      </w:r>
    </w:p>
    <w:p>
      <w:r>
        <w:t>78;D</w:t>
      </w:r>
    </w:p>
    <w:p>
      <w:r>
        <w:t>ïصc&gt;#^{yLۿ'_V0w!KŜB^ZHk\:;m?:[[0</w:t>
        <w:br/>
        <w:t>q=6uRB1b'</w:t>
        <w:br/>
        <w:t>BVMҡ$wmv3&amp;p")LJ;Dcs#ӭ}K3AݫQܞ'K{X?z 9@\ڎ8Uz :/u;6c=E5{JKzhO=+j6yM1㮦;jߍ@FY".gGTYOQ0=(v)-W3ʳ N9:*|ّK0RK+ը3fB&gt;g1|M}`adSkNYxk/</w:t>
        <w:br/>
        <w:t>WotNTMPcj3eWГ#,ǽ2況{5VuCD;k)(de:8µب,|et&gt;# 7cwfߗԔk]TFsCew3fa)~S8\|9f4b1$xOf5$wԻt/N#vE{qG9?6YV'kvʡV֟3e7rl"̳t*ꨮ$*kK5h"nU/e=v</w:t>
      </w:r>
    </w:p>
    <w:p>
      <w:r>
        <w:t>~:*{U{OvIѦ_ HyG1L}C(!D:dn䪟ͷГCs[kS;;va%2q</w:t>
      </w:r>
    </w:p>
    <w:p>
      <w:r>
        <w:t>#qjފ9J$"yg#FUyS\&gt;с$OqR^Lᗭ}Иk9YXtej/ozЛKS}e.+d&amp;{cW{IA12%s':X7si؝gz4?cOd.]ڵ%'qr/{ߍ:#F㻫Wy:64氓{ &amp;^a0jZUr^_ )IDt&amp;?*\J*L':~HGPqRX?:Bn6&gt;!FW'Tl]N~V'&amp;[ ,EG$VǠZHpz_5Ȃ8/?;?qxL&gt;^#yxC*zt_@Xl5稤xQPQ</w:t>
        <w:br/>
        <w:t>yK-8~b3yQ@E`(`JguDKF(|]fc</w:t>
      </w:r>
    </w:p>
    <w:p>
      <w:r>
        <w:t>ԿjG*&gt;wo-\Sx@*u]ƩQy4</w:t>
        <w:br/>
        <w:t>˃Z4&gt;)bDxDy[)^1%Rk3A#|4·B1:4!e%@ڜ\3]ܽ3crMTNԶl88ǿ~9T!]7?J_^sL7hYt1Nmw$v/βzV,sb&gt;~ñHxKӝe3&gt;j8$cuȭ3?Aj9f+#޴ol(ůUNKG2Y=fcڑX_zDIdBxB)$lICq2FWuk]iKљd[_Y\ycԾY&gt;Ia#-ӐT AaH$X(ӈM7 !).Ź,M-as!ar</w:t>
        <w:br/>
        <w:t>!Cc39pQ#+r2/&amp;BV4B_9q2L!{sιY$K0f~yG9ȻAHS@&gt;P*gB3`QΝdN1$` 9Z4\8ݦt;</w:t>
      </w:r>
    </w:p>
    <w:p>
      <w:r>
        <w:t>o%B"ĊI!S=CWfY;9MpVqIpVlE$1Q^]</w:t>
        <w:br/>
        <w:t>RfzGDƱY=v"lbHW*</w:t>
      </w:r>
    </w:p>
    <w:p>
      <w:r>
        <w:t>Elȋkk@aP:r\\+$ H+{N_qY.gi{";|6||όeWu${:lswzn{L</w:t>
      </w:r>
    </w:p>
    <w:p>
      <w:r>
        <w:t>j PSz[YQUJ&gt;9-k%NN|oeLj-֡J ǬѡAOXҍMWcr,4^衏b뾮ЖOI,^ֵJk|qOMqS915`Ñ&amp;sךRjc9.W&gt;Y&gt;=c'3=#32dy1z&gt;$O3-&amp;,-</w:t>
        <w:br/>
        <w:t>d{tw ko_͚6F 0]oiH4?</w:t>
        <w:br/>
        <w:t>f0t3M7p/&amp;k_vݲ󉁵EٻzhAӔ6;.[zlr~NyyWc{f.՜qRZ&amp;Mb^yW}֟h.G|Zf*vP7A:owM?uY&amp;?uI?")@emY*SȺ&gt;C_&amp;Yvk]C[w</w:t>
      </w:r>
    </w:p>
    <w:p>
      <w:r>
        <w:t>M4X77%xe,1\#0sՓ;72</w:t>
      </w:r>
    </w:p>
    <w:p>
      <w:r>
        <w:t>\0Mhg·{]tkannXA?[G58kl^?V۬)}vy%j۠</w:t>
      </w:r>
    </w:p>
    <w:p>
      <w:r>
        <w:t>[ʅP2,sp)QUgFI{G*Z{:g2|$x|}倒U«&amp;3ޅ/\;hkrǙHYGnȚ8t63T6=Zyʋ2Innz T&amp;mr~~p͈N3Y[Vg&amp;&gt;RnS7(O:A@իWVnꂍfN]ZRM҉57óϊj-tIiqDY]E</w:t>
      </w:r>
    </w:p>
    <w:p>
      <w:r>
        <w:t>n*wj&gt;|Wٳnv^ȅ=u.}i͇ nM/ZbeU3ʝRo_1~H*cY}B2f$&gt;/@ӞR3ǌU:٘-VS</w:t>
      </w:r>
    </w:p>
    <w:p>
      <w:r>
        <w:t>cs;'fE#</w:t>
        <w:br/>
        <w:t>ĳR/uzJHUܭF|jGJKa~aEMԠU\Zsh~{SA5}ڿޟ|ex jF1/qWo</w:t>
      </w:r>
    </w:p>
    <w:p>
      <w:r>
        <w:t>x_Α/`-ۧdvMXVn١Y</w:t>
        <w:br/>
        <w:t>U{v1c]qmS#@=DW p!F/s_.?.v2&amp;ӀO</w:t>
        <w:br/>
        <w:t>Q0/Ês^3`;&gt;_i$GJdsq?iP;}WMhy;%P_dsāė2</w:t>
        <w:br/>
        <w:t>Nla[t$ǭj$l)^Yz$2gí</w:t>
        <w:br/>
        <w:t>*zLw`AcE^xxnzkBK*£xxy|Rt4ÝWu,]#iikK$/ 'R3</w:t>
      </w:r>
    </w:p>
    <w:p>
      <w:r>
        <w:t>ucIU[S˧{/{wowU=j/6Ϗu@CLZ/.;gJXifѹծ]D'ͫ8Pfi[</w:t>
      </w:r>
    </w:p>
    <w:p>
      <w:r>
        <w:t>Aq|0_k-mG5p/=DS%mjg6uxuoܹԛ;cinLkV*Z/V:]/Filter/FlateDecode/Length 1334&gt;&gt;stream</w:t>
      </w:r>
    </w:p>
    <w:p>
      <w:r>
        <w:t>x5TU&gt;0@1}b!҈bvwvw(bawab`;;s55ۂ}8Cq`Cqp 1q#q8q,$L 8'dSqNg,sp."\p).WF\kp-SpnT3X=o-wann܃{qxa&gt;/Rect[ 330.331 100.331 449.669 219.669]/CreationDate(D:20250618090838+08'00')/M(D:20250618090838+08'00')/P 3 0 R /Rotate 0/BM/Multiply/AP&gt;/Info&gt;&gt;&gt;</w:t>
      </w:r>
    </w:p>
    <w:p>
      <w:r>
        <w:t>endobj</w:t>
      </w:r>
    </w:p>
    <w:p>
      <w:r>
        <w:t>642 0 obj</w:t>
      </w:r>
    </w:p>
    <w:p>
      <w:r>
        <w:t>&gt;stream</w:t>
      </w:r>
    </w:p>
    <w:p>
      <w:r>
        <w:t>x]颫VAE} ڮNͿbɗ}&gt;"VɐcEQ</w:t>
        <w:br/>
        <w:t>I}!NmQOIoZHlq1qM;u)oj"[K-i)?6Kx̑raR5A?A9j$pH, 9o-HT6gvq6pۥSoPxCں S]8/C=fȜUiz12 o&amp; hUIEܨ&gt;b`p:</w:t>
        <w:br/>
        <w:t>Yo=s%}%W!.ra` vk?RdkIH$F3=:DAVIT݋}</w:t>
        <w:br/>
        <w:t>=ƈzp.Kwx۪Ki0?EBxϫGe4Z'%MbJ)")KtF!,Gt+ĨАip,p'i:6D1AF@cXfpAq'y}CJ'Cu\pqAkwX&amp;qgk`}q_]o$2Vʽ6ln]E$:B*zgL=Q2'L oɬEBo"}yx*K8Zt''϶w2lKw|ʞ1Q]Zdhx]</w:t>
      </w:r>
    </w:p>
    <w:p>
      <w:r>
        <w:t>β14S^M@xDWEYLnuDWܾf1b~FV</w:t>
      </w:r>
    </w:p>
    <w:p>
      <w:r>
        <w:t>mjE_҄&gt;=u޵-iMA,r4wҠXPJc v.W&gt;Oqmf1aafhfex)!I(k_ƠuG1ucigp&amp;Awt4 "(_@bk(GO0h[c3-FׁVp^ hYg~3y|#ڇ6!vO1ykOA_^ټvT" zXd@߲W4h䷨n/HE;yctK'GtM_nh5`oc&gt;E|H${~cB[=2;`9a,gv[ܹJ=y0t:送_|I;W FC^9KiޟqK`BJȫ]cR/*ҵtiIE\[F˗mF0(':Ͱb+/λdY(y͸Xo_,̛٨jM)aU.S,0ÙZ.4Y/׵eEOz&gt;*tV\Q.0'Rq-J_B4SW|)C-QkvUC˚,iM8A^9v\5^*_HmYuXI5Sw/_J%'e,"8Uo֙9Y{xjLjMl|p4%ۙ H V'D*5 /ةVEc.^o|</w:t>
      </w:r>
    </w:p>
    <w:p>
      <w:r>
        <w:t>|$oBK۾;'&amp;+DhɴVS-"@.2$mOQ+˶ܝF/ۀ @ ĺQH]y^e]:-{{ma%`v%X:v;~0rLK;ICTױ߻^߉Q΢ Cf</w:t>
      </w:r>
    </w:p>
    <w:p>
      <w:r>
        <w:t>NVpEzcyGU"}P9jG5!,&amp;</w:t>
        <w:br/>
        <w:t>!&gt;jYf</w:t>
      </w:r>
    </w:p>
    <w:p>
      <w:r>
        <w:t>$%EY</w:t>
        <w:br/>
        <w:t>my5|u</w:t>
        <w:br/>
        <w:t>B.4Uh?{A('PI`cŀDe]wQ$#V*'om72-]`%ƳI&gt;D4-8@880B4</w:t>
      </w:r>
    </w:p>
    <w:p>
      <w:r>
        <w:t>,90ޒXηTcL;&gt;/v^@dSPk!X?RPx:K)PpR9lvؿw--}v lQ lh®dH`5N6䅋eS},Xb@kO10kMVJDsKսj j~&amp;O3t~h /3{$Q7ӭ~jӿ#7[!oOZ8</w:t>
      </w:r>
    </w:p>
    <w:p>
      <w:r>
        <w:t>]uRV,3%hn</w:t>
      </w:r>
    </w:p>
    <w:p>
      <w:r>
        <w:t>c7</w:t>
      </w:r>
    </w:p>
    <w:p>
      <w:r>
        <w:t>^-c^'xj)rI䍝\9¤I!m`^aQfڢǨBcc9!ڶ8Cte:/6ZAiSԨ!@8&gt;h4ye#KcX\(i&amp;&amp;me6W%`Q,O#{Z WchCÇfOV&gt;|6IK3:O( ̍if'!k[_?s՝yPdA;4,|h'؈͝"dSjwn~;sX[|b(e8Ivou,h +M"hϡ?{ɛt9kS?s1V\ӰJ'*.T戀$ǏqP+_5995CK6*J|/'#m^o1 o,QacȚ&gt;d3{.Ȳyaz,ק%1Y 4f|{Q7sw=gSTiyx\|j%0ŕVgYZ FU@Fᘙ-7IӴoBQ"ߜpM_R|GTzʩBK+{ƻ:ǠW$ʲEENni_q`]tmK_Zo5s_m-k=@{</w:t>
        <w:br/>
        <w:t>_߱9{6oD黎_NȜTtP{SU`%;,jXR]=ߞ)v</w:t>
        <w:br/>
        <w:t>m}L]FݛĚRTIwAb2_ ,#$E2z4@sX;o*)7cS$/6=86rWf[gq G*s</w:t>
      </w:r>
    </w:p>
    <w:p>
      <w:r>
        <w:t>&gt;E?ܕ]n6</w:t>
        <w:br/>
        <w:t>#\</w:t>
        <w:br/>
        <w:t>:ʛ]%bN6d</w:t>
        <w:br/>
        <w:t>l۶aW)t_^zy)]</w:t>
      </w:r>
    </w:p>
    <w:p>
      <w:r>
        <w:t>endobj</w:t>
      </w:r>
    </w:p>
    <w:p>
      <w:r>
        <w:t>644 0 obj</w:t>
      </w:r>
    </w:p>
    <w:p>
      <w:r>
        <w:t>&gt;&gt;&gt;/Subtype/Form/Type/XObject/Filter/FlateDecode&gt;&gt;stream</w:t>
      </w:r>
    </w:p>
    <w:p>
      <w:r>
        <w:t>x+*T0436T0B8[J&amp;*{(+rr</w:t>
      </w:r>
    </w:p>
    <w:p>
      <w:r>
        <w:t>endstream</w:t>
      </w:r>
    </w:p>
    <w:p>
      <w:r>
        <w:t>endobj</w:t>
      </w:r>
    </w:p>
    <w:p>
      <w:r>
        <w:t>645 0 obj</w:t>
      </w:r>
    </w:p>
    <w:p>
      <w:r>
        <w:t>&gt;&gt;&gt;/Subtype/Form/Type/XObject/Filter/FlateDecode/Group&gt;&gt;&gt;stream</w:t>
      </w:r>
    </w:p>
    <w:p>
      <w:r>
        <w:t>x+2300P0@"1Es=\</w:t>
      </w:r>
    </w:p>
    <w:p>
      <w:r>
        <w:t>endstream</w:t>
      </w:r>
    </w:p>
    <w:p>
      <w:r>
        <w:t>endobj</w:t>
      </w:r>
    </w:p>
    <w:p>
      <w:r>
        <w:t>646 0 obj</w:t>
      </w:r>
    </w:p>
    <w:p>
      <w:r>
        <w:t>&gt;&gt;&gt;/XObject&gt;&gt;&gt;/Subtype/Form/Type/XObject/Filter/FlateDecode&gt;&gt;stream</w:t>
      </w:r>
    </w:p>
    <w:p>
      <w:r>
        <w:t>xw6PH/*2300P0@"1Es݂|\g</w:t>
      </w:r>
    </w:p>
    <w:p>
      <w:r>
        <w:t>endstream</w:t>
      </w:r>
    </w:p>
    <w:p>
      <w:r>
        <w:t>endobj</w:t>
      </w:r>
    </w:p>
    <w:p>
      <w:r>
        <w:t>647 0 obj</w:t>
      </w:r>
    </w:p>
    <w:p>
      <w:r>
        <w:t>&gt;</w:t>
      </w:r>
    </w:p>
    <w:p>
      <w:r>
        <w:t>stream</w:t>
      </w:r>
    </w:p>
    <w:p>
      <w:r>
        <w:t>bvAk=FD=a=AI=F3=Y=Ak=Gf=OP=v==z=BfAS=Fj=YvAt=FD=c=A0=GH=YPAI=E==OP=w=C==Kf=w=C==Kf=4=CT=Kf=2=Cf=CP=J=EL=ZPAm=F3=XPAz=GT=bfAk=Dz=PPAC=Cz=H=AE=C==KP=2=CL=KPAE=Cb=KPAB=Cf=KPAA=C==KPAF=DP=CP=J=Dr=YPA4=D3=XPAs=FT=OPCOfs4cI0klVvz=BfAC=F7=aPAv=D3=XPAs=FT=OPCOfs4cI0klVvz=BfAU=GL=YPAx=D3=XPAs=FT=OP=gZG9UmkIrTZQaCP=J=Dr=YPA4=EL=YPAx=Fj=XPAr=Cz=MPAC=Cj=MP=v=CD=Mv=1=CT=LvAA=DP=NP=2=DP=LP=M==n=TvAk=FD=a=AS=FT=bfAo=FD=a==8=E==LvAo=Db=UfAA=GP=LP=8=FH=PfAQ=B7=b=Am=CT=V=A4=FP=ZfAq=DT=cvA3=FD=RPAF=Cf=UvAJ=FT=PvAi=Cj=SfAD=Dv=SPAy=Cb=SvAH=EL=VfAt=Br=L=Ar=GX=bfAs=Ej=cP=x=Dr=bP=z=FX=UPAn=Gn=U==1=EH=av=M==n=TvAo=Fb=afAg=GP=cPAx=FT=U=A4=G==YP=8=CD=CP=J=FD=XvAz=Eb=ZPAj=GP=Z==8=CD=LP=4=B3=Lv=y=Cf=MP=1=CH=CP=J=FD=XvAz=Df=YPAo=Fb=Z=Az=Cz=LP=w=Cj=Kf=y=CL=N==1=CH=Lv=M==n=UvAo=FP=c=An=Cz=N==4=B3=MP=v=CL=NP=x=CH=CP=J=Df=YPAo=Fb=Z=Az=Cz=N==4=B3=MP=v=CL=NP=1=Cb=CP=J=Db=PfAO=EX=XPAr=GT=YP=8==z=BfAC=GH=YPAg=GP=YPAT=Fj=aPAk=Cz=Lf=v=CH=MP=s=C==Mf=s=CD=N==f=C==NP=5=C==N==5=CL=N==M==n=PPAv=G==SfAg=Fz=YP=8=Fj=UvAk=FH=T=AD=DX=Lf=v=CD=N=Ae=Cj=Kf=z=B3=L==t=CD=Mf=0=CX=CP=J=FH=T=Ax=F7=c=Ak=FL=c=AD=F7=Xv=8=CD=CP=J=GL=c=Ax=Dz=Y==1=Cz=Pv=x=Cj=Mv=2=CL=PvAE=C==L==0=C==MPAF=Cj=Mf=4=DT=MP=x=DX=QP=1=DP=NP=4=DL=MP=3=Cj=MfAB=CP=Q==y=DX=NP=y=DL=NP=M==n=XfAE=FX=YfAk=FL=c==8=CD=CP=J=EL=ZPAm=Dv=avAm=EP=dPAv=FT=OP=w=CL=L==w==z=BfAt=F7=PvAu=F3=afAk=FL=c=Ao=F7=af=8==z=BfAy=GP=bfAM=FP=MP=8=B7=T=Ak=ET=MP=2=GD=dPAC=Db=cPAX=EX=ZvAj=FX=RfAQ=CT=S=AT=Dr=SvAY=DH=QvAV=CX=CP=J====</w:t>
      </w:r>
    </w:p>
    <w:p>
      <w:r>
        <w:t>endstream</w:t>
      </w:r>
    </w:p>
    <w:p>
      <w:r>
        <w:t>endobj</w:t>
      </w:r>
    </w:p>
    <w:p>
      <w:r>
        <w:t>648 0 obj</w:t>
      </w:r>
    </w:p>
    <w:p>
      <w:r>
        <w:t>]/Prev 414660/Filter/FlateDecode/Length 80&gt;&gt;stream</w:t>
      </w:r>
    </w:p>
    <w:p>
      <w:r>
        <w:t xml:space="preserve">xcdf`d$DQ  $DD Hĩ" </w:t>
        <w:br/>
        <w:t>H$~a@HTZ QsH 9.</w:t>
      </w:r>
    </w:p>
    <w:p>
      <w:r>
        <w:t>endstream</w:t>
      </w:r>
    </w:p>
    <w:p>
      <w:r>
        <w:t>endobj</w:t>
      </w:r>
    </w:p>
    <w:p>
      <w:r>
        <w:t>649 0 obj</w:t>
      </w:r>
    </w:p>
    <w:p>
      <w:r>
        <w:t>&gt;&gt;&gt;</w:t>
      </w:r>
    </w:p>
    <w:p>
      <w:r>
        <w:t>endobj</w:t>
      </w:r>
    </w:p>
    <w:p>
      <w:r>
        <w:t>650 0 obj</w:t>
      </w:r>
    </w:p>
    <w:p>
      <w:r>
        <w:t>&gt;</w:t>
      </w:r>
    </w:p>
    <w:p>
      <w:r>
        <w:t>endobj</w:t>
      </w:r>
    </w:p>
    <w:p>
      <w:r>
        <w:t>651 0 obj</w:t>
      </w:r>
    </w:p>
    <w:p>
      <w:r>
        <w:t>&gt;/ProcSet[/PDF]&gt;&gt;/Group&gt;/Length 75/Filter/FlateDecode&gt;&gt;stream</w:t>
      </w:r>
    </w:p>
    <w:p>
      <w:r>
        <w:t>xӏPH/2г40R0372F</w:t>
      </w:r>
    </w:p>
    <w:p>
      <w:r>
        <w:t>E\FƖzF</w:t>
      </w:r>
    </w:p>
    <w:p>
      <w:r>
        <w:t>&amp;ffzf</w:t>
      </w:r>
    </w:p>
    <w:p>
      <w:r>
        <w:t>\ƦzFFp) JAa</w:t>
      </w:r>
    </w:p>
    <w:p>
      <w:r>
        <w:t>endstream</w:t>
      </w:r>
    </w:p>
    <w:p>
      <w:r>
        <w:t>endobj</w:t>
      </w:r>
    </w:p>
    <w:p>
      <w:r>
        <w:t>652 0 obj</w:t>
      </w:r>
    </w:p>
    <w:p>
      <w:r>
        <w:t>&gt;</w:t>
      </w:r>
    </w:p>
    <w:p>
      <w:r>
        <w:t>endobj</w:t>
      </w:r>
    </w:p>
    <w:p>
      <w:r>
        <w:t>653 0 obj</w:t>
      </w:r>
    </w:p>
    <w:p>
      <w:r>
        <w:t>&gt;&gt;&gt;</w:t>
      </w:r>
    </w:p>
    <w:p>
      <w:r>
        <w:t>endobj</w:t>
      </w:r>
    </w:p>
    <w:p>
      <w:r>
        <w:t>654 0 obj</w:t>
      </w:r>
    </w:p>
    <w:p>
      <w:r>
        <w:t>&gt;</w:t>
      </w:r>
    </w:p>
    <w:p>
      <w:r>
        <w:t>endobj</w:t>
      </w:r>
    </w:p>
    <w:p>
      <w:r>
        <w:t>655 0 obj</w:t>
      </w:r>
    </w:p>
    <w:p>
      <w:r>
        <w:t>&gt;/ProcSet[/PDF]&gt;&gt;/Group&gt;/Length 105/Filter/FlateDecode&gt;&gt;stream</w:t>
      </w:r>
    </w:p>
    <w:p>
      <w:r>
        <w:t>xE̱</w:t>
        <w:br/>
        <w:t>@*瀃W``'v_2N6gdAOs:'J</w:t>
      </w:r>
    </w:p>
    <w:p>
      <w:r>
        <w:t>*Х(_ 9V%_X!ŕYKג</w:t>
      </w:r>
    </w:p>
    <w:p>
      <w:r>
        <w:t>oSQ`#S</w:t>
      </w:r>
    </w:p>
    <w:p>
      <w:r>
        <w:t>endstream</w:t>
      </w:r>
    </w:p>
    <w:p>
      <w:r>
        <w:t>endobj</w:t>
      </w:r>
    </w:p>
    <w:p>
      <w:r>
        <w:t>656 0 obj</w:t>
      </w:r>
    </w:p>
    <w:p>
      <w:r>
        <w:t>&gt;</w:t>
      </w:r>
    </w:p>
    <w:p>
      <w:r>
        <w:t>endobj</w:t>
      </w:r>
    </w:p>
    <w:p>
      <w:r>
        <w:t>657 0 obj</w:t>
      </w:r>
    </w:p>
    <w:p>
      <w:r>
        <w:t>&gt;&gt;&gt;</w:t>
      </w:r>
    </w:p>
    <w:p>
      <w:r>
        <w:t>endobj</w:t>
      </w:r>
    </w:p>
    <w:p>
      <w:r>
        <w:t>658 0 obj</w:t>
      </w:r>
    </w:p>
    <w:p>
      <w:r>
        <w:t>&gt;</w:t>
      </w:r>
    </w:p>
    <w:p>
      <w:r>
        <w:t>endobj</w:t>
      </w:r>
    </w:p>
    <w:p>
      <w:r>
        <w:t>659 0 obj</w:t>
      </w:r>
    </w:p>
    <w:p>
      <w:r>
        <w:t>&gt;/ProcSet[/PDF]&gt;&gt;/Group&gt;/Length 193/Filter/FlateDecode&gt;&gt;stream</w:t>
      </w:r>
    </w:p>
    <w:p>
      <w:r>
        <w:t>xMm0Ủ,_M2A҃zi";6ɋ</w:t>
        <w:br/>
        <w:t>|y׻ L`/W!10O_i`pY!̀zOg1CLu@"aPr</w:t>
        <w:br/>
        <w:t>.</w:t>
        <w:br/>
        <w:t>qY!]νK</w:t>
        <w:br/>
        <w:t>HQ4S!*</w:t>
      </w:r>
    </w:p>
    <w:p>
      <w:r>
        <w:t>]TI%Tw(}t\+%Ͻ</w:t>
      </w:r>
    </w:p>
    <w:p>
      <w:r>
        <w:t>Qҝk</w:t>
      </w:r>
    </w:p>
    <w:p>
      <w:r>
        <w:t>endstream</w:t>
      </w:r>
    </w:p>
    <w:p>
      <w:r>
        <w:t>endobj</w:t>
      </w:r>
    </w:p>
    <w:p>
      <w:r>
        <w:t>660 0 obj</w:t>
      </w:r>
    </w:p>
    <w:p>
      <w:r>
        <w:t>&gt;</w:t>
      </w:r>
    </w:p>
    <w:p>
      <w:r>
        <w:t>endobj</w:t>
      </w:r>
    </w:p>
    <w:p>
      <w:r>
        <w:t>661 0 obj</w:t>
      </w:r>
    </w:p>
    <w:p>
      <w:r>
        <w:t>&gt;</w:t>
      </w:r>
    </w:p>
    <w:p>
      <w:r>
        <w:t>endobj</w:t>
      </w:r>
    </w:p>
    <w:p>
      <w:r>
        <w:t>662 0 obj</w:t>
      </w:r>
    </w:p>
    <w:p>
      <w:r>
        <w:t>&gt;</w:t>
      </w:r>
    </w:p>
    <w:p>
      <w:r>
        <w:t>endobj</w:t>
      </w:r>
    </w:p>
    <w:p>
      <w:r>
        <w:t>663 0 obj</w:t>
      </w:r>
    </w:p>
    <w:p>
      <w:r>
        <w:t>&gt;</w:t>
      </w:r>
    </w:p>
    <w:p>
      <w:r>
        <w:t>endobj</w:t>
      </w:r>
    </w:p>
    <w:p>
      <w:r>
        <w:t>xref</w:t>
      </w:r>
    </w:p>
    <w:p>
      <w:r>
        <w:t>0 89</w:t>
      </w:r>
    </w:p>
    <w:p>
      <w:r>
        <w:t>0000000000 65535 f</w:t>
      </w:r>
    </w:p>
    <w:p>
      <w:r>
        <w:t>0000000015 00000 n</w:t>
      </w:r>
    </w:p>
    <w:p>
      <w:r>
        <w:t>0000000168 00000 n</w:t>
      </w:r>
    </w:p>
    <w:p>
      <w:r>
        <w:t>0000000295 00000 n</w:t>
      </w:r>
    </w:p>
    <w:p>
      <w:r>
        <w:t>0000000667 00000 n</w:t>
      </w:r>
    </w:p>
    <w:p>
      <w:r>
        <w:t>0000002333 00000 n</w:t>
      </w:r>
    </w:p>
    <w:p>
      <w:r>
        <w:t>0000002512 00000 n</w:t>
      </w:r>
    </w:p>
    <w:p>
      <w:r>
        <w:t>0000002771 00000 n</w:t>
      </w:r>
    </w:p>
    <w:p>
      <w:r>
        <w:t>0000002822 00000 n</w:t>
      </w:r>
    </w:p>
    <w:p>
      <w:r>
        <w:t>0000002873 00000 n</w:t>
      </w:r>
    </w:p>
    <w:p>
      <w:r>
        <w:t>0000003047 00000 n</w:t>
      </w:r>
    </w:p>
    <w:p>
      <w:r>
        <w:t>0000003283 00000 n</w:t>
      </w:r>
    </w:p>
    <w:p>
      <w:r>
        <w:t>0000003458 00000 n</w:t>
      </w:r>
    </w:p>
    <w:p>
      <w:r>
        <w:t>0000003485 00000 n</w:t>
      </w:r>
    </w:p>
    <w:p>
      <w:r>
        <w:t>0000003689 00000 n</w:t>
      </w:r>
    </w:p>
    <w:p>
      <w:r>
        <w:t>0000003759 00000 n</w:t>
      </w:r>
    </w:p>
    <w:p>
      <w:r>
        <w:t>0000004039 00000 n</w:t>
      </w:r>
    </w:p>
    <w:p>
      <w:r>
        <w:t>0000004251 00000 n</w:t>
      </w:r>
    </w:p>
    <w:p>
      <w:r>
        <w:t>0000004531 00000 n</w:t>
      </w:r>
    </w:p>
    <w:p>
      <w:r>
        <w:t>0000004675 00000 n</w:t>
      </w:r>
    </w:p>
    <w:p>
      <w:r>
        <w:t>0000004702 00000 n</w:t>
      </w:r>
    </w:p>
    <w:p>
      <w:r>
        <w:t>0000004875 00000 n</w:t>
      </w:r>
    </w:p>
    <w:p>
      <w:r>
        <w:t>0000004945 00000 n</w:t>
      </w:r>
    </w:p>
    <w:p>
      <w:r>
        <w:t>0000005205 00000 n</w:t>
      </w:r>
    </w:p>
    <w:p>
      <w:r>
        <w:t>0000005385 00000 n</w:t>
      </w:r>
    </w:p>
    <w:p>
      <w:r>
        <w:t>0000005626 00000 n</w:t>
      </w:r>
    </w:p>
    <w:p>
      <w:r>
        <w:t>0000005993 00000 n</w:t>
      </w:r>
    </w:p>
    <w:p>
      <w:r>
        <w:t>0000008255 00000 n</w:t>
      </w:r>
    </w:p>
    <w:p>
      <w:r>
        <w:t>0000008399 00000 n</w:t>
      </w:r>
    </w:p>
    <w:p>
      <w:r>
        <w:t>0000008426 00000 n</w:t>
      </w:r>
    </w:p>
    <w:p>
      <w:r>
        <w:t>0000008599 00000 n</w:t>
      </w:r>
    </w:p>
    <w:p>
      <w:r>
        <w:t>0000008669 00000 n</w:t>
      </w:r>
    </w:p>
    <w:p>
      <w:r>
        <w:t>0000008930 00000 n</w:t>
      </w:r>
    </w:p>
    <w:p>
      <w:r>
        <w:t>0000009074 00000 n</w:t>
      </w:r>
    </w:p>
    <w:p>
      <w:r>
        <w:t>0000009101 00000 n</w:t>
      </w:r>
    </w:p>
    <w:p>
      <w:r>
        <w:t>0000009274 00000 n</w:t>
      </w:r>
    </w:p>
    <w:p>
      <w:r>
        <w:t>0000009344 00000 n</w:t>
      </w:r>
    </w:p>
    <w:p>
      <w:r>
        <w:t>0000009604 00000 n</w:t>
      </w:r>
    </w:p>
    <w:p>
      <w:r>
        <w:t>0000009742 00000 n</w:t>
      </w:r>
    </w:p>
    <w:p>
      <w:r>
        <w:t>0000009769 00000 n</w:t>
      </w:r>
    </w:p>
    <w:p>
      <w:r>
        <w:t>0000009936 00000 n</w:t>
      </w:r>
    </w:p>
    <w:p>
      <w:r>
        <w:t>0000010006 00000 n</w:t>
      </w:r>
    </w:p>
    <w:p>
      <w:r>
        <w:t>0000010261 00000 n</w:t>
      </w:r>
    </w:p>
    <w:p>
      <w:r>
        <w:t>0000010595 00000 n</w:t>
      </w:r>
    </w:p>
    <w:p>
      <w:r>
        <w:t>0000012466 00000 n</w:t>
      </w:r>
    </w:p>
    <w:p>
      <w:r>
        <w:t>0000012838 00000 n</w:t>
      </w:r>
    </w:p>
    <w:p>
      <w:r>
        <w:t>0000015048 00000 n</w:t>
      </w:r>
    </w:p>
    <w:p>
      <w:r>
        <w:t>0000015416 00000 n</w:t>
      </w:r>
    </w:p>
    <w:p>
      <w:r>
        <w:t>0000017306 00000 n</w:t>
      </w:r>
    </w:p>
    <w:p>
      <w:r>
        <w:t>0000017652 00000 n</w:t>
      </w:r>
    </w:p>
    <w:p>
      <w:r>
        <w:t>0000019705 00000 n</w:t>
      </w:r>
    </w:p>
    <w:p>
      <w:r>
        <w:t>0000019892 00000 n</w:t>
      </w:r>
    </w:p>
    <w:p>
      <w:r>
        <w:t>0000020143 00000 n</w:t>
      </w:r>
    </w:p>
    <w:p>
      <w:r>
        <w:t>0000020477 00000 n</w:t>
      </w:r>
    </w:p>
    <w:p>
      <w:r>
        <w:t>0000022519 00000 n</w:t>
      </w:r>
    </w:p>
    <w:p>
      <w:r>
        <w:t>0000022864 00000 n</w:t>
      </w:r>
    </w:p>
    <w:p>
      <w:r>
        <w:t>0000025008 00000 n</w:t>
      </w:r>
    </w:p>
    <w:p>
      <w:r>
        <w:t>0000025342 00000 n</w:t>
      </w:r>
    </w:p>
    <w:p>
      <w:r>
        <w:t>0000027462 00000 n</w:t>
      </w:r>
    </w:p>
    <w:p>
      <w:r>
        <w:t>0000027785 00000 n</w:t>
      </w:r>
    </w:p>
    <w:p>
      <w:r>
        <w:t>0000029155 00000 n</w:t>
      </w:r>
    </w:p>
    <w:p>
      <w:r>
        <w:t>0000029367 00000 n</w:t>
      </w:r>
    </w:p>
    <w:p>
      <w:r>
        <w:t>0000029430 00000 n</w:t>
      </w:r>
    </w:p>
    <w:p>
      <w:r>
        <w:t>0000029526 00000 n</w:t>
      </w:r>
    </w:p>
    <w:p>
      <w:r>
        <w:t>0000029630 00000 n</w:t>
      </w:r>
    </w:p>
    <w:p>
      <w:r>
        <w:t>0000029733 00000 n</w:t>
      </w:r>
    </w:p>
    <w:p>
      <w:r>
        <w:t>0000029841 00000 n</w:t>
      </w:r>
    </w:p>
    <w:p>
      <w:r>
        <w:t>0000029945 00000 n</w:t>
      </w:r>
    </w:p>
    <w:p>
      <w:r>
        <w:t>0000030046 00000 n</w:t>
      </w:r>
    </w:p>
    <w:p>
      <w:r>
        <w:t>0000030154 00000 n</w:t>
      </w:r>
    </w:p>
    <w:p>
      <w:r>
        <w:t>0000030262 00000 n</w:t>
      </w:r>
    </w:p>
    <w:p>
      <w:r>
        <w:t>0000030372 00000 n</w:t>
      </w:r>
    </w:p>
    <w:p>
      <w:r>
        <w:t>0000030482 00000 n</w:t>
      </w:r>
    </w:p>
    <w:p>
      <w:r>
        <w:t>0000030591 00000 n</w:t>
      </w:r>
    </w:p>
    <w:p>
      <w:r>
        <w:t>0000030700 00000 n</w:t>
      </w:r>
    </w:p>
    <w:p>
      <w:r>
        <w:t>0000030810 00000 n</w:t>
      </w:r>
    </w:p>
    <w:p>
      <w:r>
        <w:t>0000030919 00000 n</w:t>
      </w:r>
    </w:p>
    <w:p>
      <w:r>
        <w:t>0000031029 00000 n</w:t>
      </w:r>
    </w:p>
    <w:p>
      <w:r>
        <w:t>0000031138 00000 n</w:t>
      </w:r>
    </w:p>
    <w:p>
      <w:r>
        <w:t>0000031247 00000 n</w:t>
      </w:r>
    </w:p>
    <w:p>
      <w:r>
        <w:t>0000031352 00000 n</w:t>
      </w:r>
    </w:p>
    <w:p>
      <w:r>
        <w:t>0000031461 00000 n</w:t>
      </w:r>
    </w:p>
    <w:p>
      <w:r>
        <w:t>0000031571 00000 n</w:t>
      </w:r>
    </w:p>
    <w:p>
      <w:r>
        <w:t>0000031669 00000 n</w:t>
      </w:r>
    </w:p>
    <w:p>
      <w:r>
        <w:t>0000031779 00000 n</w:t>
      </w:r>
    </w:p>
    <w:p>
      <w:r>
        <w:t>0000032033 00000 n</w:t>
      </w:r>
    </w:p>
    <w:p>
      <w:r>
        <w:t>0000032164 00000 n</w:t>
      </w:r>
    </w:p>
    <w:p>
      <w:r>
        <w:t>0000033021 00000 n</w:t>
      </w:r>
    </w:p>
    <w:p>
      <w:r>
        <w:t>0000033090 00000 n</w:t>
      </w:r>
    </w:p>
    <w:p>
      <w:r>
        <w:t>90 509</w:t>
      </w:r>
    </w:p>
    <w:p>
      <w:r>
        <w:t>0000033607 00000 n</w:t>
      </w:r>
    </w:p>
    <w:p>
      <w:r>
        <w:t>0000033676 00000 n</w:t>
      </w:r>
    </w:p>
    <w:p>
      <w:r>
        <w:t>0000033745 00000 n</w:t>
      </w:r>
    </w:p>
    <w:p>
      <w:r>
        <w:t>0000033877 00000 n</w:t>
      </w:r>
    </w:p>
    <w:p>
      <w:r>
        <w:t>0000033967 00000 n</w:t>
      </w:r>
    </w:p>
    <w:p>
      <w:r>
        <w:t>0000034054 00000 n</w:t>
      </w:r>
    </w:p>
    <w:p>
      <w:r>
        <w:t>0000034144 00000 n</w:t>
      </w:r>
    </w:p>
    <w:p>
      <w:r>
        <w:t>0000034231 00000 n</w:t>
      </w:r>
    </w:p>
    <w:p>
      <w:r>
        <w:t>0000034321 00000 n</w:t>
      </w:r>
    </w:p>
    <w:p>
      <w:r>
        <w:t>0000034408 00000 n</w:t>
      </w:r>
    </w:p>
    <w:p>
      <w:r>
        <w:t>0000034498 00000 n</w:t>
      </w:r>
    </w:p>
    <w:p>
      <w:r>
        <w:t>0000034587 00000 n</w:t>
      </w:r>
    </w:p>
    <w:p>
      <w:r>
        <w:t>0000034676 00000 n</w:t>
      </w:r>
    </w:p>
    <w:p>
      <w:r>
        <w:t>0000034747 00000 n</w:t>
      </w:r>
    </w:p>
    <w:p>
      <w:r>
        <w:t>0000034818 00000 n</w:t>
      </w:r>
    </w:p>
    <w:p>
      <w:r>
        <w:t>0000034904 00000 n</w:t>
      </w:r>
    </w:p>
    <w:p>
      <w:r>
        <w:t>0000034975 00000 n</w:t>
      </w:r>
    </w:p>
    <w:p>
      <w:r>
        <w:t>0000035058 00000 n</w:t>
      </w:r>
    </w:p>
    <w:p>
      <w:r>
        <w:t>0000035129 00000 n</w:t>
      </w:r>
    </w:p>
    <w:p>
      <w:r>
        <w:t>0000035203 00000 n</w:t>
      </w:r>
    </w:p>
    <w:p>
      <w:r>
        <w:t>0000035277 00000 n</w:t>
      </w:r>
    </w:p>
    <w:p>
      <w:r>
        <w:t>0000035357 00000 n</w:t>
      </w:r>
    </w:p>
    <w:p>
      <w:r>
        <w:t>0000035428 00000 n</w:t>
      </w:r>
    </w:p>
    <w:p>
      <w:r>
        <w:t>0000035502 00000 n</w:t>
      </w:r>
    </w:p>
    <w:p>
      <w:r>
        <w:t>0000035650 00000 n</w:t>
      </w:r>
    </w:p>
    <w:p>
      <w:r>
        <w:t>0000035794 00000 n</w:t>
      </w:r>
    </w:p>
    <w:p>
      <w:r>
        <w:t>0000035895 00000 n</w:t>
      </w:r>
    </w:p>
    <w:p>
      <w:r>
        <w:t>0000035988 00000 n</w:t>
      </w:r>
    </w:p>
    <w:p>
      <w:r>
        <w:t>0000036097 00000 n</w:t>
      </w:r>
    </w:p>
    <w:p>
      <w:r>
        <w:t>0000036190 00000 n</w:t>
      </w:r>
    </w:p>
    <w:p>
      <w:r>
        <w:t>0000036285 00000 n</w:t>
      </w:r>
    </w:p>
    <w:p>
      <w:r>
        <w:t>0000036376 00000 n</w:t>
      </w:r>
    </w:p>
    <w:p>
      <w:r>
        <w:t>0000036479 00000 n</w:t>
      </w:r>
    </w:p>
    <w:p>
      <w:r>
        <w:t>0000036606 00000 n</w:t>
      </w:r>
    </w:p>
    <w:p>
      <w:r>
        <w:t>0000036696 00000 n</w:t>
      </w:r>
    </w:p>
    <w:p>
      <w:r>
        <w:t>0000036780 00000 n</w:t>
      </w:r>
    </w:p>
    <w:p>
      <w:r>
        <w:t>0000036881 00000 n</w:t>
      </w:r>
    </w:p>
    <w:p>
      <w:r>
        <w:t>0000036971 00000 n</w:t>
      </w:r>
    </w:p>
    <w:p>
      <w:r>
        <w:t>0000037047 00000 n</w:t>
      </w:r>
    </w:p>
    <w:p>
      <w:r>
        <w:t>0000037137 00000 n</w:t>
      </w:r>
    </w:p>
    <w:p>
      <w:r>
        <w:t>0000037213 00000 n</w:t>
      </w:r>
    </w:p>
    <w:p>
      <w:r>
        <w:t>0000037303 00000 n</w:t>
      </w:r>
    </w:p>
    <w:p>
      <w:r>
        <w:t>0000037419 00000 n</w:t>
      </w:r>
    </w:p>
    <w:p>
      <w:r>
        <w:t>0000037509 00000 n</w:t>
      </w:r>
    </w:p>
    <w:p>
      <w:r>
        <w:t>0000037624 00000 n</w:t>
      </w:r>
    </w:p>
    <w:p>
      <w:r>
        <w:t>0000037723 00000 n</w:t>
      </w:r>
    </w:p>
    <w:p>
      <w:r>
        <w:t>0000037813 00000 n</w:t>
      </w:r>
    </w:p>
    <w:p>
      <w:r>
        <w:t>0000037915 00000 n</w:t>
      </w:r>
    </w:p>
    <w:p>
      <w:r>
        <w:t>0000038005 00000 n</w:t>
      </w:r>
    </w:p>
    <w:p>
      <w:r>
        <w:t>0000038145 00000 n</w:t>
      </w:r>
    </w:p>
    <w:p>
      <w:r>
        <w:t>0000038238 00000 n</w:t>
      </w:r>
    </w:p>
    <w:p>
      <w:r>
        <w:t>0000038331 00000 n</w:t>
      </w:r>
    </w:p>
    <w:p>
      <w:r>
        <w:t>0000038421 00000 n</w:t>
      </w:r>
    </w:p>
    <w:p>
      <w:r>
        <w:t>0000038514 00000 n</w:t>
      </w:r>
    </w:p>
    <w:p>
      <w:r>
        <w:t>0000038604 00000 n</w:t>
      </w:r>
    </w:p>
    <w:p>
      <w:r>
        <w:t>0000038694 00000 n</w:t>
      </w:r>
    </w:p>
    <w:p>
      <w:r>
        <w:t>0000038787 00000 n</w:t>
      </w:r>
    </w:p>
    <w:p>
      <w:r>
        <w:t>0000038884 00000 n</w:t>
      </w:r>
    </w:p>
    <w:p>
      <w:r>
        <w:t>0000038974 00000 n</w:t>
      </w:r>
    </w:p>
    <w:p>
      <w:r>
        <w:t>0000039067 00000 n</w:t>
      </w:r>
    </w:p>
    <w:p>
      <w:r>
        <w:t>0000039179 00000 n</w:t>
      </w:r>
    </w:p>
    <w:p>
      <w:r>
        <w:t>0000039659 00000 n</w:t>
      </w:r>
    </w:p>
    <w:p>
      <w:r>
        <w:t>0000039760 00000 n</w:t>
      </w:r>
    </w:p>
    <w:p>
      <w:r>
        <w:t>0000039850 00000 n</w:t>
      </w:r>
    </w:p>
    <w:p>
      <w:r>
        <w:t>0000039935 00000 n</w:t>
      </w:r>
    </w:p>
    <w:p>
      <w:r>
        <w:t>0000040053 00000 n</w:t>
      </w:r>
    </w:p>
    <w:p>
      <w:r>
        <w:t>0000040143 00000 n</w:t>
      </w:r>
    </w:p>
    <w:p>
      <w:r>
        <w:t>0000040244 00000 n</w:t>
      </w:r>
    </w:p>
    <w:p>
      <w:r>
        <w:t>0000040337 00000 n</w:t>
      </w:r>
    </w:p>
    <w:p>
      <w:r>
        <w:t>0000040430 00000 n</w:t>
      </w:r>
    </w:p>
    <w:p>
      <w:r>
        <w:t>0000040529 00000 n</w:t>
      </w:r>
    </w:p>
    <w:p>
      <w:r>
        <w:t>0000040619 00000 n</w:t>
      </w:r>
    </w:p>
    <w:p>
      <w:r>
        <w:t>0000040696 00000 n</w:t>
      </w:r>
    </w:p>
    <w:p>
      <w:r>
        <w:t>0000040786 00000 n</w:t>
      </w:r>
    </w:p>
    <w:p>
      <w:r>
        <w:t>0000040903 00000 n</w:t>
      </w:r>
    </w:p>
    <w:p>
      <w:r>
        <w:t>0000041001 00000 n</w:t>
      </w:r>
    </w:p>
    <w:p>
      <w:r>
        <w:t>0000041092 00000 n</w:t>
      </w:r>
    </w:p>
    <w:p>
      <w:r>
        <w:t>0000041186 00000 n</w:t>
      </w:r>
    </w:p>
    <w:p>
      <w:r>
        <w:t>0000041277 00000 n</w:t>
      </w:r>
    </w:p>
    <w:p>
      <w:r>
        <w:t>0000041371 00000 n</w:t>
      </w:r>
    </w:p>
    <w:p>
      <w:r>
        <w:t>0000041462 00000 n</w:t>
      </w:r>
    </w:p>
    <w:p>
      <w:r>
        <w:t>0000041643 00000 n</w:t>
      </w:r>
    </w:p>
    <w:p>
      <w:r>
        <w:t>0000041741 00000 n</w:t>
      </w:r>
    </w:p>
    <w:p>
      <w:r>
        <w:t>0000041832 00000 n</w:t>
      </w:r>
    </w:p>
    <w:p>
      <w:r>
        <w:t>0000041969 00000 n</w:t>
      </w:r>
    </w:p>
    <w:p>
      <w:r>
        <w:t>0000042063 00000 n</w:t>
      </w:r>
    </w:p>
    <w:p>
      <w:r>
        <w:t>0000042157 00000 n</w:t>
      </w:r>
    </w:p>
    <w:p>
      <w:r>
        <w:t>0000042253 00000 n</w:t>
      </w:r>
    </w:p>
    <w:p>
      <w:r>
        <w:t>0000042347 00000 n</w:t>
      </w:r>
    </w:p>
    <w:p>
      <w:r>
        <w:t>0000042441 00000 n</w:t>
      </w:r>
    </w:p>
    <w:p>
      <w:r>
        <w:t>0000042580 00000 n</w:t>
      </w:r>
    </w:p>
    <w:p>
      <w:r>
        <w:t>0000042732 00000 n</w:t>
      </w:r>
    </w:p>
    <w:p>
      <w:r>
        <w:t>0000042879 00000 n</w:t>
      </w:r>
    </w:p>
    <w:p>
      <w:r>
        <w:t>0000043028 00000 n</w:t>
      </w:r>
    </w:p>
    <w:p>
      <w:r>
        <w:t>0000043160 00000 n</w:t>
      </w:r>
    </w:p>
    <w:p>
      <w:r>
        <w:t>0000043251 00000 n</w:t>
      </w:r>
    </w:p>
    <w:p>
      <w:r>
        <w:t>0000043488 00000 n</w:t>
      </w:r>
    </w:p>
    <w:p>
      <w:r>
        <w:t>0000043586 00000 n</w:t>
      </w:r>
    </w:p>
    <w:p>
      <w:r>
        <w:t>0000043677 00000 n</w:t>
      </w:r>
    </w:p>
    <w:p>
      <w:r>
        <w:t>0000043779 00000 n</w:t>
      </w:r>
    </w:p>
    <w:p>
      <w:r>
        <w:t>0000043873 00000 n</w:t>
      </w:r>
    </w:p>
    <w:p>
      <w:r>
        <w:t>0000043969 00000 n</w:t>
      </w:r>
    </w:p>
    <w:p>
      <w:r>
        <w:t>0000044063 00000 n</w:t>
      </w:r>
    </w:p>
    <w:p>
      <w:r>
        <w:t>0000044185 00000 n</w:t>
      </w:r>
    </w:p>
    <w:p>
      <w:r>
        <w:t>0000044334 00000 n</w:t>
      </w:r>
    </w:p>
    <w:p>
      <w:r>
        <w:t>0000044430 00000 n</w:t>
      </w:r>
    </w:p>
    <w:p>
      <w:r>
        <w:t>0000044524 00000 n</w:t>
      </w:r>
    </w:p>
    <w:p>
      <w:r>
        <w:t>0000044620 00000 n</w:t>
      </w:r>
    </w:p>
    <w:p>
      <w:r>
        <w:t>0000044714 00000 n</w:t>
      </w:r>
    </w:p>
    <w:p>
      <w:r>
        <w:t>0000044853 00000 n</w:t>
      </w:r>
    </w:p>
    <w:p>
      <w:r>
        <w:t>0000044995 00000 n</w:t>
      </w:r>
    </w:p>
    <w:p>
      <w:r>
        <w:t>0000045089 00000 n</w:t>
      </w:r>
    </w:p>
    <w:p>
      <w:r>
        <w:t>0000045186 00000 n</w:t>
      </w:r>
    </w:p>
    <w:p>
      <w:r>
        <w:t>0000045288 00000 n</w:t>
      </w:r>
    </w:p>
    <w:p>
      <w:r>
        <w:t>0000045382 00000 n</w:t>
      </w:r>
    </w:p>
    <w:p>
      <w:r>
        <w:t>0000045519 00000 n</w:t>
      </w:r>
    </w:p>
    <w:p>
      <w:r>
        <w:t>0000045635 00000 n</w:t>
      </w:r>
    </w:p>
    <w:p>
      <w:r>
        <w:t>0000045726 00000 n</w:t>
      </w:r>
    </w:p>
    <w:p>
      <w:r>
        <w:t>0000045843 00000 n</w:t>
      </w:r>
    </w:p>
    <w:p>
      <w:r>
        <w:t>0000045941 00000 n</w:t>
      </w:r>
    </w:p>
    <w:p>
      <w:r>
        <w:t>0000046032 00000 n</w:t>
      </w:r>
    </w:p>
    <w:p>
      <w:r>
        <w:t>0000046169 00000 n</w:t>
      </w:r>
    </w:p>
    <w:p>
      <w:r>
        <w:t>0000046320 00000 n</w:t>
      </w:r>
    </w:p>
    <w:p>
      <w:r>
        <w:t>0000046469 00000 n</w:t>
      </w:r>
    </w:p>
    <w:p>
      <w:r>
        <w:t>0000046618 00000 n</w:t>
      </w:r>
    </w:p>
    <w:p>
      <w:r>
        <w:t>0000046703 00000 n</w:t>
      </w:r>
    </w:p>
    <w:p>
      <w:r>
        <w:t>0000046850 00000 n</w:t>
      </w:r>
    </w:p>
    <w:p>
      <w:r>
        <w:t>0000047178 00000 n</w:t>
      </w:r>
    </w:p>
    <w:p>
      <w:r>
        <w:t>0000047268 00000 n</w:t>
      </w:r>
    </w:p>
    <w:p>
      <w:r>
        <w:t>0000047369 00000 n</w:t>
      </w:r>
    </w:p>
    <w:p>
      <w:r>
        <w:t>0000047466 00000 n</w:t>
      </w:r>
    </w:p>
    <w:p>
      <w:r>
        <w:t>0000047556 00000 n</w:t>
      </w:r>
    </w:p>
    <w:p>
      <w:r>
        <w:t>0000047655 00000 n</w:t>
      </w:r>
    </w:p>
    <w:p>
      <w:r>
        <w:t>0000047745 00000 n</w:t>
      </w:r>
    </w:p>
    <w:p>
      <w:r>
        <w:t>0000047886 00000 n</w:t>
      </w:r>
    </w:p>
    <w:p>
      <w:r>
        <w:t>0000047983 00000 n</w:t>
      </w:r>
    </w:p>
    <w:p>
      <w:r>
        <w:t>0000048073 00000 n</w:t>
      </w:r>
    </w:p>
    <w:p>
      <w:r>
        <w:t>0000048182 00000 n</w:t>
      </w:r>
    </w:p>
    <w:p>
      <w:r>
        <w:t>0000048301 00000 n</w:t>
      </w:r>
    </w:p>
    <w:p>
      <w:r>
        <w:t>0000048453 00000 n</w:t>
      </w:r>
    </w:p>
    <w:p>
      <w:r>
        <w:t>0000048603 00000 n</w:t>
      </w:r>
    </w:p>
    <w:p>
      <w:r>
        <w:t>0000048752 00000 n</w:t>
      </w:r>
    </w:p>
    <w:p>
      <w:r>
        <w:t>0000048871 00000 n</w:t>
      </w:r>
    </w:p>
    <w:p>
      <w:r>
        <w:t>0000048962 00000 n</w:t>
      </w:r>
    </w:p>
    <w:p>
      <w:r>
        <w:t>0000049119 00000 n</w:t>
      </w:r>
    </w:p>
    <w:p>
      <w:r>
        <w:t>0000049217 00000 n</w:t>
      </w:r>
    </w:p>
    <w:p>
      <w:r>
        <w:t>0000049308 00000 n</w:t>
      </w:r>
    </w:p>
    <w:p>
      <w:r>
        <w:t>0000049446 00000 n</w:t>
      </w:r>
    </w:p>
    <w:p>
      <w:r>
        <w:t>0000049597 00000 n</w:t>
      </w:r>
    </w:p>
    <w:p>
      <w:r>
        <w:t>0000049748 00000 n</w:t>
      </w:r>
    </w:p>
    <w:p>
      <w:r>
        <w:t>0000049898 00000 n</w:t>
      </w:r>
    </w:p>
    <w:p>
      <w:r>
        <w:t>0000050048 00000 n</w:t>
      </w:r>
    </w:p>
    <w:p>
      <w:r>
        <w:t>0000050152 00000 n</w:t>
      </w:r>
    </w:p>
    <w:p>
      <w:r>
        <w:t>0000050290 00000 n</w:t>
      </w:r>
    </w:p>
    <w:p>
      <w:r>
        <w:t>0000050390 00000 n</w:t>
      </w:r>
    </w:p>
    <w:p>
      <w:r>
        <w:t>0000050463 00000 n</w:t>
      </w:r>
    </w:p>
    <w:p>
      <w:r>
        <w:t>0000050572 00000 n</w:t>
      </w:r>
    </w:p>
    <w:p>
      <w:r>
        <w:t>0000050718 00000 n</w:t>
      </w:r>
    </w:p>
    <w:p>
      <w:r>
        <w:t>0000050869 00000 n</w:t>
      </w:r>
    </w:p>
    <w:p>
      <w:r>
        <w:t>0000051018 00000 n</w:t>
      </w:r>
    </w:p>
    <w:p>
      <w:r>
        <w:t>0000051118 00000 n</w:t>
      </w:r>
    </w:p>
    <w:p>
      <w:r>
        <w:t>0000051209 00000 n</w:t>
      </w:r>
    </w:p>
    <w:p>
      <w:r>
        <w:t>0000051326 00000 n</w:t>
      </w:r>
    </w:p>
    <w:p>
      <w:r>
        <w:t>0000051424 00000 n</w:t>
      </w:r>
    </w:p>
    <w:p>
      <w:r>
        <w:t>0000051515 00000 n</w:t>
      </w:r>
    </w:p>
    <w:p>
      <w:r>
        <w:t>0000051652 00000 n</w:t>
      </w:r>
    </w:p>
    <w:p>
      <w:r>
        <w:t>0000051801 00000 n</w:t>
      </w:r>
    </w:p>
    <w:p>
      <w:r>
        <w:t>0000051922 00000 n</w:t>
      </w:r>
    </w:p>
    <w:p>
      <w:r>
        <w:t>0000052013 00000 n</w:t>
      </w:r>
    </w:p>
    <w:p>
      <w:r>
        <w:t>0000052090 00000 n</w:t>
      </w:r>
    </w:p>
    <w:p>
      <w:r>
        <w:t>0000052181 00000 n</w:t>
      </w:r>
    </w:p>
    <w:p>
      <w:r>
        <w:t>0000052282 00000 n</w:t>
      </w:r>
    </w:p>
    <w:p>
      <w:r>
        <w:t>0000052379 00000 n</w:t>
      </w:r>
    </w:p>
    <w:p>
      <w:r>
        <w:t>0000052771 00000 n</w:t>
      </w:r>
    </w:p>
    <w:p>
      <w:r>
        <w:t>0000052861 00000 n</w:t>
      </w:r>
    </w:p>
    <w:p>
      <w:r>
        <w:t>0000052970 00000 n</w:t>
      </w:r>
    </w:p>
    <w:p>
      <w:r>
        <w:t>0000053060 00000 n</w:t>
      </w:r>
    </w:p>
    <w:p>
      <w:r>
        <w:t>0000053161 00000 n</w:t>
      </w:r>
    </w:p>
    <w:p>
      <w:r>
        <w:t>0000053258 00000 n</w:t>
      </w:r>
    </w:p>
    <w:p>
      <w:r>
        <w:t>0000053348 00000 n</w:t>
      </w:r>
    </w:p>
    <w:p>
      <w:r>
        <w:t>0000053469 00000 n</w:t>
      </w:r>
    </w:p>
    <w:p>
      <w:r>
        <w:t>0000053559 00000 n</w:t>
      </w:r>
    </w:p>
    <w:p>
      <w:r>
        <w:t>0000053676 00000 n</w:t>
      </w:r>
    </w:p>
    <w:p>
      <w:r>
        <w:t>0000053820 00000 n</w:t>
      </w:r>
    </w:p>
    <w:p>
      <w:r>
        <w:t>0000053935 00000 n</w:t>
      </w:r>
    </w:p>
    <w:p>
      <w:r>
        <w:t>0000054062 00000 n</w:t>
      </w:r>
    </w:p>
    <w:p>
      <w:r>
        <w:t>0000054210 00000 n</w:t>
      </w:r>
    </w:p>
    <w:p>
      <w:r>
        <w:t>0000054355 00000 n</w:t>
      </w:r>
    </w:p>
    <w:p>
      <w:r>
        <w:t>0000054446 00000 n</w:t>
      </w:r>
    </w:p>
    <w:p>
      <w:r>
        <w:t>0000054555 00000 n</w:t>
      </w:r>
    </w:p>
    <w:p>
      <w:r>
        <w:t>0000054700 00000 n</w:t>
      </w:r>
    </w:p>
    <w:p>
      <w:r>
        <w:t>0000054850 00000 n</w:t>
      </w:r>
    </w:p>
    <w:p>
      <w:r>
        <w:t>0000055000 00000 n</w:t>
      </w:r>
    </w:p>
    <w:p>
      <w:r>
        <w:t>0000055127 00000 n</w:t>
      </w:r>
    </w:p>
    <w:p>
      <w:r>
        <w:t>0000055218 00000 n</w:t>
      </w:r>
    </w:p>
    <w:p>
      <w:r>
        <w:t>0000055447 00000 n</w:t>
      </w:r>
    </w:p>
    <w:p>
      <w:r>
        <w:t>0000055592 00000 n</w:t>
      </w:r>
    </w:p>
    <w:p>
      <w:r>
        <w:t>0000055740 00000 n</w:t>
      </w:r>
    </w:p>
    <w:p>
      <w:r>
        <w:t>0000055844 00000 n</w:t>
      </w:r>
    </w:p>
    <w:p>
      <w:r>
        <w:t>0000055936 00000 n</w:t>
      </w:r>
    </w:p>
    <w:p>
      <w:r>
        <w:t>0000056059 00000 n</w:t>
      </w:r>
    </w:p>
    <w:p>
      <w:r>
        <w:t>0000056150 00000 n</w:t>
      </w:r>
    </w:p>
    <w:p>
      <w:r>
        <w:t>0000056251 00000 n</w:t>
      </w:r>
    </w:p>
    <w:p>
      <w:r>
        <w:t>0000056347 00000 n</w:t>
      </w:r>
    </w:p>
    <w:p>
      <w:r>
        <w:t>0000056467 00000 n</w:t>
      </w:r>
    </w:p>
    <w:p>
      <w:r>
        <w:t>0000056561 00000 n</w:t>
      </w:r>
    </w:p>
    <w:p>
      <w:r>
        <w:t>0000056657 00000 n</w:t>
      </w:r>
    </w:p>
    <w:p>
      <w:r>
        <w:t>0000056751 00000 n</w:t>
      </w:r>
    </w:p>
    <w:p>
      <w:r>
        <w:t>0000056861 00000 n</w:t>
      </w:r>
    </w:p>
    <w:p>
      <w:r>
        <w:t>0000057010 00000 n</w:t>
      </w:r>
    </w:p>
    <w:p>
      <w:r>
        <w:t>0000057159 00000 n</w:t>
      </w:r>
    </w:p>
    <w:p>
      <w:r>
        <w:t>0000057303 00000 n</w:t>
      </w:r>
    </w:p>
    <w:p>
      <w:r>
        <w:t>0000057397 00000 n</w:t>
      </w:r>
    </w:p>
    <w:p>
      <w:r>
        <w:t>0000057490 00000 n</w:t>
      </w:r>
    </w:p>
    <w:p>
      <w:r>
        <w:t>0000057618 00000 n</w:t>
      </w:r>
    </w:p>
    <w:p>
      <w:r>
        <w:t>0000057709 00000 n</w:t>
      </w:r>
    </w:p>
    <w:p>
      <w:r>
        <w:t>0000057818 00000 n</w:t>
      </w:r>
    </w:p>
    <w:p>
      <w:r>
        <w:t>0000057916 00000 n</w:t>
      </w:r>
    </w:p>
    <w:p>
      <w:r>
        <w:t>0000058007 00000 n</w:t>
      </w:r>
    </w:p>
    <w:p>
      <w:r>
        <w:t>0000058144 00000 n</w:t>
      </w:r>
    </w:p>
    <w:p>
      <w:r>
        <w:t>0000058240 00000 n</w:t>
      </w:r>
    </w:p>
    <w:p>
      <w:r>
        <w:t>0000058331 00000 n</w:t>
      </w:r>
    </w:p>
    <w:p>
      <w:r>
        <w:t>0000058416 00000 n</w:t>
      </w:r>
    </w:p>
    <w:p>
      <w:r>
        <w:t>0000058564 00000 n</w:t>
      </w:r>
    </w:p>
    <w:p>
      <w:r>
        <w:t>0000058713 00000 n</w:t>
      </w:r>
    </w:p>
    <w:p>
      <w:r>
        <w:t>0000058798 00000 n</w:t>
      </w:r>
    </w:p>
    <w:p>
      <w:r>
        <w:t>0000058945 00000 n</w:t>
      </w:r>
    </w:p>
    <w:p>
      <w:r>
        <w:t>0000059201 00000 n</w:t>
      </w:r>
    </w:p>
    <w:p>
      <w:r>
        <w:t>0000059291 00000 n</w:t>
      </w:r>
    </w:p>
    <w:p>
      <w:r>
        <w:t>0000059416 00000 n</w:t>
      </w:r>
    </w:p>
    <w:p>
      <w:r>
        <w:t>0000059535 00000 n</w:t>
      </w:r>
    </w:p>
    <w:p>
      <w:r>
        <w:t>0000059652 00000 n</w:t>
      </w:r>
    </w:p>
    <w:p>
      <w:r>
        <w:t>0000059800 00000 n</w:t>
      </w:r>
    </w:p>
    <w:p>
      <w:r>
        <w:t>0000059947 00000 n</w:t>
      </w:r>
    </w:p>
    <w:p>
      <w:r>
        <w:t>0000060095 00000 n</w:t>
      </w:r>
    </w:p>
    <w:p>
      <w:r>
        <w:t>0000060210 00000 n</w:t>
      </w:r>
    </w:p>
    <w:p>
      <w:r>
        <w:t>0000060300 00000 n</w:t>
      </w:r>
    </w:p>
    <w:p>
      <w:r>
        <w:t>0000060433 00000 n</w:t>
      </w:r>
    </w:p>
    <w:p>
      <w:r>
        <w:t>0000060577 00000 n</w:t>
      </w:r>
    </w:p>
    <w:p>
      <w:r>
        <w:t>0000060725 00000 n</w:t>
      </w:r>
    </w:p>
    <w:p>
      <w:r>
        <w:t>0000060874 00000 n</w:t>
      </w:r>
    </w:p>
    <w:p>
      <w:r>
        <w:t>0000061023 00000 n</w:t>
      </w:r>
    </w:p>
    <w:p>
      <w:r>
        <w:t>0000061171 00000 n</w:t>
      </w:r>
    </w:p>
    <w:p>
      <w:r>
        <w:t>0000061281 00000 n</w:t>
      </w:r>
    </w:p>
    <w:p>
      <w:r>
        <w:t>0000061393 00000 n</w:t>
      </w:r>
    </w:p>
    <w:p>
      <w:r>
        <w:t>0000061484 00000 n</w:t>
      </w:r>
    </w:p>
    <w:p>
      <w:r>
        <w:t>0000061617 00000 n</w:t>
      </w:r>
    </w:p>
    <w:p>
      <w:r>
        <w:t>0000061763 00000 n</w:t>
      </w:r>
    </w:p>
    <w:p>
      <w:r>
        <w:t>0000061913 00000 n</w:t>
      </w:r>
    </w:p>
    <w:p>
      <w:r>
        <w:t>0000062062 00000 n</w:t>
      </w:r>
    </w:p>
    <w:p>
      <w:r>
        <w:t>0000062210 00000 n</w:t>
      </w:r>
    </w:p>
    <w:p>
      <w:r>
        <w:t>0000062360 00000 n</w:t>
      </w:r>
    </w:p>
    <w:p>
      <w:r>
        <w:t>0000062509 00000 n</w:t>
      </w:r>
    </w:p>
    <w:p>
      <w:r>
        <w:t>0000062609 00000 n</w:t>
      </w:r>
    </w:p>
    <w:p>
      <w:r>
        <w:t>0000062700 00000 n</w:t>
      </w:r>
    </w:p>
    <w:p>
      <w:r>
        <w:t>0000062801 00000 n</w:t>
      </w:r>
    </w:p>
    <w:p>
      <w:r>
        <w:t>0000062946 00000 n</w:t>
      </w:r>
    </w:p>
    <w:p>
      <w:r>
        <w:t>0000063096 00000 n</w:t>
      </w:r>
    </w:p>
    <w:p>
      <w:r>
        <w:t>0000063227 00000 n</w:t>
      </w:r>
    </w:p>
    <w:p>
      <w:r>
        <w:t>0000063318 00000 n</w:t>
      </w:r>
    </w:p>
    <w:p>
      <w:r>
        <w:t>0000063467 00000 n</w:t>
      </w:r>
    </w:p>
    <w:p>
      <w:r>
        <w:t>0000063610 00000 n</w:t>
      </w:r>
    </w:p>
    <w:p>
      <w:r>
        <w:t>0000063986 00000 n</w:t>
      </w:r>
    </w:p>
    <w:p>
      <w:r>
        <w:t>0000064134 00000 n</w:t>
      </w:r>
    </w:p>
    <w:p>
      <w:r>
        <w:t>0000064282 00000 n</w:t>
      </w:r>
    </w:p>
    <w:p>
      <w:r>
        <w:t>0000064429 00000 n</w:t>
      </w:r>
    </w:p>
    <w:p>
      <w:r>
        <w:t>0000064578 00000 n</w:t>
      </w:r>
    </w:p>
    <w:p>
      <w:r>
        <w:t>0000064726 00000 n</w:t>
      </w:r>
    </w:p>
    <w:p>
      <w:r>
        <w:t>0000064873 00000 n</w:t>
      </w:r>
    </w:p>
    <w:p>
      <w:r>
        <w:t>0000065021 00000 n</w:t>
      </w:r>
    </w:p>
    <w:p>
      <w:r>
        <w:t>0000065124 00000 n</w:t>
      </w:r>
    </w:p>
    <w:p>
      <w:r>
        <w:t>0000065214 00000 n</w:t>
      </w:r>
    </w:p>
    <w:p>
      <w:r>
        <w:t>0000065315 00000 n</w:t>
      </w:r>
    </w:p>
    <w:p>
      <w:r>
        <w:t>0000065413 00000 n</w:t>
      </w:r>
    </w:p>
    <w:p>
      <w:r>
        <w:t>0000065554 00000 n</w:t>
      </w:r>
    </w:p>
    <w:p>
      <w:r>
        <w:t>0000065686 00000 n</w:t>
      </w:r>
    </w:p>
    <w:p>
      <w:r>
        <w:t>0000065777 00000 n</w:t>
      </w:r>
    </w:p>
    <w:p>
      <w:r>
        <w:t>0000065886 00000 n</w:t>
      </w:r>
    </w:p>
    <w:p>
      <w:r>
        <w:t>0000065984 00000 n</w:t>
      </w:r>
    </w:p>
    <w:p>
      <w:r>
        <w:t>0000066075 00000 n</w:t>
      </w:r>
    </w:p>
    <w:p>
      <w:r>
        <w:t>0000066213 00000 n</w:t>
      </w:r>
    </w:p>
    <w:p>
      <w:r>
        <w:t>0000066363 00000 n</w:t>
      </w:r>
    </w:p>
    <w:p>
      <w:r>
        <w:t>0000066454 00000 n</w:t>
      </w:r>
    </w:p>
    <w:p>
      <w:r>
        <w:t>0000066555 00000 n</w:t>
      </w:r>
    </w:p>
    <w:p>
      <w:r>
        <w:t>0000066653 00000 n</w:t>
      </w:r>
    </w:p>
    <w:p>
      <w:r>
        <w:t>0000066744 00000 n</w:t>
      </w:r>
    </w:p>
    <w:p>
      <w:r>
        <w:t>0000066845 00000 n</w:t>
      </w:r>
    </w:p>
    <w:p>
      <w:r>
        <w:t>0000066936 00000 n</w:t>
      </w:r>
    </w:p>
    <w:p>
      <w:r>
        <w:t>0000067053 00000 n</w:t>
      </w:r>
    </w:p>
    <w:p>
      <w:r>
        <w:t>0000067151 00000 n</w:t>
      </w:r>
    </w:p>
    <w:p>
      <w:r>
        <w:t>0000067242 00000 n</w:t>
      </w:r>
    </w:p>
    <w:p>
      <w:r>
        <w:t>0000067379 00000 n</w:t>
      </w:r>
    </w:p>
    <w:p>
      <w:r>
        <w:t>0000067529 00000 n</w:t>
      </w:r>
    </w:p>
    <w:p>
      <w:r>
        <w:t>0000067642 00000 n</w:t>
      </w:r>
    </w:p>
    <w:p>
      <w:r>
        <w:t>0000067733 00000 n</w:t>
      </w:r>
    </w:p>
    <w:p>
      <w:r>
        <w:t>0000067842 00000 n</w:t>
      </w:r>
    </w:p>
    <w:p>
      <w:r>
        <w:t>0000067942 00000 n</w:t>
      </w:r>
    </w:p>
    <w:p>
      <w:r>
        <w:t>0000068033 00000 n</w:t>
      </w:r>
    </w:p>
    <w:p>
      <w:r>
        <w:t>0000068166 00000 n</w:t>
      </w:r>
    </w:p>
    <w:p>
      <w:r>
        <w:t>0000068305 00000 n</w:t>
      </w:r>
    </w:p>
    <w:p>
      <w:r>
        <w:t>0000068396 00000 n</w:t>
      </w:r>
    </w:p>
    <w:p>
      <w:r>
        <w:t>0000068497 00000 n</w:t>
      </w:r>
    </w:p>
    <w:p>
      <w:r>
        <w:t>0000068595 00000 n</w:t>
      </w:r>
    </w:p>
    <w:p>
      <w:r>
        <w:t>0000068686 00000 n</w:t>
      </w:r>
    </w:p>
    <w:p>
      <w:r>
        <w:t>0000068787 00000 n</w:t>
      </w:r>
    </w:p>
    <w:p>
      <w:r>
        <w:t>0000068878 00000 n</w:t>
      </w:r>
    </w:p>
    <w:p>
      <w:r>
        <w:t>0000068979 00000 n</w:t>
      </w:r>
    </w:p>
    <w:p>
      <w:r>
        <w:t>0000069079 00000 n</w:t>
      </w:r>
    </w:p>
    <w:p>
      <w:r>
        <w:t>0000069170 00000 n</w:t>
      </w:r>
    </w:p>
    <w:p>
      <w:r>
        <w:t>0000069287 00000 n</w:t>
      </w:r>
    </w:p>
    <w:p>
      <w:r>
        <w:t>0000069378 00000 n</w:t>
      </w:r>
    </w:p>
    <w:p>
      <w:r>
        <w:t>0000069463 00000 n</w:t>
      </w:r>
    </w:p>
    <w:p>
      <w:r>
        <w:t>0000069571 00000 n</w:t>
      </w:r>
    </w:p>
    <w:p>
      <w:r>
        <w:t>0000069699 00000 n</w:t>
      </w:r>
    </w:p>
    <w:p>
      <w:r>
        <w:t>0000069784 00000 n</w:t>
      </w:r>
    </w:p>
    <w:p>
      <w:r>
        <w:t>0000069915 00000 n</w:t>
      </w:r>
    </w:p>
    <w:p>
      <w:r>
        <w:t>0000070235 00000 n</w:t>
      </w:r>
    </w:p>
    <w:p>
      <w:r>
        <w:t>0000070325 00000 n</w:t>
      </w:r>
    </w:p>
    <w:p>
      <w:r>
        <w:t>0000070442 00000 n</w:t>
      </w:r>
    </w:p>
    <w:p>
      <w:r>
        <w:t>0000070586 00000 n</w:t>
      </w:r>
    </w:p>
    <w:p>
      <w:r>
        <w:t>0000070736 00000 n</w:t>
      </w:r>
    </w:p>
    <w:p>
      <w:r>
        <w:t>0000070884 00000 n</w:t>
      </w:r>
    </w:p>
    <w:p>
      <w:r>
        <w:t>0000071031 00000 n</w:t>
      </w:r>
    </w:p>
    <w:p>
      <w:r>
        <w:t>0000071156 00000 n</w:t>
      </w:r>
    </w:p>
    <w:p>
      <w:r>
        <w:t>0000071246 00000 n</w:t>
      </w:r>
    </w:p>
    <w:p>
      <w:r>
        <w:t>0000071387 00000 n</w:t>
      </w:r>
    </w:p>
    <w:p>
      <w:r>
        <w:t>0000071531 00000 n</w:t>
      </w:r>
    </w:p>
    <w:p>
      <w:r>
        <w:t>0000071638 00000 n</w:t>
      </w:r>
    </w:p>
    <w:p>
      <w:r>
        <w:t>0000071732 00000 n</w:t>
      </w:r>
    </w:p>
    <w:p>
      <w:r>
        <w:t>0000071850 00000 n</w:t>
      </w:r>
    </w:p>
    <w:p>
      <w:r>
        <w:t>0000071944 00000 n</w:t>
      </w:r>
    </w:p>
    <w:p>
      <w:r>
        <w:t>0000072050 00000 n</w:t>
      </w:r>
    </w:p>
    <w:p>
      <w:r>
        <w:t>0000072148 00000 n</w:t>
      </w:r>
    </w:p>
    <w:p>
      <w:r>
        <w:t>0000072270 00000 n</w:t>
      </w:r>
    </w:p>
    <w:p>
      <w:r>
        <w:t>0000072361 00000 n</w:t>
      </w:r>
    </w:p>
    <w:p>
      <w:r>
        <w:t>0000072526 00000 n</w:t>
      </w:r>
    </w:p>
    <w:p>
      <w:r>
        <w:t>0000072651 00000 n</w:t>
      </w:r>
    </w:p>
    <w:p>
      <w:r>
        <w:t>0000072745 00000 n</w:t>
      </w:r>
    </w:p>
    <w:p>
      <w:r>
        <w:t>0000072857 00000 n</w:t>
      </w:r>
    </w:p>
    <w:p>
      <w:r>
        <w:t>0000072955 00000 n</w:t>
      </w:r>
    </w:p>
    <w:p>
      <w:r>
        <w:t>0000073049 00000 n</w:t>
      </w:r>
    </w:p>
    <w:p>
      <w:r>
        <w:t>0000073189 00000 n</w:t>
      </w:r>
    </w:p>
    <w:p>
      <w:r>
        <w:t>0000073338 00000 n</w:t>
      </w:r>
    </w:p>
    <w:p>
      <w:r>
        <w:t>0000073488 00000 n</w:t>
      </w:r>
    </w:p>
    <w:p>
      <w:r>
        <w:t>0000073640 00000 n</w:t>
      </w:r>
    </w:p>
    <w:p>
      <w:r>
        <w:t>0000073788 00000 n</w:t>
      </w:r>
    </w:p>
    <w:p>
      <w:r>
        <w:t>0000073886 00000 n</w:t>
      </w:r>
    </w:p>
    <w:p>
      <w:r>
        <w:t>0000073977 00000 n</w:t>
      </w:r>
    </w:p>
    <w:p>
      <w:r>
        <w:t>0000074102 00000 n</w:t>
      </w:r>
    </w:p>
    <w:p>
      <w:r>
        <w:t>0000074248 00000 n</w:t>
      </w:r>
    </w:p>
    <w:p>
      <w:r>
        <w:t>0000074399 00000 n</w:t>
      </w:r>
    </w:p>
    <w:p>
      <w:r>
        <w:t>0000074549 00000 n</w:t>
      </w:r>
    </w:p>
    <w:p>
      <w:r>
        <w:t>0000074682 00000 n</w:t>
      </w:r>
    </w:p>
    <w:p>
      <w:r>
        <w:t>0000074790 00000 n</w:t>
      </w:r>
    </w:p>
    <w:p>
      <w:r>
        <w:t>0000074932 00000 n</w:t>
      </w:r>
    </w:p>
    <w:p>
      <w:r>
        <w:t>0000075023 00000 n</w:t>
      </w:r>
    </w:p>
    <w:p>
      <w:r>
        <w:t>0000075100 00000 n</w:t>
      </w:r>
    </w:p>
    <w:p>
      <w:r>
        <w:t>0000075247 00000 n</w:t>
      </w:r>
    </w:p>
    <w:p>
      <w:r>
        <w:t>0000075396 00000 n</w:t>
      </w:r>
    </w:p>
    <w:p>
      <w:r>
        <w:t>0000075510 00000 n</w:t>
      </w:r>
    </w:p>
    <w:p>
      <w:r>
        <w:t>0000075902 00000 n</w:t>
      </w:r>
    </w:p>
    <w:p>
      <w:r>
        <w:t>0000075995 00000 n</w:t>
      </w:r>
    </w:p>
    <w:p>
      <w:r>
        <w:t>0000076118 00000 n</w:t>
      </w:r>
    </w:p>
    <w:p>
      <w:r>
        <w:t>0000076236 00000 n</w:t>
      </w:r>
    </w:p>
    <w:p>
      <w:r>
        <w:t>0000076329 00000 n</w:t>
      </w:r>
    </w:p>
    <w:p>
      <w:r>
        <w:t>0000076448 00000 n</w:t>
      </w:r>
    </w:p>
    <w:p>
      <w:r>
        <w:t>0000076587 00000 n</w:t>
      </w:r>
    </w:p>
    <w:p>
      <w:r>
        <w:t>0000076686 00000 n</w:t>
      </w:r>
    </w:p>
    <w:p>
      <w:r>
        <w:t>0000076833 00000 n</w:t>
      </w:r>
    </w:p>
    <w:p>
      <w:r>
        <w:t>0000076923 00000 n</w:t>
      </w:r>
    </w:p>
    <w:p>
      <w:r>
        <w:t>0000077024 00000 n</w:t>
      </w:r>
    </w:p>
    <w:p>
      <w:r>
        <w:t>0000077122 00000 n</w:t>
      </w:r>
    </w:p>
    <w:p>
      <w:r>
        <w:t>0000077213 00000 n</w:t>
      </w:r>
    </w:p>
    <w:p>
      <w:r>
        <w:t>0000077313 00000 n</w:t>
      </w:r>
    </w:p>
    <w:p>
      <w:r>
        <w:t>0000077404 00000 n</w:t>
      </w:r>
    </w:p>
    <w:p>
      <w:r>
        <w:t>0000077537 00000 n</w:t>
      </w:r>
    </w:p>
    <w:p>
      <w:r>
        <w:t>0000077637 00000 n</w:t>
      </w:r>
    </w:p>
    <w:p>
      <w:r>
        <w:t>0000077728 00000 n</w:t>
      </w:r>
    </w:p>
    <w:p>
      <w:r>
        <w:t>0000077863 00000 n</w:t>
      </w:r>
    </w:p>
    <w:p>
      <w:r>
        <w:t>0000078010 00000 n</w:t>
      </w:r>
    </w:p>
    <w:p>
      <w:r>
        <w:t>0000078146 00000 n</w:t>
      </w:r>
    </w:p>
    <w:p>
      <w:r>
        <w:t>0000078250 00000 n</w:t>
      </w:r>
    </w:p>
    <w:p>
      <w:r>
        <w:t>0000078403 00000 n</w:t>
      </w:r>
    </w:p>
    <w:p>
      <w:r>
        <w:t>0000078494 00000 n</w:t>
      </w:r>
    </w:p>
    <w:p>
      <w:r>
        <w:t>0000078603 00000 n</w:t>
      </w:r>
    </w:p>
    <w:p>
      <w:r>
        <w:t>0000078703 00000 n</w:t>
      </w:r>
    </w:p>
    <w:p>
      <w:r>
        <w:t>0000078794 00000 n</w:t>
      </w:r>
    </w:p>
    <w:p>
      <w:r>
        <w:t>0000078928 00000 n</w:t>
      </w:r>
    </w:p>
    <w:p>
      <w:r>
        <w:t>0000079041 00000 n</w:t>
      </w:r>
    </w:p>
    <w:p>
      <w:r>
        <w:t>0000079132 00000 n</w:t>
      </w:r>
    </w:p>
    <w:p>
      <w:r>
        <w:t>0000079225 00000 n</w:t>
      </w:r>
    </w:p>
    <w:p>
      <w:r>
        <w:t>0000079370 00000 n</w:t>
      </w:r>
    </w:p>
    <w:p>
      <w:r>
        <w:t>0000079466 00000 n</w:t>
      </w:r>
    </w:p>
    <w:p>
      <w:r>
        <w:t>0000079557 00000 n</w:t>
      </w:r>
    </w:p>
    <w:p>
      <w:r>
        <w:t>0000079650 00000 n</w:t>
      </w:r>
    </w:p>
    <w:p>
      <w:r>
        <w:t>0000079794 00000 n</w:t>
      </w:r>
    </w:p>
    <w:p>
      <w:r>
        <w:t>0000079906 00000 n</w:t>
      </w:r>
    </w:p>
    <w:p>
      <w:r>
        <w:t>0000079997 00000 n</w:t>
      </w:r>
    </w:p>
    <w:p>
      <w:r>
        <w:t>0000080082 00000 n</w:t>
      </w:r>
    </w:p>
    <w:p>
      <w:r>
        <w:t>0000080211 00000 n</w:t>
      </w:r>
    </w:p>
    <w:p>
      <w:r>
        <w:t>0000080302 00000 n</w:t>
      </w:r>
    </w:p>
    <w:p>
      <w:r>
        <w:t>0000080395 00000 n</w:t>
      </w:r>
    </w:p>
    <w:p>
      <w:r>
        <w:t>0000080539 00000 n</w:t>
      </w:r>
    </w:p>
    <w:p>
      <w:r>
        <w:t>0000080643 00000 n</w:t>
      </w:r>
    </w:p>
    <w:p>
      <w:r>
        <w:t>0000080734 00000 n</w:t>
      </w:r>
    </w:p>
    <w:p>
      <w:r>
        <w:t>0000080827 00000 n</w:t>
      </w:r>
    </w:p>
    <w:p>
      <w:r>
        <w:t>0000080972 00000 n</w:t>
      </w:r>
    </w:p>
    <w:p>
      <w:r>
        <w:t>0000081109 00000 n</w:t>
      </w:r>
    </w:p>
    <w:p>
      <w:r>
        <w:t>0000081200 00000 n</w:t>
      </w:r>
    </w:p>
    <w:p>
      <w:r>
        <w:t>0000081309 00000 n</w:t>
      </w:r>
    </w:p>
    <w:p>
      <w:r>
        <w:t>0000081409 00000 n</w:t>
      </w:r>
    </w:p>
    <w:p>
      <w:r>
        <w:t>0000081500 00000 n</w:t>
      </w:r>
    </w:p>
    <w:p>
      <w:r>
        <w:t>0000081619 00000 n</w:t>
      </w:r>
    </w:p>
    <w:p>
      <w:r>
        <w:t>0000081728 00000 n</w:t>
      </w:r>
    </w:p>
    <w:p>
      <w:r>
        <w:t>0000081879 00000 n</w:t>
      </w:r>
    </w:p>
    <w:p>
      <w:r>
        <w:t>0000082004 00000 n</w:t>
      </w:r>
    </w:p>
    <w:p>
      <w:r>
        <w:t>0000082153 00000 n</w:t>
      </w:r>
    </w:p>
    <w:p>
      <w:r>
        <w:t>0000082585 00000 n</w:t>
      </w:r>
    </w:p>
    <w:p>
      <w:r>
        <w:t>0000082732 00000 n</w:t>
      </w:r>
    </w:p>
    <w:p>
      <w:r>
        <w:t>0000082879 00000 n</w:t>
      </w:r>
    </w:p>
    <w:p>
      <w:r>
        <w:t>0000083028 00000 n</w:t>
      </w:r>
    </w:p>
    <w:p>
      <w:r>
        <w:t>0000083176 00000 n</w:t>
      </w:r>
    </w:p>
    <w:p>
      <w:r>
        <w:t>0000083283 00000 n</w:t>
      </w:r>
    </w:p>
    <w:p>
      <w:r>
        <w:t>0000083373 00000 n</w:t>
      </w:r>
    </w:p>
    <w:p>
      <w:r>
        <w:t>0000083506 00000 n</w:t>
      </w:r>
    </w:p>
    <w:p>
      <w:r>
        <w:t>0000083605 00000 n</w:t>
      </w:r>
    </w:p>
    <w:p>
      <w:r>
        <w:t>0000083695 00000 n</w:t>
      </w:r>
    </w:p>
    <w:p>
      <w:r>
        <w:t>0000083814 00000 n</w:t>
      </w:r>
    </w:p>
    <w:p>
      <w:r>
        <w:t>0000083908 00000 n</w:t>
      </w:r>
    </w:p>
    <w:p>
      <w:r>
        <w:t>0000084013 00000 n</w:t>
      </w:r>
    </w:p>
    <w:p>
      <w:r>
        <w:t>0000084162 00000 n</w:t>
      </w:r>
    </w:p>
    <w:p>
      <w:r>
        <w:t>0000084283 00000 n</w:t>
      </w:r>
    </w:p>
    <w:p>
      <w:r>
        <w:t>0000084374 00000 n</w:t>
      </w:r>
    </w:p>
    <w:p>
      <w:r>
        <w:t>0000084547 00000 n</w:t>
      </w:r>
    </w:p>
    <w:p>
      <w:r>
        <w:t>0000084643 00000 n</w:t>
      </w:r>
    </w:p>
    <w:p>
      <w:r>
        <w:t>0000084739 00000 n</w:t>
      </w:r>
    </w:p>
    <w:p>
      <w:r>
        <w:t>0000084830 00000 n</w:t>
      </w:r>
    </w:p>
    <w:p>
      <w:r>
        <w:t>0000084945 00000 n</w:t>
      </w:r>
    </w:p>
    <w:p>
      <w:r>
        <w:t>0000085036 00000 n</w:t>
      </w:r>
    </w:p>
    <w:p>
      <w:r>
        <w:t>0000085146 00000 n</w:t>
      </w:r>
    </w:p>
    <w:p>
      <w:r>
        <w:t>0000085297 00000 n</w:t>
      </w:r>
    </w:p>
    <w:p>
      <w:r>
        <w:t>0000085446 00000 n</w:t>
      </w:r>
    </w:p>
    <w:p>
      <w:r>
        <w:t>0000085596 00000 n</w:t>
      </w:r>
    </w:p>
    <w:p>
      <w:r>
        <w:t>0000085745 00000 n</w:t>
      </w:r>
    </w:p>
    <w:p>
      <w:r>
        <w:t>0000085896 00000 n</w:t>
      </w:r>
    </w:p>
    <w:p>
      <w:r>
        <w:t>0000086031 00000 n</w:t>
      </w:r>
    </w:p>
    <w:p>
      <w:r>
        <w:t>0000086122 00000 n</w:t>
      </w:r>
    </w:p>
    <w:p>
      <w:r>
        <w:t>0000086239 00000 n</w:t>
      </w:r>
    </w:p>
    <w:p>
      <w:r>
        <w:t>0000086339 00000 n</w:t>
      </w:r>
    </w:p>
    <w:p>
      <w:r>
        <w:t>0000086430 00000 n</w:t>
      </w:r>
    </w:p>
    <w:p>
      <w:r>
        <w:t>0000086565 00000 n</w:t>
      </w:r>
    </w:p>
    <w:p>
      <w:r>
        <w:t>0000086715 00000 n</w:t>
      </w:r>
    </w:p>
    <w:p>
      <w:r>
        <w:t>0000086819 00000 n</w:t>
      </w:r>
    </w:p>
    <w:p>
      <w:r>
        <w:t>0000086910 00000 n</w:t>
      </w:r>
    </w:p>
    <w:p>
      <w:r>
        <w:t>0000087027 00000 n</w:t>
      </w:r>
    </w:p>
    <w:p>
      <w:r>
        <w:t>0000087125 00000 n</w:t>
      </w:r>
    </w:p>
    <w:p>
      <w:r>
        <w:t>0000087216 00000 n</w:t>
      </w:r>
    </w:p>
    <w:p>
      <w:r>
        <w:t>0000087310 00000 n</w:t>
      </w:r>
    </w:p>
    <w:p>
      <w:r>
        <w:t>0000087401 00000 n</w:t>
      </w:r>
    </w:p>
    <w:p>
      <w:r>
        <w:t>0000087495 00000 n</w:t>
      </w:r>
    </w:p>
    <w:p>
      <w:r>
        <w:t>0000087586 00000 n</w:t>
      </w:r>
    </w:p>
    <w:p>
      <w:r>
        <w:t>0000087743 00000 n</w:t>
      </w:r>
    </w:p>
    <w:p>
      <w:r>
        <w:t>0000087839 00000 n</w:t>
      </w:r>
    </w:p>
    <w:p>
      <w:r>
        <w:t>0000087935 00000 n</w:t>
      </w:r>
    </w:p>
    <w:p>
      <w:r>
        <w:t>0000088026 00000 n</w:t>
      </w:r>
    </w:p>
    <w:p>
      <w:r>
        <w:t>0000088126 00000 n</w:t>
      </w:r>
    </w:p>
    <w:p>
      <w:r>
        <w:t>0000088220 00000 n</w:t>
      </w:r>
    </w:p>
    <w:p>
      <w:r>
        <w:t>0000088328 00000 n</w:t>
      </w:r>
    </w:p>
    <w:p>
      <w:r>
        <w:t>0000088422 00000 n</w:t>
      </w:r>
    </w:p>
    <w:p>
      <w:r>
        <w:t>0000088522 00000 n</w:t>
      </w:r>
    </w:p>
    <w:p>
      <w:r>
        <w:t>0000088642 00000 n</w:t>
      </w:r>
    </w:p>
    <w:p>
      <w:r>
        <w:t>0000088736 00000 n</w:t>
      </w:r>
    </w:p>
    <w:p>
      <w:r>
        <w:t>0000088852 00000 n</w:t>
      </w:r>
    </w:p>
    <w:p>
      <w:r>
        <w:t>0000089033 00000 n</w:t>
      </w:r>
    </w:p>
    <w:p>
      <w:r>
        <w:t>0000089178 00000 n</w:t>
      </w:r>
    </w:p>
    <w:p>
      <w:r>
        <w:t>0000089578 00000 n</w:t>
      </w:r>
    </w:p>
    <w:p>
      <w:r>
        <w:t>0000089671 00000 n</w:t>
      </w:r>
    </w:p>
    <w:p>
      <w:r>
        <w:t>0000089764 00000 n</w:t>
      </w:r>
    </w:p>
    <w:p>
      <w:r>
        <w:t>0000089865 00000 n</w:t>
      </w:r>
    </w:p>
    <w:p>
      <w:r>
        <w:t>0000089958 00000 n</w:t>
      </w:r>
    </w:p>
    <w:p>
      <w:r>
        <w:t>0000090057 00000 n</w:t>
      </w:r>
    </w:p>
    <w:p>
      <w:r>
        <w:t>0000090150 00000 n</w:t>
      </w:r>
    </w:p>
    <w:p>
      <w:r>
        <w:t>0000090243 00000 n</w:t>
      </w:r>
    </w:p>
    <w:p>
      <w:r>
        <w:t>0000090334 00000 n</w:t>
      </w:r>
    </w:p>
    <w:p>
      <w:r>
        <w:t>0000090427 00000 n</w:t>
      </w:r>
    </w:p>
    <w:p>
      <w:r>
        <w:t>0000090521 00000 n</w:t>
      </w:r>
    </w:p>
    <w:p>
      <w:r>
        <w:t>0000090631 00000 n</w:t>
      </w:r>
    </w:p>
    <w:p>
      <w:r>
        <w:t>0000090763 00000 n</w:t>
      </w:r>
    </w:p>
    <w:p>
      <w:r>
        <w:t>0000090854 00000 n</w:t>
      </w:r>
    </w:p>
    <w:p>
      <w:r>
        <w:t>0000090938 00000 n</w:t>
      </w:r>
    </w:p>
    <w:p>
      <w:r>
        <w:t>0000091015 00000 n</w:t>
      </w:r>
    </w:p>
    <w:p>
      <w:r>
        <w:t>0000091106 00000 n</w:t>
      </w:r>
    </w:p>
    <w:p>
      <w:r>
        <w:t>0000091183 00000 n</w:t>
      </w:r>
    </w:p>
    <w:p>
      <w:r>
        <w:t>0000091274 00000 n</w:t>
      </w:r>
    </w:p>
    <w:p>
      <w:r>
        <w:t>0000091351 00000 n</w:t>
      </w:r>
    </w:p>
    <w:p>
      <w:r>
        <w:t>0000091442 00000 n</w:t>
      </w:r>
    </w:p>
    <w:p>
      <w:r>
        <w:t>0000091519 00000 n</w:t>
      </w:r>
    </w:p>
    <w:p>
      <w:r>
        <w:t>0000091610 00000 n</w:t>
      </w:r>
    </w:p>
    <w:p>
      <w:r>
        <w:t>0000091687 00000 n</w:t>
      </w:r>
    </w:p>
    <w:p>
      <w:r>
        <w:t>0000091778 00000 n</w:t>
      </w:r>
    </w:p>
    <w:p>
      <w:r>
        <w:t>0000091855 00000 n</w:t>
      </w:r>
    </w:p>
    <w:p>
      <w:r>
        <w:t>0000091946 00000 n</w:t>
      </w:r>
    </w:p>
    <w:p>
      <w:r>
        <w:t>0000092023 00000 n</w:t>
      </w:r>
    </w:p>
    <w:p>
      <w:r>
        <w:t>0000092114 00000 n</w:t>
      </w:r>
    </w:p>
    <w:p>
      <w:r>
        <w:t>0000092191 00000 n</w:t>
      </w:r>
    </w:p>
    <w:p>
      <w:r>
        <w:t>0000092282 00000 n</w:t>
      </w:r>
    </w:p>
    <w:p>
      <w:r>
        <w:t>0000092359 00000 n</w:t>
      </w:r>
    </w:p>
    <w:p>
      <w:r>
        <w:t>0000092450 00000 n</w:t>
      </w:r>
    </w:p>
    <w:p>
      <w:r>
        <w:t>0000092527 00000 n</w:t>
      </w:r>
    </w:p>
    <w:p>
      <w:r>
        <w:t>600 64</w:t>
      </w:r>
    </w:p>
    <w:p>
      <w:r>
        <w:t>0000092618 00000 n</w:t>
      </w:r>
    </w:p>
    <w:p>
      <w:r>
        <w:t>0000092690 00000 n</w:t>
      </w:r>
    </w:p>
    <w:p>
      <w:r>
        <w:t>0000092762 00000 n</w:t>
      </w:r>
    </w:p>
    <w:p>
      <w:r>
        <w:t>0000092834 00000 n</w:t>
      </w:r>
    </w:p>
    <w:p>
      <w:r>
        <w:t>0000092906 00000 n</w:t>
      </w:r>
    </w:p>
    <w:p>
      <w:r>
        <w:t>0000092978 00000 n</w:t>
      </w:r>
    </w:p>
    <w:p>
      <w:r>
        <w:t>0000093050 00000 n</w:t>
      </w:r>
    </w:p>
    <w:p>
      <w:r>
        <w:t>0000093134 00000 n</w:t>
      </w:r>
    </w:p>
    <w:p>
      <w:r>
        <w:t>0000093283 00000 n</w:t>
      </w:r>
    </w:p>
    <w:p>
      <w:r>
        <w:t>0000093393 00000 n</w:t>
      </w:r>
    </w:p>
    <w:p>
      <w:r>
        <w:t>0000093466 00000 n</w:t>
      </w:r>
    </w:p>
    <w:p>
      <w:r>
        <w:t>0000093539 00000 n</w:t>
      </w:r>
    </w:p>
    <w:p>
      <w:r>
        <w:t>0000093612 00000 n</w:t>
      </w:r>
    </w:p>
    <w:p>
      <w:r>
        <w:t>0000093685 00000 n</w:t>
      </w:r>
    </w:p>
    <w:p>
      <w:r>
        <w:t>0000093758 00000 n</w:t>
      </w:r>
    </w:p>
    <w:p>
      <w:r>
        <w:t>0000093831 00000 n</w:t>
      </w:r>
    </w:p>
    <w:p>
      <w:r>
        <w:t>0000093904 00000 n</w:t>
      </w:r>
    </w:p>
    <w:p>
      <w:r>
        <w:t>0000093977 00000 n</w:t>
      </w:r>
    </w:p>
    <w:p>
      <w:r>
        <w:t>0000094050 00000 n</w:t>
      </w:r>
    </w:p>
    <w:p>
      <w:r>
        <w:t>0000094134 00000 n</w:t>
      </w:r>
    </w:p>
    <w:p>
      <w:r>
        <w:t>0000094231 00000 n</w:t>
      </w:r>
    </w:p>
    <w:p>
      <w:r>
        <w:t>0000102430 00000 n</w:t>
      </w:r>
    </w:p>
    <w:p>
      <w:r>
        <w:t>0000102725 00000 n</w:t>
      </w:r>
    </w:p>
    <w:p>
      <w:r>
        <w:t>0000178492 00000 n</w:t>
      </w:r>
    </w:p>
    <w:p>
      <w:r>
        <w:t>0000178622 00000 n</w:t>
      </w:r>
    </w:p>
    <w:p>
      <w:r>
        <w:t>0000178765 00000 n</w:t>
      </w:r>
    </w:p>
    <w:p>
      <w:r>
        <w:t>0000179337 00000 n</w:t>
      </w:r>
    </w:p>
    <w:p>
      <w:r>
        <w:t>0000203765 00000 n</w:t>
      </w:r>
    </w:p>
    <w:p>
      <w:r>
        <w:t>0000203803 00000 n</w:t>
      </w:r>
    </w:p>
    <w:p>
      <w:r>
        <w:t>0000203828 00000 n</w:t>
      </w:r>
    </w:p>
    <w:p>
      <w:r>
        <w:t>0000207099 00000 n</w:t>
      </w:r>
    </w:p>
    <w:p>
      <w:r>
        <w:t>0000343155 00000 n</w:t>
      </w:r>
    </w:p>
    <w:p>
      <w:r>
        <w:t>0000343185 00000 n</w:t>
      </w:r>
    </w:p>
    <w:p>
      <w:r>
        <w:t>0000343210 00000 n</w:t>
      </w:r>
    </w:p>
    <w:p>
      <w:r>
        <w:t>0000343545 00000 n</w:t>
      </w:r>
    </w:p>
    <w:p>
      <w:r>
        <w:t>0000401105 00000 n</w:t>
      </w:r>
    </w:p>
    <w:p>
      <w:r>
        <w:t>0000401135 00000 n</w:t>
      </w:r>
    </w:p>
    <w:p>
      <w:r>
        <w:t>0000401679 00000 n</w:t>
      </w:r>
    </w:p>
    <w:p>
      <w:r>
        <w:t>0000448849 00000 n</w:t>
      </w:r>
    </w:p>
    <w:p>
      <w:r>
        <w:t>0000448879 00000 n</w:t>
      </w:r>
    </w:p>
    <w:p>
      <w:r>
        <w:t>0000448904 00000 n</w:t>
      </w:r>
    </w:p>
    <w:p>
      <w:r>
        <w:t>0000450436 00000 n</w:t>
      </w:r>
    </w:p>
    <w:p>
      <w:r>
        <w:t>0000450790 00000 n</w:t>
      </w:r>
    </w:p>
    <w:p>
      <w:r>
        <w:t>0000455874 00000 n</w:t>
      </w:r>
    </w:p>
    <w:p>
      <w:r>
        <w:t>0000456687 00000 n</w:t>
      </w:r>
    </w:p>
    <w:p>
      <w:r>
        <w:t>0000456960 00000 n</w:t>
      </w:r>
    </w:p>
    <w:p>
      <w:r>
        <w:t>0000457269 00000 n</w:t>
      </w:r>
    </w:p>
    <w:p>
      <w:r>
        <w:t>0000457592 00000 n</w:t>
      </w:r>
    </w:p>
    <w:p>
      <w:r>
        <w:t>0000459088 00000 n</w:t>
      </w:r>
    </w:p>
    <w:p>
      <w:r>
        <w:t>0000459449 00000 n</w:t>
      </w:r>
    </w:p>
    <w:p>
      <w:r>
        <w:t>0000459844 00000 n</w:t>
      </w:r>
    </w:p>
    <w:p>
      <w:r>
        <w:t>0000460037 00000 n</w:t>
      </w:r>
    </w:p>
    <w:p>
      <w:r>
        <w:t>0000460370 00000 n</w:t>
      </w:r>
    </w:p>
    <w:p>
      <w:r>
        <w:t>0000460440 00000 n</w:t>
      </w:r>
    </w:p>
    <w:p>
      <w:r>
        <w:t>0000460896 00000 n</w:t>
      </w:r>
    </w:p>
    <w:p>
      <w:r>
        <w:t>0000461089 00000 n</w:t>
      </w:r>
    </w:p>
    <w:p>
      <w:r>
        <w:t>0000461451 00000 n</w:t>
      </w:r>
    </w:p>
    <w:p>
      <w:r>
        <w:t>0000461521 00000 n</w:t>
      </w:r>
    </w:p>
    <w:p>
      <w:r>
        <w:t>0000462287 00000 n</w:t>
      </w:r>
    </w:p>
    <w:p>
      <w:r>
        <w:t>0000462480 00000 n</w:t>
      </w:r>
    </w:p>
    <w:p>
      <w:r>
        <w:t>0000462930 00000 n</w:t>
      </w:r>
    </w:p>
    <w:p>
      <w:r>
        <w:t>0000463000 00000 n</w:t>
      </w:r>
    </w:p>
    <w:p>
      <w:r>
        <w:t>0000463115 00000 n</w:t>
      </w:r>
    </w:p>
    <w:p>
      <w:r>
        <w:t>0000463192 00000 n</w:t>
      </w:r>
    </w:p>
    <w:p>
      <w:r>
        <w:t>trailer</w:t>
      </w:r>
    </w:p>
    <w:p>
      <w:r>
        <w:t>]&gt;&gt;</w:t>
      </w:r>
    </w:p>
    <w:p>
      <w:r>
        <w:t>startxref</w:t>
      </w:r>
    </w:p>
    <w:p>
      <w:r>
        <w:t>463232</w:t>
      </w:r>
    </w:p>
    <w:p>
      <w:r>
        <w:t>%%EOF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