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电子教字〔2024〕1号电子信息工程学院推荐优秀应届本科毕业生免试攻读研究生工作方案</w:t>
      </w:r>
    </w:p>
    <w:p>
      <w:r>
        <w:t>发布时间：2025年9月23日</w:t>
      </w:r>
    </w:p>
    <w:p>
      <w:r>
        <w:t>来源URL：https://dz.tyust.edu.cn/info/1095/2615.htm</w:t>
      </w:r>
    </w:p>
    <w:p>
      <w:r>
        <w:t>========================================</w:t>
      </w:r>
    </w:p>
    <w:p>
      <w:r>
        <w:t>电子教字〔2024〕1号电子信息工程学院推荐优秀应届本科毕业生免试攻读研究生工作方案.pdf】已下载 次</w:t>
      </w:r>
    </w:p>
    <w:p>
      <w:r>
        <w:t>Copyright@1952-2019 太原科技大学电子信息工程学院.AllRightsReserved.</w:t>
      </w:r>
    </w:p>
    <w:p>
      <w:r>
        <w:t>通讯地址：中国·山西省·太原市万柏林区窊流路66号太原科技大学电子信息工程学院</w:t>
      </w:r>
    </w:p>
    <w:p>
      <w:r>
        <w:t>邮编：030024，单位电话：0351-6998245，电子邮箱：dzjjw@tyust.edu.cn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