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2026年推荐优秀应届本科毕业生免试攻读研究生拟录取考生名单公示</w:t>
      </w:r>
    </w:p>
    <w:p>
      <w:r>
        <w:t>发布时间：2025年10月14日</w:t>
      </w:r>
    </w:p>
    <w:p>
      <w:r>
        <w:t>来源URL：https://www.nxmu.edu.cn/yjsy/info/1011/3348.htm</w:t>
      </w:r>
    </w:p>
    <w:p>
      <w:r>
        <w:t>========================================</w:t>
      </w:r>
    </w:p>
    <w:p>
      <w:r>
        <w:t>&gt;</w:t>
      </w:r>
    </w:p>
    <w:p>
      <w:r>
        <w:t>我校2026年推荐优秀应届本科毕业生免试攻读研究生考生复试工作已完成，根据教育部和宁夏教育考试院有关规定，现对拟录取考生名单予以公示，公示时间为10月14日至10月23日。如有异议，请在公示期工作时间内向二级招生单位或研究生院反映。</w:t>
      </w:r>
    </w:p>
    <w:p>
      <w:r>
        <w:t>名称</w:t>
      </w:r>
    </w:p>
    <w:p>
      <w:r>
        <w:t>联系电话</w:t>
      </w:r>
    </w:p>
    <w:p>
      <w:r>
        <w:t>邮箱</w:t>
      </w:r>
    </w:p>
    <w:p>
      <w:r>
        <w:t>第一临床医学院（宁夏医科大学总医院）</w:t>
      </w:r>
    </w:p>
    <w:p>
      <w:r>
        <w:t>0951-6744022</w:t>
      </w:r>
    </w:p>
    <w:p>
      <w:r>
        <w:t>yjsgzbgs@163.com</w:t>
      </w:r>
    </w:p>
    <w:p>
      <w:r>
        <w:t>公共卫生学院</w:t>
      </w:r>
    </w:p>
    <w:p>
      <w:r>
        <w:t>0951-6980141</w:t>
      </w:r>
    </w:p>
    <w:p>
      <w:r>
        <w:t>ggwszhaosheng@qq.com</w:t>
      </w:r>
    </w:p>
    <w:p>
      <w:r>
        <w:t>中医学院</w:t>
      </w:r>
    </w:p>
    <w:p>
      <w:r>
        <w:t>0951-6880526</w:t>
      </w:r>
    </w:p>
    <w:p>
      <w:r>
        <w:t>zyxyyjsbgs@163.com</w:t>
      </w:r>
    </w:p>
    <w:p>
      <w:r>
        <w:t>护理学院</w:t>
      </w:r>
    </w:p>
    <w:p>
      <w:r>
        <w:t>0951-6880519</w:t>
      </w:r>
    </w:p>
    <w:p>
      <w:r>
        <w:t>nxmu_hlxy@163.com</w:t>
      </w:r>
    </w:p>
    <w:p>
      <w:r>
        <w:t>口腔医学院</w:t>
      </w:r>
    </w:p>
    <w:p>
      <w:r>
        <w:t>17395095082</w:t>
      </w:r>
    </w:p>
    <w:p>
      <w:r>
        <w:t>yanjiusheng_nxmu@163.com</w:t>
      </w:r>
    </w:p>
    <w:p>
      <w:r>
        <w:t>药学院</w:t>
      </w:r>
    </w:p>
    <w:p>
      <w:r>
        <w:t>0951-6880692</w:t>
      </w:r>
    </w:p>
    <w:p>
      <w:r>
        <w:t>yxyyjsb@nxmu.edu.cn</w:t>
      </w:r>
    </w:p>
    <w:p>
      <w:r>
        <w:t>第二临床医学院（银川市第一人民医院）</w:t>
      </w:r>
    </w:p>
    <w:p>
      <w:r>
        <w:t>0951-6192223</w:t>
      </w:r>
    </w:p>
    <w:p>
      <w:r>
        <w:t>nyd_delcyxy@163.com</w:t>
      </w:r>
    </w:p>
    <w:p>
      <w:r>
        <w:t>第三临床医学院（宁夏回族自治区人民医院）</w:t>
      </w:r>
    </w:p>
    <w:p>
      <w:r>
        <w:t>0951-5920219</w:t>
      </w:r>
    </w:p>
    <w:p>
      <w:r>
        <w:t>dslcyxy013@163.com</w:t>
      </w:r>
    </w:p>
    <w:p>
      <w:r>
        <w:t>国家卫生健康委员会代谢性心血管疾病研究重点实验室</w:t>
      </w:r>
    </w:p>
    <w:p>
      <w:r>
        <w:t>0951-6880611</w:t>
      </w:r>
    </w:p>
    <w:p>
      <w:r>
        <w:t>806368389@qq.com</w:t>
      </w:r>
    </w:p>
    <w:p>
      <w:r>
        <w:t>研究生院</w:t>
      </w:r>
    </w:p>
    <w:p>
      <w:r>
        <w:t>0951-6980183</w:t>
      </w:r>
    </w:p>
    <w:p>
      <w:r>
        <w:t>yjsy@nxmu.edu.cn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