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关于做好我校 2026 年推荐优秀应届本科毕业生免试攻读硕士学位研究生工作的通知</w:t>
      </w:r>
    </w:p>
    <w:p>
      <w:r>
        <w:t>发布时间：2025年9月2日</w:t>
      </w:r>
    </w:p>
    <w:p>
      <w:r>
        <w:t>来源URL：https://jwc.ahtcm.edu.cn/info/1341/23721.htm</w:t>
      </w:r>
    </w:p>
    <w:p>
      <w:r>
        <w:t>========================================</w:t>
      </w:r>
    </w:p>
    <w:p>
      <w:r>
        <w:t>关于做好我校 2026 年推荐优秀应届本科毕业生免试攻读硕士学位研究生工作的通知</w:t>
      </w:r>
    </w:p>
    <w:p>
      <w:r>
        <w:t>作者：发布时间：2025-09-02点击数：</w:t>
      </w:r>
    </w:p>
    <w:p>
      <w:r>
        <w:t>附件【附件3.放弃承诺书.pdf】已下载 次</w:t>
      </w:r>
    </w:p>
    <w:p>
      <w:r>
        <w:t>附件【附件2.基本信息汇总表.pdf】已下载 次</w:t>
      </w:r>
    </w:p>
    <w:p>
      <w:r>
        <w:t>附件【附件1.安徽中医药大学推荐免试攻读硕士学位研究生申请表.pdf】已下载 次</w:t>
      </w:r>
    </w:p>
    <w:p>
      <w:r>
        <w:t>上一条： 关于推荐我校2025年优秀本科毕业生免试攻读硕士学位研究生名单的公示</w:t>
      </w:r>
    </w:p>
    <w:p>
      <w:r>
        <w:t>下一条： 关于推荐我校2026年优秀本科毕业生免试攻读硕士学位研究生名单的公示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