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关于接收2026级推荐免试研究生（含直博生）预报名的通知</w:t>
      </w:r>
    </w:p>
    <w:p>
      <w:r>
        <w:t>发布时间：2025年7月12日</w:t>
      </w:r>
    </w:p>
    <w:p>
      <w:r>
        <w:t>来源URL：https://yjs.suda.edu.cn/3d/40/c8386a671040/page.htm</w:t>
      </w:r>
    </w:p>
    <w:p>
      <w:r>
        <w:t>========================================</w:t>
      </w:r>
    </w:p>
    <w:p>
      <w:r>
        <w:t>关于接收2026级推荐免试研究生（含直博生）预报名的通知</w:t>
      </w:r>
    </w:p>
    <w:p>
      <w:r>
        <w:t>时间: 2025-07-12 浏览次数: 174212</w:t>
      </w:r>
    </w:p>
    <w:p>
      <w:r>
        <w:t>苏州大学2026年接收推荐免试研究生（含直博生）预报名工作即日起开展，现将具体事项通知如下：</w:t>
      </w:r>
    </w:p>
    <w:p>
      <w:r>
        <w:t>一、招生专业</w:t>
      </w:r>
    </w:p>
    <w:p>
      <w:r>
        <w:t>我校所有全日制硕士招生专业均可接收硕士推免生，部分专业招收本科直博生，具体专业请登录苏州大学“研究生报考服务系统”（http://gsas.yjs.suda.edu.cn）查阅。</w:t>
      </w:r>
    </w:p>
    <w:p>
      <w:r>
        <w:t>实际招生专业和研究方向以我校正式发布的2026年招生简章和专业目录为准（预计于2025年9月发布）。</w:t>
      </w:r>
    </w:p>
    <w:p>
      <w:r>
        <w:t>二、申请条件</w:t>
      </w:r>
    </w:p>
    <w:p>
      <w:r>
        <w:t>1．有望获得本科所在学校推荐免试资格的2026届本科毕业生。</w:t>
      </w:r>
    </w:p>
    <w:p>
      <w:r>
        <w:t>2．品德优良，遵纪守法，身心健康。</w:t>
      </w:r>
    </w:p>
    <w:p>
      <w:r>
        <w:t>三、网上报名</w:t>
      </w:r>
    </w:p>
    <w:p>
      <w:r>
        <w:t>1．报名时间：具体请登录“研究生报考服务系统”查阅。各基层研究生培养单位报名时间有差异，请提前关注以免错过报名。</w:t>
      </w:r>
    </w:p>
    <w:p>
      <w:r>
        <w:t>2. 有意向申请我校2026年推免研究生的同学（包括本校和外校），请登录“研究生报考服务系统”（http://gsas.yjs.suda.edu.cn），在“招生栏目”中选择“全国优秀大学生推免预报名”进行注册、预报名。考生请务必如实填写各项信息并提交，提交前认真核对，提交后不得再作更改。</w:t>
      </w:r>
    </w:p>
    <w:p>
      <w:r>
        <w:t>3. 通过本系统预报名并取得了推免资格的同学，仍须在教育部“全国推荐免试攻读研究生信息公开管理服务系统”（以下简称“推免服务系统”，网址：https://yz.chsi.com.cn/tm）中进行报名，否则申请无效。</w:t>
      </w:r>
    </w:p>
    <w:p>
      <w:r>
        <w:t>四、资格审查与考核</w:t>
      </w:r>
    </w:p>
    <w:p>
      <w:r>
        <w:t>1. 资格审核：各基层研究生培养单位将根据本单位工作安排陆续对申请人的网上报名信息进行资格初审，通过资格初审的申请人方可进入考核环节。</w:t>
      </w:r>
    </w:p>
    <w:p>
      <w:r>
        <w:t>2. 考核工作：我校2026年接收推免生的考核工作将分批次进行，具体安排请以各基层研究生培养单位的通知为准。请申请人及时关注通知，保持手机畅通，并按要求参加考核工作。我校将根据申请者考核成绩择优录取。</w:t>
      </w:r>
    </w:p>
    <w:p>
      <w:r>
        <w:t>3. 通过本系统预报名并取得了推免资格的同学，待教育部开通全国推免生报名系统后，须登录教育部“推免服务系统”（http://yz.chsi.com.cn/tm）报名，各基层研究生培养单位将在教育部“推免服务系统”中发放相关通知，申请人应在规定时间内按要求接受并确认。推免生在“推免服务系统”只能确认一个招生单位的待录取通知，一旦确认不得更改。</w:t>
      </w:r>
    </w:p>
    <w:p>
      <w:r>
        <w:t>五、其他事项</w:t>
      </w:r>
    </w:p>
    <w:p>
      <w:r>
        <w:t>1．我校将根据教育部最新推免生政策，及时公布2026年接收推免生的最新信息，请关注我校研究生院网站相关信息。</w:t>
      </w:r>
    </w:p>
    <w:p>
      <w:r>
        <w:t>2．未进行预报名的推免生届时可登录教育部“推免服务系统”进行报名，相关基层研究生培养单位将根据实际情况组织复试，具体安排以各基层研究生培养单位的通知为准。</w:t>
      </w:r>
    </w:p>
    <w:p>
      <w:r>
        <w:t>特此通知。</w:t>
      </w:r>
    </w:p>
    <w:p>
      <w:r>
        <w:t>扫一扫分享本文章</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