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关于西北农林科技大学2026年接收推荐免试研究生预报名工作的通知</w:t>
      </w:r>
    </w:p>
    <w:p>
      <w:r>
        <w:t>发布时间：2025年9月8日</w:t>
      </w:r>
    </w:p>
    <w:p>
      <w:r>
        <w:t>来源URL：https://yz.nwafu.edu.cn/tzgg/dbe85dc5a7f54c528484b055ccf0e22f.htm</w:t>
      </w:r>
    </w:p>
    <w:p>
      <w:r>
        <w:t>========================================</w:t>
      </w:r>
    </w:p>
    <w:p>
      <w:r>
        <w:t>&gt;</w:t>
      </w:r>
    </w:p>
    <w:p>
      <w:r>
        <w:t>各学院及相关单位：</w:t>
      </w:r>
    </w:p>
    <w:p>
      <w:r>
        <w:t>为做好2026年优秀应届本科毕业生免试攻读研究生接收工作，我校将开通接收推免生预报名系统，欢迎有志于报考我校的推免生及时提出申请，以便我校顺利开展推免生的接收工作。</w:t>
      </w:r>
    </w:p>
    <w:p>
      <w:r>
        <w:t>一、申请条件</w:t>
      </w:r>
    </w:p>
    <w:p>
      <w:r>
        <w:t>1.拥护中国共产党的领导和社会主义制度，具有高尚的爱国主义情操和集体主义精神，社会责任感强，遵纪守法，积极向上，身心健康；</w:t>
      </w:r>
    </w:p>
    <w:p>
      <w:r>
        <w:t>2.诚实守信，学风端正，品行优良，无考试作弊或剽窃他人学术成果等学术不端行为；</w:t>
      </w:r>
    </w:p>
    <w:p>
      <w:r>
        <w:t>3.拟取得本科毕业院校推荐资格，且能正常获得本科毕业证书和学士学位证书;</w:t>
      </w:r>
    </w:p>
    <w:p>
      <w:r>
        <w:t>4.具有从事科学研究志向，具有较强的创新意识、科研潜质和学习能力;</w:t>
      </w:r>
    </w:p>
    <w:p>
      <w:r>
        <w:t>5.申请直博生，须通过全国大学英语六级考试（成绩≥425分）或小语种四级（小语种推免生须提前与招生导师联系）。</w:t>
      </w:r>
    </w:p>
    <w:p>
      <w:r>
        <w:t>二、招生类别</w:t>
      </w:r>
    </w:p>
    <w:p>
      <w:r>
        <w:t>招生专业参见我校2025年研究生招生专业目录，最终以2026年招生专业目录为准。</w:t>
      </w:r>
    </w:p>
    <w:p>
      <w:r>
        <w:t>1.硕士生：我校2026年全日制硕士生招生专业目录中公布的专业均可接收推免生。接收的硕士推免生包括：学术学位硕士研究生及全日制专业学位硕士研究生。</w:t>
      </w:r>
    </w:p>
    <w:p>
      <w:r>
        <w:t>2.直博生：我校2026年博士研究生招生专业目录中公布的农学、理学、工学学术学位学科专业，工程硕博士专项所涉及的学科专业均可招收直博生。</w:t>
      </w:r>
    </w:p>
    <w:p>
      <w:r>
        <w:t>三、报名系统</w:t>
      </w:r>
    </w:p>
    <w:p>
      <w:r>
        <w:t>请登录我校接收推免生预报名系统进行报名，网址：https://yjszs.nwafu.edu.cn/yjszs/plugins/zs/zsxsd/entrance#/entrance。</w:t>
      </w:r>
    </w:p>
    <w:p>
      <w:r>
        <w:t>四、报名时间</w:t>
      </w:r>
    </w:p>
    <w:p>
      <w:r>
        <w:t>我校2026年接收推免生预报名系统将于2025年9月8日至9月22日向考生开放，各学院申报截止时间由学院通知为准。</w:t>
      </w:r>
    </w:p>
    <w:p>
      <w:r>
        <w:t>五、申请流程</w:t>
      </w:r>
    </w:p>
    <w:p>
      <w:r>
        <w:t>1.凡符合上述申请条件且有意愿报考我校的优秀应届本科毕业生（包括本校和外校），请登录“西北农林科技大学接收推免生预报名系统”进行申报，务必如实填写各项信息并提交。</w:t>
      </w:r>
    </w:p>
    <w:p>
      <w:r>
        <w:t>2.各学院将根据网上申请情况，结合本单位具体情况，与报名学生联系，确认相关信息，通知复试，请考生保持联系畅通。</w:t>
      </w:r>
    </w:p>
    <w:p>
      <w:r>
        <w:t>3.通过本系统报名并获得拟录取资格的考生，在取得本科毕业院校推荐资格后，须在我校规定时间内在教育部“推免服务系统”开通后，登录该系统填写并提交西北农林科技大学志愿，完成最终录取。</w:t>
      </w:r>
    </w:p>
    <w:p>
      <w:r>
        <w:t>六、其他事项</w:t>
      </w:r>
    </w:p>
    <w:p>
      <w:r>
        <w:t>1.我校各学院预推免工作由学院根据本单位情况组织开展，请以学院后续发布的通知为准。</w:t>
      </w:r>
    </w:p>
    <w:p>
      <w:r>
        <w:t>2.我校将根据教育部下达的最新推免政策执行，若此文件与教育部最新文件冲突，以教育部文件为准。</w:t>
      </w:r>
    </w:p>
    <w:p>
      <w:r>
        <w:t>附件：2026年研究生招生学院联系方式</w:t>
      </w:r>
    </w:p>
    <w:p>
      <w:r>
        <w:t>研究生院</w:t>
      </w:r>
    </w:p>
    <w:p>
      <w:r>
        <w:t>2025年9月8日</w:t>
      </w:r>
    </w:p>
    <w:p>
      <w:r>
        <w:t>附件1 - 2026年接收推免生学院联系方式.docx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