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宁夏医科大学2026年推免生招生复试录取工作方案</w:t>
      </w:r>
    </w:p>
    <w:p>
      <w:r>
        <w:t>发布时间：2025年9月25日</w:t>
      </w:r>
    </w:p>
    <w:p>
      <w:r>
        <w:t>来源URL：https://www.nxmu.edu.cn/yjsy/info/1011/3339.htm</w:t>
      </w:r>
    </w:p>
    <w:p>
      <w:r>
        <w:t>========================================</w:t>
      </w:r>
    </w:p>
    <w:p>
      <w:r>
        <w:t>﻿</w:t>
      </w:r>
    </w:p>
    <w:p>
      <w:r>
        <w:t>全文 标题 内容</w:t>
      </w:r>
    </w:p>
    <w:p>
      <w:r>
        <w:t>网站首页</w:t>
      </w:r>
    </w:p>
    <w:p>
      <w:r>
        <w:t>部门简介</w:t>
      </w:r>
    </w:p>
    <w:p>
      <w:r>
        <w:t>历史沿革</w:t>
      </w:r>
    </w:p>
    <w:p>
      <w:r>
        <w:t>机构设置</w:t>
      </w:r>
    </w:p>
    <w:p>
      <w:r>
        <w:t>党建工作</w:t>
      </w:r>
    </w:p>
    <w:p>
      <w:r>
        <w:t>理论知识</w:t>
      </w:r>
    </w:p>
    <w:p>
      <w:r>
        <w:t>三会一课</w:t>
      </w:r>
    </w:p>
    <w:p>
      <w:r>
        <w:t>研究生思政教育平台</w:t>
      </w:r>
    </w:p>
    <w:p>
      <w:r>
        <w:t>招生工作</w:t>
      </w:r>
    </w:p>
    <w:p>
      <w:r>
        <w:t>博士生招生</w:t>
      </w:r>
    </w:p>
    <w:p>
      <w:r>
        <w:t>硕士生招生</w:t>
      </w:r>
    </w:p>
    <w:p>
      <w:r>
        <w:t>推免生工作</w:t>
      </w:r>
    </w:p>
    <w:p>
      <w:r>
        <w:t>博士生招生管理系统</w:t>
      </w:r>
    </w:p>
    <w:p>
      <w:r>
        <w:t>硕士生招生管理系统</w:t>
      </w:r>
    </w:p>
    <w:p>
      <w:r>
        <w:t>培养工作</w:t>
      </w:r>
    </w:p>
    <w:p>
      <w:r>
        <w:t>博士生培养</w:t>
      </w:r>
    </w:p>
    <w:p>
      <w:r>
        <w:t>硕士生培养</w:t>
      </w:r>
    </w:p>
    <w:p>
      <w:r>
        <w:t>留学生培养</w:t>
      </w:r>
    </w:p>
    <w:p>
      <w:r>
        <w:t>同等学力生培养</w:t>
      </w:r>
    </w:p>
    <w:p>
      <w:r>
        <w:t>交流访学</w:t>
      </w:r>
    </w:p>
    <w:p>
      <w:r>
        <w:t>教学督导</w:t>
      </w:r>
    </w:p>
    <w:p>
      <w:r>
        <w:t>学位工作</w:t>
      </w:r>
    </w:p>
    <w:p>
      <w:r>
        <w:t>学位授权点</w:t>
      </w:r>
    </w:p>
    <w:p>
      <w:r>
        <w:t>学位申请程序</w:t>
      </w:r>
    </w:p>
    <w:p>
      <w:r>
        <w:t>答辩公告</w:t>
      </w:r>
    </w:p>
    <w:p>
      <w:r>
        <w:t>期刊目录</w:t>
      </w:r>
    </w:p>
    <w:p>
      <w:r>
        <w:t>研究生管理</w:t>
      </w:r>
    </w:p>
    <w:p>
      <w:r>
        <w:t>校园文化</w:t>
      </w:r>
    </w:p>
    <w:p>
      <w:r>
        <w:t>奖助评优</w:t>
      </w:r>
    </w:p>
    <w:p>
      <w:r>
        <w:t>日常管理</w:t>
      </w:r>
    </w:p>
    <w:p>
      <w:r>
        <w:t>导师管理</w:t>
      </w:r>
    </w:p>
    <w:p>
      <w:r>
        <w:t>导师遴选</w:t>
      </w:r>
    </w:p>
    <w:p>
      <w:r>
        <w:t>导师培训</w:t>
      </w:r>
    </w:p>
    <w:p>
      <w:r>
        <w:t>导师考核</w:t>
      </w:r>
    </w:p>
    <w:p>
      <w:r>
        <w:t>管理制度</w:t>
      </w:r>
    </w:p>
    <w:p>
      <w:r>
        <w:t>国家政策</w:t>
      </w:r>
    </w:p>
    <w:p>
      <w:r>
        <w:t>招生工作</w:t>
      </w:r>
    </w:p>
    <w:p>
      <w:r>
        <w:t>培养工作</w:t>
      </w:r>
    </w:p>
    <w:p>
      <w:r>
        <w:t>学位工作</w:t>
      </w:r>
    </w:p>
    <w:p>
      <w:r>
        <w:t>学生管理</w:t>
      </w:r>
    </w:p>
    <w:p>
      <w:r>
        <w:t>同等学力</w:t>
      </w:r>
    </w:p>
    <w:p>
      <w:r>
        <w:t>宁夏医科大学2026年推免生招生复试录取工作方案</w:t>
      </w:r>
    </w:p>
    <w:p>
      <w:r>
        <w:t>来源：</w:t>
      </w:r>
    </w:p>
    <w:p>
      <w:r>
        <w:t>作者： 点击数： 日期：2025-09-25 字体：【大 中 小】</w:t>
      </w:r>
    </w:p>
    <w:p>
      <w:r>
        <w:t>【关闭窗口】 【返回顶部】 【打印文章】</w:t>
      </w:r>
    </w:p>
    <w:p>
      <w:r>
        <w:t>版权所有：宁夏医科大学研究生院</w:t>
      </w:r>
    </w:p>
    <w:p>
      <w:r>
        <w:t>地址：宁夏回族自治区银川市兴庆区胜利街1160号 邮编：750004</w:t>
      </w:r>
    </w:p>
    <w:p>
      <w:r>
        <w:t>电话：400-6600222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