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辽宁中医药大学推荐优秀应届本科毕业生免试攻读研究生工作管理办法-辽宁中医药大学教务处（继续教育处）</w:t>
      </w:r>
    </w:p>
    <w:p>
      <w:r>
        <w:t>发布时间：2025年4月1日</w:t>
      </w:r>
    </w:p>
    <w:p>
      <w:r>
        <w:t>来源URL：https://jwc.lnutcm.edu.cn/info/1033/1141.htm</w:t>
      </w:r>
    </w:p>
    <w:p>
      <w:r>
        <w:t>========================================</w:t>
      </w:r>
    </w:p>
    <w:p>
      <w:r>
        <w:t>﻿</w:t>
      </w:r>
    </w:p>
    <w:p>
      <w:r>
        <w:t>学校首页</w:t>
      </w:r>
    </w:p>
    <w:p>
      <w:r>
        <w:t>首页</w:t>
      </w:r>
    </w:p>
    <w:p>
      <w:r>
        <w:t>机构设置</w:t>
      </w:r>
    </w:p>
    <w:p>
      <w:r>
        <w:t>部门概况</w:t>
      </w:r>
    </w:p>
    <w:p>
      <w:r>
        <w:t>综合管理科</w:t>
      </w:r>
    </w:p>
    <w:p>
      <w:r>
        <w:t>教务科</w:t>
      </w:r>
    </w:p>
    <w:p>
      <w:r>
        <w:t>考务科</w:t>
      </w:r>
    </w:p>
    <w:p>
      <w:r>
        <w:t>实践教学科</w:t>
      </w:r>
    </w:p>
    <w:p>
      <w:r>
        <w:t>教材科</w:t>
      </w:r>
    </w:p>
    <w:p>
      <w:r>
        <w:t>规章制度</w:t>
      </w:r>
    </w:p>
    <w:p>
      <w:r>
        <w:t>办事指南</w:t>
      </w:r>
    </w:p>
    <w:p>
      <w:r>
        <w:t>下载专区</w:t>
      </w:r>
    </w:p>
    <w:p>
      <w:r>
        <w:t>教学名师</w:t>
      </w:r>
    </w:p>
    <w:p>
      <w:r>
        <w:t>信息公开</w:t>
      </w:r>
    </w:p>
    <w:p>
      <w:r>
        <w:t>学校首页</w:t>
      </w:r>
    </w:p>
    <w:p>
      <w:r>
        <w:t>首页</w:t>
      </w:r>
    </w:p>
    <w:p>
      <w:r>
        <w:t>教务动态</w:t>
      </w:r>
    </w:p>
    <w:p>
      <w:r>
        <w:t>通知公告</w:t>
      </w:r>
    </w:p>
    <w:p>
      <w:r>
        <w:t>党建引领</w:t>
      </w:r>
    </w:p>
    <w:p>
      <w:r>
        <w:t>基层动态</w:t>
      </w:r>
    </w:p>
    <w:p>
      <w:r>
        <w:t>机构设置</w:t>
      </w:r>
    </w:p>
    <w:p>
      <w:r>
        <w:t>部门概况</w:t>
      </w:r>
    </w:p>
    <w:p>
      <w:r>
        <w:t>综合管理科</w:t>
      </w:r>
    </w:p>
    <w:p>
      <w:r>
        <w:t>教务科</w:t>
      </w:r>
    </w:p>
    <w:p>
      <w:r>
        <w:t>考务科</w:t>
      </w:r>
    </w:p>
    <w:p>
      <w:r>
        <w:t>实践教学科</w:t>
      </w:r>
    </w:p>
    <w:p>
      <w:r>
        <w:t>教材科</w:t>
      </w:r>
    </w:p>
    <w:p>
      <w:r>
        <w:t>规章制度</w:t>
      </w:r>
    </w:p>
    <w:p>
      <w:r>
        <w:t>办事指南</w:t>
      </w:r>
    </w:p>
    <w:p>
      <w:r>
        <w:t>下载专区</w:t>
      </w:r>
    </w:p>
    <w:p>
      <w:r>
        <w:t>教学名师</w:t>
      </w:r>
    </w:p>
    <w:p>
      <w:r>
        <w:t>信息公开</w:t>
      </w:r>
    </w:p>
    <w:p>
      <w:r>
        <w:t>规章制度</w:t>
      </w:r>
    </w:p>
    <w:p>
      <w:r>
        <w:t>规章制度</w:t>
      </w:r>
    </w:p>
    <w:p>
      <w:r>
        <w:t>当前位置：</w:t>
      </w:r>
    </w:p>
    <w:p>
      <w:r>
        <w:t>首页</w:t>
      </w:r>
    </w:p>
    <w:p>
      <w:r>
        <w:t>-&gt;</w:t>
      </w:r>
    </w:p>
    <w:p>
      <w:r>
        <w:t>规章制度</w:t>
      </w:r>
    </w:p>
    <w:p>
      <w:r>
        <w:t>-&gt;</w:t>
      </w:r>
    </w:p>
    <w:p>
      <w:r>
        <w:t>正文</w:t>
      </w:r>
    </w:p>
    <w:p>
      <w:r>
        <w:t>辽宁中医药大学推荐优秀应届本科毕业生免试攻读研究生工作管理办法</w:t>
      </w:r>
    </w:p>
    <w:p>
      <w:r>
        <w:t>作者：教务处</w:t>
      </w:r>
    </w:p>
    <w:p>
      <w:r>
        <w:t>发布日期：2025-04-01</w:t>
      </w:r>
    </w:p>
    <w:p>
      <w:r>
        <w:t>版权所有：辽宁中医药大学教务处（继续教育处）</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