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2026年优秀应届本科毕业生免试攻读研究生名额分配方案</w:t>
      </w:r>
    </w:p>
    <w:p>
      <w:r>
        <w:t>发布时间：2025年9月9日</w:t>
      </w:r>
    </w:p>
    <w:p>
      <w:r>
        <w:t>来源URL：https://jwc.btbu.edu.cn/jwkw/yjstm/99752d56d95449a3b7e3d3279a8b75cf.htm</w:t>
      </w:r>
    </w:p>
    <w:p>
      <w:r>
        <w:t>========================================</w:t>
      </w:r>
    </w:p>
    <w:p>
      <w:r>
        <w:t>教学运行</w:t>
      </w:r>
    </w:p>
    <w:p>
      <w:r>
        <w:t>学籍管理</w:t>
      </w:r>
    </w:p>
    <w:p>
      <w:r>
        <w:t>选课管理</w:t>
      </w:r>
    </w:p>
    <w:p>
      <w:r>
        <w:t>排课管理</w:t>
      </w:r>
    </w:p>
    <w:p>
      <w:r>
        <w:t>考试管理</w:t>
      </w:r>
    </w:p>
    <w:p>
      <w:r>
        <w:t>成绩管理</w:t>
      </w:r>
    </w:p>
    <w:p>
      <w:r>
        <w:t>论文管理</w:t>
      </w:r>
    </w:p>
    <w:p>
      <w:r>
        <w:t>推免工作</w:t>
      </w:r>
    </w:p>
    <w:p>
      <w:r>
        <w:t>回校进修</w:t>
      </w:r>
    </w:p>
    <w:p>
      <w:r>
        <w:t>您所在的位置：首页 - 教学运行 - 推免工作</w:t>
      </w:r>
    </w:p>
    <w:p>
      <w:r>
        <w:t>推免工作</w:t>
      </w:r>
    </w:p>
    <w:p>
      <w:r>
        <w:t>2026年优秀应届本科毕业生免试攻读研究生名额分配方案</w:t>
      </w:r>
    </w:p>
    <w:p>
      <w:r>
        <w:t>来源：教务处| 日期：2025-09-09 |</w:t>
      </w:r>
    </w:p>
    <w:p>
      <w:r>
        <w:t>访问量：</w:t>
      </w:r>
    </w:p>
    <w:p>
      <w:r>
        <w:t>各教学单位：</w:t>
      </w:r>
    </w:p>
    <w:p>
      <w:r>
        <w:t>现将2026年优秀应届本科毕业生免试攻读研究生名额分配方案公布如下：</w:t>
      </w:r>
    </w:p>
    <w:p>
      <w:r>
        <w:t>教务处</w:t>
      </w:r>
    </w:p>
    <w:p>
      <w:r>
        <w:t>2025年9月9日</w:t>
      </w:r>
    </w:p>
    <w:p>
      <w:r>
        <w:t>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