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安徽财经大学2026年推荐优秀应届本科毕业生免试攻读硕士研究生名单公示</w:t>
      </w:r>
    </w:p>
    <w:p>
      <w:r>
        <w:t>发布时间：2025年9月13日</w:t>
      </w:r>
    </w:p>
    <w:p>
      <w:r>
        <w:t>来源URL：https://yz.aufe.edu.cn/2025/0913/c13923a238029/page.htm</w:t>
      </w:r>
    </w:p>
    <w:p>
      <w:r>
        <w:t>========================================</w:t>
      </w:r>
    </w:p>
    <w:p>
      <w:r>
        <w:t>安徽财经大学2026年推荐优秀应届本科毕业生免试攻读硕士研究生名单公示</w:t>
      </w:r>
    </w:p>
    <w:p>
      <w:r>
        <w:t>发布者：孙娜发布时间：2025-09-13浏览次数：36</w:t>
      </w:r>
    </w:p>
    <w:p>
      <w:r>
        <w:t>根据教育部有关文件精神，按照《安徽财经大学关于做好2026年推荐优秀应届本科毕业生免试攻读硕士学位研究生工作的通知》要求，本着公开、公平、公正的原则，经各学院组织评选，现将拟推荐名单予以公示。</w:t>
      </w:r>
    </w:p>
    <w:p>
      <w:r>
        <w:t>本名单自发布之日起公示7天，如有异议，请于公示期内向学校研究生招生办公室或纪委办公室反映。</w:t>
      </w:r>
    </w:p>
    <w:p>
      <w:r>
        <w:t>联系电话：研究生招生办公室3169051，校纪委办公室3171171。</w:t>
      </w:r>
    </w:p>
    <w:p>
      <w:r>
        <w:t>Copyright 2025 All Rights Reserved 版权所有：安徽财经大学研究生院</w:t>
      </w:r>
    </w:p>
    <w:p>
      <w:r>
        <w:t>地址：安徽省蚌埠市曹山路962号安徽财经大学龙湖东校区1号行政楼</w:t>
      </w:r>
    </w:p>
    <w:p>
      <w:r>
        <w:t>招生咨询：（0552）3169051 皖ICP备12011727号</w:t>
      </w:r>
    </w:p>
    <w:p>
      <w:r>
        <w:t>技术支持：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