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西北工业大学2026年研究生招生校园开放日期待你的加入！-研究生招生信息网</w:t>
      </w:r>
    </w:p>
    <w:p>
      <w:r>
        <w:t>发布时间：2026年6月25日</w:t>
      </w:r>
    </w:p>
    <w:p>
      <w:r>
        <w:t>来源URL：https://yzb.nwpu.edu.cn/info/1174/10458.htm</w:t>
      </w:r>
    </w:p>
    <w:p>
      <w:r>
        <w:t>========================================</w:t>
      </w:r>
    </w:p>
    <w:p>
      <w:r>
        <w:t>&gt;</w:t>
      </w:r>
    </w:p>
    <w:p>
      <w:r>
        <w:t>为持续拓展优秀研究生生源，提升我校拔尖创新型人才培养质量，为“总师”型人才培养打好优秀生源基础，我校2026年研究生招生校园开放日（以下简称开放日）即将拉开帷幕。</w:t>
      </w:r>
    </w:p>
    <w:p>
      <w:r>
        <w:t>欢迎有意报考我校的同学们</w:t>
      </w:r>
    </w:p>
    <w:p>
      <w:r>
        <w:t>申请参加</w:t>
      </w:r>
    </w:p>
    <w:p>
      <w:r>
        <w:t>让我们一起为国铸剑，逐梦苍穹！</w:t>
      </w:r>
    </w:p>
    <w:p>
      <w:r>
        <w:t>一、报名条件</w:t>
      </w:r>
    </w:p>
    <w:p>
      <w:r>
        <w:t>1.主要面向综合表现优异的 2027届本科生。</w:t>
      </w:r>
    </w:p>
    <w:p>
      <w:r>
        <w:t>2.遵纪守法，品行优良，无任何违法违纪受处分记录。</w:t>
      </w:r>
    </w:p>
    <w:p>
      <w:r>
        <w:t>3.身心健康，学风端正，具有较强的科研创新能力和学术实践能力，具有继续深造攻读研究生的愿望与潜质，对所报专业有浓厚的兴趣。</w:t>
      </w:r>
    </w:p>
    <w:p>
      <w:r>
        <w:t>4.学院要求的其他条件。</w:t>
      </w:r>
    </w:p>
    <w:p>
      <w:r>
        <w:t>二、时间安排</w:t>
      </w:r>
    </w:p>
    <w:p>
      <w:r>
        <w:t>报名时间：2026年6月25日——7月8日</w:t>
      </w:r>
    </w:p>
    <w:p>
      <w:r>
        <w:t>活动时间：2026年7月10日——7月12日</w:t>
      </w:r>
    </w:p>
    <w:p>
      <w:r>
        <w:t>具体时间由各招生单位自行确定。</w:t>
      </w:r>
    </w:p>
    <w:p>
      <w:r>
        <w:t>三、报名链接</w:t>
      </w:r>
    </w:p>
    <w:p>
      <w:r>
        <w:t>https://yjszs.nwpu.edu.cn/pp/#/summer-camp/master/declare/200875/index</w:t>
      </w:r>
    </w:p>
    <w:p>
      <w:r>
        <w:t>四、活动形式</w:t>
      </w:r>
    </w:p>
    <w:p>
      <w:r>
        <w:t>活动主要采取线下的方式开展，内容包括前沿学术论坛讲座、各学院招生宣介、导师面对面交流、重点实验室参观等。旨在引导学生全方位了解我校学科特色、科研平台、师资力量、就业趋势和校园文化氛围等。</w:t>
      </w:r>
    </w:p>
    <w:p>
      <w:r>
        <w:t>五、其他事项</w:t>
      </w:r>
    </w:p>
    <w:p>
      <w:r>
        <w:t>1.开放日不收取任何费用，入选后须全程参与各项活动。开放日活动食宿由学校统一安排。</w:t>
      </w:r>
    </w:p>
    <w:p>
      <w:r>
        <w:t>2.营员申请材料务必真实有效，如有不实、弄虚作假，学校将取消其营员资格。</w:t>
      </w:r>
    </w:p>
    <w:p>
      <w:r>
        <w:t>六、联系方式</w:t>
      </w:r>
    </w:p>
    <w:p>
      <w:r>
        <w:t>咨询电话：029-88493042</w:t>
      </w:r>
    </w:p>
    <w:p>
      <w:r>
        <w:t>官方微信：NWPU_YZB</w:t>
      </w:r>
    </w:p>
    <w:p>
      <w:r>
        <w:t>七、各招生单位活动安排（持续更新中）</w:t>
      </w:r>
    </w:p>
    <w:p>
      <w:r>
        <w:t>航空学院</w:t>
      </w:r>
    </w:p>
    <w:p>
      <w:r>
        <w:t>申请日期：6月25日至7月1日</w:t>
      </w:r>
    </w:p>
    <w:p>
      <w:r>
        <w:t>具体信息请访问以下网址：https://hangkong.nwpu.edu.cn/info/1357/53634.htm</w:t>
      </w:r>
    </w:p>
    <w:p>
      <w:r>
        <w:t>航天学院</w:t>
      </w:r>
    </w:p>
    <w:p>
      <w:r>
        <w:t>申请日期：6月25日9:00至7月7日24:00</w:t>
      </w:r>
    </w:p>
    <w:p>
      <w:r>
        <w:t>具体信息请访问以下网址：https://hangtian.nwpu.edu.cn/info/1808/47301.htm</w:t>
      </w:r>
    </w:p>
    <w:p>
      <w:r>
        <w:t>航海学院</w:t>
      </w:r>
    </w:p>
    <w:p>
      <w:r>
        <w:t>申请日期：6月25日12:00——7月5日24:00</w:t>
      </w:r>
    </w:p>
    <w:p>
      <w:r>
        <w:t>具体信息请访问以下网址：https://hanghai.nwpu.edu.cn/info/1548/26662.htm</w:t>
      </w:r>
    </w:p>
    <w:p>
      <w:r>
        <w:t>材料学院</w:t>
      </w:r>
    </w:p>
    <w:p>
      <w:r>
        <w:t>申请日期：6月26日9:00——7月2日21:00</w:t>
      </w:r>
    </w:p>
    <w:p>
      <w:r>
        <w:t>具体信息请访问以下网址：https://cailiao.nwpu.edu.cn/info/1145/57746.htm</w:t>
      </w:r>
    </w:p>
    <w:p>
      <w:r>
        <w:t>机电学院</w:t>
      </w:r>
    </w:p>
    <w:p>
      <w:r>
        <w:t>申请日期：6月25日12:00至7月2日12:00</w:t>
      </w:r>
    </w:p>
    <w:p>
      <w:r>
        <w:t>具体信息请访问以下网址：https://jidian.nwpu.edu.cn/info/1017/15739.htm</w:t>
      </w:r>
    </w:p>
    <w:p>
      <w:r>
        <w:t>力学与交通运载工程学院</w:t>
      </w:r>
    </w:p>
    <w:p>
      <w:r>
        <w:t>申请日期：6月25日至7月2日</w:t>
      </w:r>
    </w:p>
    <w:p>
      <w:r>
        <w:t>具体信息请访问以下网址：https://liuyuan.nwpu.edu.cn/info/1060/19034.htm</w:t>
      </w:r>
    </w:p>
    <w:p>
      <w:r>
        <w:t>动力与能源学院</w:t>
      </w:r>
    </w:p>
    <w:p>
      <w:r>
        <w:t>申请日期：6月25日至7月1日</w:t>
      </w:r>
    </w:p>
    <w:p>
      <w:r>
        <w:t>具体信息请访问以下网址：https://dongneng.nwpu.edu.cn/info/1172/21055.htm</w:t>
      </w:r>
    </w:p>
    <w:p>
      <w:r>
        <w:t>电子信息学院</w:t>
      </w:r>
    </w:p>
    <w:p>
      <w:r>
        <w:t>申请日期：6月25日至7月5日</w:t>
      </w:r>
    </w:p>
    <w:p>
      <w:r>
        <w:t>具体信息请访问以下网址：https://dianzi.nwpu.edu.cn/info/1507/44881.htm</w:t>
      </w:r>
    </w:p>
    <w:p>
      <w:r>
        <w:t>自动化学院</w:t>
      </w:r>
    </w:p>
    <w:p>
      <w:r>
        <w:t>申请日期：6月25日至7月7日</w:t>
      </w:r>
    </w:p>
    <w:p>
      <w:r>
        <w:t>具体信息请访问以下网址：https://zdhxy.nwpu.edu.cn/info/1040/35853.htm</w:t>
      </w:r>
    </w:p>
    <w:p>
      <w:r>
        <w:t>计算机学院</w:t>
      </w:r>
    </w:p>
    <w:p>
      <w:r>
        <w:t>申请日期：6月25日至7月2日12:00</w:t>
      </w:r>
    </w:p>
    <w:p>
      <w:r>
        <w:t>具体信息请访问以下网址：https://jsj.nwpu.edu.cn/info/1599/29795.htm</w:t>
      </w:r>
    </w:p>
    <w:p>
      <w:r>
        <w:t>数学与统计学院</w:t>
      </w:r>
    </w:p>
    <w:p>
      <w:r>
        <w:t>申请日期：6月25日至7月4日</w:t>
      </w:r>
    </w:p>
    <w:p>
      <w:r>
        <w:t>具体信息请访问以下网址：https://math.nwpu.edu.cn/info/1051/46197.htm</w:t>
      </w:r>
    </w:p>
    <w:p>
      <w:r>
        <w:t>物理科学与技术学院</w:t>
      </w:r>
    </w:p>
    <w:p>
      <w:r>
        <w:t>申请日期：6月25日至7月8日</w:t>
      </w:r>
    </w:p>
    <w:p>
      <w:r>
        <w:t>具体信息请访问以下网址：https://physics.nwpu.edu.cn/info/1051/14536.htm</w:t>
      </w:r>
    </w:p>
    <w:p>
      <w:r>
        <w:t>化学与化工学院</w:t>
      </w:r>
    </w:p>
    <w:p>
      <w:r>
        <w:t>申请日期：6月25日至7月5日</w:t>
      </w:r>
    </w:p>
    <w:p>
      <w:r>
        <w:t>具体信息请访问以下网址：https://huaxue.nwpu.edu.cn/info/1821/20841.htm</w:t>
      </w:r>
    </w:p>
    <w:p>
      <w:r>
        <w:t>管理学院</w:t>
      </w:r>
    </w:p>
    <w:p>
      <w:r>
        <w:t>申请日期：6月26日至7月5日</w:t>
      </w:r>
    </w:p>
    <w:p>
      <w:r>
        <w:t>具体信息请访问以下网址：https://som.nwpu.edu.cn/info/1013/87620.htm</w:t>
      </w:r>
    </w:p>
    <w:p>
      <w:r>
        <w:t>公共政策与管理学院</w:t>
      </w:r>
    </w:p>
    <w:p>
      <w:r>
        <w:t>申请日期：6月25日16:00——7月6日23:00</w:t>
      </w:r>
    </w:p>
    <w:p>
      <w:r>
        <w:t>具体信息请访问以下网址：https://sppa.nwpu.edu.cn/info/1145/26721.htm</w:t>
      </w:r>
    </w:p>
    <w:p>
      <w:r>
        <w:t>软件学院</w:t>
      </w:r>
    </w:p>
    <w:p>
      <w:r>
        <w:t>申请日期：6月25日—7月2日</w:t>
      </w:r>
    </w:p>
    <w:p>
      <w:r>
        <w:t>具体信息请访问以下网址：https://ruanjian.nwpu.edu.cn/info/1133/17166.htm</w:t>
      </w:r>
    </w:p>
    <w:p>
      <w:r>
        <w:t>生命科学与技术学院</w:t>
      </w:r>
    </w:p>
    <w:p>
      <w:r>
        <w:t>申请日期：6月25日14:00至7月5日21:00</w:t>
      </w:r>
    </w:p>
    <w:p>
      <w:r>
        <w:t>具体信息请访问以下网址：https://life.nwpu.edu.cn/info/1231/16171.htm</w:t>
      </w:r>
    </w:p>
    <w:p>
      <w:r>
        <w:t>外国语学院</w:t>
      </w:r>
    </w:p>
    <w:p>
      <w:r>
        <w:t>申请日期：6月25日17:00—7月8日18:00</w:t>
      </w:r>
    </w:p>
    <w:p>
      <w:r>
        <w:t>具体信息请访问以下网址：https://wgyxy.nwpu.edu.cn/info/1035/10788.htm</w:t>
      </w:r>
    </w:p>
    <w:p>
      <w:r>
        <w:t>马克思主义学院</w:t>
      </w:r>
    </w:p>
    <w:p>
      <w:r>
        <w:t>申请日期：6月25日-7月2日</w:t>
      </w:r>
    </w:p>
    <w:p>
      <w:r>
        <w:t>具体信息请访问以下网址：https://marx.nwpu.edu.cn/info/1010/58341.htm</w:t>
      </w:r>
    </w:p>
    <w:p>
      <w:r>
        <w:t>集成电路学院（微电子学院）</w:t>
      </w:r>
    </w:p>
    <w:p>
      <w:r>
        <w:t>申请日期：6月25日至7月8日</w:t>
      </w:r>
    </w:p>
    <w:p>
      <w:r>
        <w:t>具体信息请访问以下网址：https://weidianzi.nwpu.edu.cn/info/1138/18513.htm</w:t>
      </w:r>
    </w:p>
    <w:p>
      <w:r>
        <w:t>网络空间安全学院</w:t>
      </w:r>
    </w:p>
    <w:p>
      <w:r>
        <w:t>申请日期：6月25日至7月8日</w:t>
      </w:r>
    </w:p>
    <w:p>
      <w:r>
        <w:t>具体信息请访问以下网址：https://wlkjaqxy.nwpu.edu.cn/info/1103/19990.htm</w:t>
      </w:r>
    </w:p>
    <w:p>
      <w:r>
        <w:t>民航学院</w:t>
      </w:r>
    </w:p>
    <w:p>
      <w:r>
        <w:t>申请日期：6月25日至7月8日</w:t>
      </w:r>
    </w:p>
    <w:p>
      <w:r>
        <w:t>具体信息请访问以下网址：https://minhang.nwpu.edu.cn/info/1150/14063.htm</w:t>
      </w:r>
    </w:p>
    <w:p>
      <w:r>
        <w:t>无人系统技术研究院</w:t>
      </w:r>
    </w:p>
    <w:p>
      <w:r>
        <w:t>申请日期：6月25日至7月8日</w:t>
      </w:r>
    </w:p>
    <w:p>
      <w:r>
        <w:t>具体信息请访问以下网址：https://wurenxitong.nwpu.edu.cn/info/1108/13718.htm</w:t>
      </w:r>
    </w:p>
    <w:p>
      <w:r>
        <w:t>柔性电子研究院</w:t>
      </w:r>
    </w:p>
    <w:p>
      <w:r>
        <w:t>申请日期：6月25日至7月5日12:00</w:t>
      </w:r>
    </w:p>
    <w:p>
      <w:r>
        <w:t>具体信息请访问以下网址：https://ife.nwpu.edu.cn/info/1175/16645.htm</w:t>
      </w:r>
    </w:p>
    <w:p>
      <w:r>
        <w:t>光电与智能研究院</w:t>
      </w:r>
    </w:p>
    <w:p>
      <w:r>
        <w:t>申请日期：6月25日至7月8日</w:t>
      </w:r>
    </w:p>
    <w:p>
      <w:r>
        <w:t>具体信息请访问以下网址：https://iopen.nwpu.edu.cn/info/1028/9416.htm</w:t>
      </w:r>
    </w:p>
    <w:p>
      <w:r>
        <w:t>研究生招生办公室</w:t>
      </w:r>
    </w:p>
    <w:p>
      <w:r>
        <w:t>2026年6月25日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