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汕头大学研究生院</w:t>
      </w:r>
    </w:p>
    <w:p>
      <w:r>
        <w:t>发布时间：2025年10月21日</w:t>
      </w:r>
    </w:p>
    <w:p>
      <w:r>
        <w:t>来源URL：http://gs.stu.edu.cn/list/81/post/f9e2c7b7-11f9-445b-a162-f84be94e4662</w:t>
      </w:r>
    </w:p>
    <w:p>
      <w:r>
        <w:t>========================================</w:t>
      </w:r>
    </w:p>
    <w:p>
      <w:r>
        <w:t>学校主页</w:t>
      </w:r>
    </w:p>
    <w:p>
      <w:r>
        <w:t>院长信箱</w:t>
      </w:r>
    </w:p>
    <w:p>
      <w:r>
        <w:t>研究生院</w:t>
      </w:r>
    </w:p>
    <w:p>
      <w:r>
        <w:t>研究生院首页</w:t>
      </w:r>
    </w:p>
    <w:p>
      <w:r>
        <w:t>机构简介</w:t>
      </w:r>
    </w:p>
    <w:p>
      <w:r>
        <w:t>概况</w:t>
      </w:r>
    </w:p>
    <w:p>
      <w:r>
        <w:t>机构设置</w:t>
      </w:r>
    </w:p>
    <w:p>
      <w:r>
        <w:t>招生信息</w:t>
      </w:r>
    </w:p>
    <w:p>
      <w:r>
        <w:t>招生动态</w:t>
      </w:r>
    </w:p>
    <w:p>
      <w:r>
        <w:t>招生简章</w:t>
      </w:r>
    </w:p>
    <w:p>
      <w:r>
        <w:t>奖助学金</w:t>
      </w:r>
    </w:p>
    <w:p>
      <w:r>
        <w:t>报考咨询</w:t>
      </w:r>
    </w:p>
    <w:p>
      <w:r>
        <w:t>培养工作</w:t>
      </w:r>
    </w:p>
    <w:p>
      <w:r>
        <w:t>培养动态</w:t>
      </w:r>
    </w:p>
    <w:p>
      <w:r>
        <w:t>导师名录</w:t>
      </w:r>
    </w:p>
    <w:p>
      <w:r>
        <w:t>研究生院慕课平台</w:t>
      </w:r>
    </w:p>
    <w:p>
      <w:r>
        <w:t>电子成绩单打印平台</w:t>
      </w:r>
    </w:p>
    <w:p>
      <w:r>
        <w:t>科学导航地址</w:t>
      </w:r>
    </w:p>
    <w:p>
      <w:r>
        <w:t>AI通识课门户</w:t>
      </w:r>
    </w:p>
    <w:p>
      <w:r>
        <w:t>学位学科</w:t>
      </w:r>
    </w:p>
    <w:p>
      <w:r>
        <w:t>学位动态</w:t>
      </w:r>
    </w:p>
    <w:p>
      <w:r>
        <w:t>博士学位授权点</w:t>
      </w:r>
    </w:p>
    <w:p>
      <w:r>
        <w:t>学术硕士学位授权点</w:t>
      </w:r>
    </w:p>
    <w:p>
      <w:r>
        <w:t>专业硕士学位授权点</w:t>
      </w:r>
    </w:p>
    <w:p>
      <w:r>
        <w:t>重点学科</w:t>
      </w:r>
    </w:p>
    <w:p>
      <w:r>
        <w:t>答辩公告</w:t>
      </w:r>
    </w:p>
    <w:p>
      <w:r>
        <w:t>规章制度</w:t>
      </w:r>
    </w:p>
    <w:p>
      <w:r>
        <w:t>规划与文件</w:t>
      </w:r>
    </w:p>
    <w:p>
      <w:r>
        <w:t>招生</w:t>
      </w:r>
    </w:p>
    <w:p>
      <w:r>
        <w:t>培养</w:t>
      </w:r>
    </w:p>
    <w:p>
      <w:r>
        <w:t>学位学科</w:t>
      </w:r>
    </w:p>
    <w:p>
      <w:r>
        <w:t>研究生工作</w:t>
      </w:r>
    </w:p>
    <w:p>
      <w:r>
        <w:t>文档下载</w:t>
      </w:r>
    </w:p>
    <w:p>
      <w:r>
        <w:t>考生</w:t>
      </w:r>
    </w:p>
    <w:p>
      <w:r>
        <w:t>在校生</w:t>
      </w:r>
    </w:p>
    <w:p>
      <w:r>
        <w:t>教师</w:t>
      </w:r>
    </w:p>
    <w:p>
      <w:r>
        <w:t>同等学力(进修人员)</w:t>
      </w:r>
    </w:p>
    <w:p>
      <w:r>
        <w:t>学生工作</w:t>
      </w:r>
    </w:p>
    <w:p>
      <w:r>
        <w:t>通知公告</w:t>
      </w:r>
    </w:p>
    <w:p>
      <w:r>
        <w:t>党团工作</w:t>
      </w:r>
    </w:p>
    <w:p>
      <w:r>
        <w:t>科技立项</w:t>
      </w:r>
    </w:p>
    <w:p>
      <w:r>
        <w:t>学生活动</w:t>
      </w:r>
    </w:p>
    <w:p>
      <w:r>
        <w:t>办事指南</w:t>
      </w:r>
    </w:p>
    <w:p>
      <w:r>
        <w:t>首页</w:t>
      </w:r>
    </w:p>
    <w:p>
      <w:r>
        <w:t>机构简介</w:t>
      </w:r>
    </w:p>
    <w:p>
      <w:r>
        <w:t>概况</w:t>
      </w:r>
    </w:p>
    <w:p>
      <w:r>
        <w:t>机构设置</w:t>
      </w:r>
    </w:p>
    <w:p>
      <w:r>
        <w:t>招生信息</w:t>
      </w:r>
    </w:p>
    <w:p>
      <w:r>
        <w:t>招生动态</w:t>
      </w:r>
    </w:p>
    <w:p>
      <w:r>
        <w:t>招生简章</w:t>
      </w:r>
    </w:p>
    <w:p>
      <w:r>
        <w:t>奖助学金</w:t>
      </w:r>
    </w:p>
    <w:p>
      <w:r>
        <w:t>报考咨询</w:t>
      </w:r>
    </w:p>
    <w:p>
      <w:r>
        <w:t>培养工作</w:t>
      </w:r>
    </w:p>
    <w:p>
      <w:r>
        <w:t>培养动态</w:t>
      </w:r>
    </w:p>
    <w:p>
      <w:r>
        <w:t>导师名录</w:t>
      </w:r>
    </w:p>
    <w:p>
      <w:r>
        <w:t>研究生院慕课平台</w:t>
      </w:r>
    </w:p>
    <w:p>
      <w:r>
        <w:t>电子成绩单打印平台</w:t>
      </w:r>
    </w:p>
    <w:p>
      <w:r>
        <w:t>科学导航地址</w:t>
      </w:r>
    </w:p>
    <w:p>
      <w:r>
        <w:t>AI通识课门户</w:t>
      </w:r>
    </w:p>
    <w:p>
      <w:r>
        <w:t>学位学科</w:t>
      </w:r>
    </w:p>
    <w:p>
      <w:r>
        <w:t>学位动态</w:t>
      </w:r>
    </w:p>
    <w:p>
      <w:r>
        <w:t>博士学位授权点</w:t>
      </w:r>
    </w:p>
    <w:p>
      <w:r>
        <w:t>学术硕士学位授权点</w:t>
      </w:r>
    </w:p>
    <w:p>
      <w:r>
        <w:t>专业硕士学位授权点</w:t>
      </w:r>
    </w:p>
    <w:p>
      <w:r>
        <w:t>重点学科</w:t>
      </w:r>
    </w:p>
    <w:p>
      <w:r>
        <w:t>答辩公告</w:t>
      </w:r>
    </w:p>
    <w:p>
      <w:r>
        <w:t>规章制度</w:t>
      </w:r>
    </w:p>
    <w:p>
      <w:r>
        <w:t>规划与文件</w:t>
      </w:r>
    </w:p>
    <w:p>
      <w:r>
        <w:t>招生</w:t>
      </w:r>
    </w:p>
    <w:p>
      <w:r>
        <w:t>培养</w:t>
      </w:r>
    </w:p>
    <w:p>
      <w:r>
        <w:t>学位学科</w:t>
      </w:r>
    </w:p>
    <w:p>
      <w:r>
        <w:t>研究生工作</w:t>
      </w:r>
    </w:p>
    <w:p>
      <w:r>
        <w:t>文档下载</w:t>
      </w:r>
    </w:p>
    <w:p>
      <w:r>
        <w:t>考生</w:t>
      </w:r>
    </w:p>
    <w:p>
      <w:r>
        <w:t>在校生</w:t>
      </w:r>
    </w:p>
    <w:p>
      <w:r>
        <w:t>教师</w:t>
      </w:r>
    </w:p>
    <w:p>
      <w:r>
        <w:t>同等学力(进修人员)</w:t>
      </w:r>
    </w:p>
    <w:p>
      <w:r>
        <w:t>学生工作</w:t>
      </w:r>
    </w:p>
    <w:p>
      <w:r>
        <w:t>通知公告</w:t>
      </w:r>
    </w:p>
    <w:p>
      <w:r>
        <w:t>党团工作</w:t>
      </w:r>
    </w:p>
    <w:p>
      <w:r>
        <w:t>科技立项</w:t>
      </w:r>
    </w:p>
    <w:p>
      <w:r>
        <w:t>学生活动</w:t>
      </w:r>
    </w:p>
    <w:p>
      <w:r>
        <w:t>办事指南</w:t>
      </w:r>
    </w:p>
    <w:p>
      <w:r>
        <w:t>首页</w:t>
      </w:r>
    </w:p>
    <w:p>
      <w:r>
        <w:t>校内动态</w:t>
      </w:r>
    </w:p>
    <w:p>
      <w:r>
        <w:t>综合新闻</w:t>
      </w:r>
    </w:p>
    <w:p>
      <w:r>
        <w:t>通知公告</w:t>
      </w:r>
    </w:p>
    <w:p>
      <w:r>
        <w:t>办事指南</w:t>
      </w:r>
    </w:p>
    <w:p>
      <w:r>
        <w:t>2026级新生专栏</w:t>
      </w:r>
    </w:p>
    <w:p>
      <w:r>
        <w:t>通知公告</w:t>
      </w:r>
    </w:p>
    <w:p>
      <w:r>
        <w:t>首页 /</w:t>
      </w:r>
    </w:p>
    <w:p>
      <w:r>
        <w:t>首页 /</w:t>
      </w:r>
    </w:p>
    <w:p>
      <w:r>
        <w:t>通知公告</w:t>
      </w:r>
    </w:p>
    <w:p>
      <w:r>
        <w:t>汕头大学2026年接收推荐免试攻读硕士学位研究生拟录取名单公示通知</w:t>
      </w:r>
    </w:p>
    <w:p>
      <w:r>
        <w:t>发布时间：2025-10-21</w:t>
      </w:r>
    </w:p>
    <w:p>
      <w:r>
        <w:t>根据教育部相关规定和《汕头大学2026年接收推荐免试攻读研究生章程 （含直博生）》，学校按选拔考核程序对报考我校的推免生进行了复试考核，拟录取张琬谊等18名同学为2026年免试攻读硕士学位研究生，录取具体名单如下，现予以公示。公示时间从2025年10月21日至10月27日。</w:t>
      </w:r>
    </w:p>
    <w:p>
      <w:r>
        <w:t>有不同意见的单位或个人，可在2025年10月27日17:00前以书面形式向研究生院（行西403）反映（单位反映情况的请加盖公章、个人反映情况请签署真实姓名以示负责），联系电话： 0754-86502424，邮箱：o_yzb@stu.edu.cn。</w:t>
      </w:r>
    </w:p>
    <w:p>
      <w:r>
        <w:t>序号</w:t>
      </w:r>
    </w:p>
    <w:p>
      <w:r>
        <w:t>考生姓名</w:t>
      </w:r>
    </w:p>
    <w:p>
      <w:r>
        <w:t>性别</w:t>
      </w:r>
    </w:p>
    <w:p>
      <w:r>
        <w:t>复试成绩（百分制）</w:t>
      </w:r>
    </w:p>
    <w:p>
      <w:r>
        <w:t>拟录取专业代码</w:t>
      </w:r>
    </w:p>
    <w:p>
      <w:r>
        <w:t>拟录取专业名称</w:t>
      </w:r>
    </w:p>
    <w:p>
      <w:r>
        <w:t>院系所</w:t>
      </w:r>
    </w:p>
    <w:p>
      <w:r>
        <w:t>导师</w:t>
      </w:r>
    </w:p>
    <w:p>
      <w:r>
        <w:t>1</w:t>
      </w:r>
    </w:p>
    <w:p>
      <w:r>
        <w:t>张琬谊</w:t>
      </w:r>
    </w:p>
    <w:p>
      <w:r>
        <w:t>女</w:t>
      </w:r>
    </w:p>
    <w:p>
      <w:r>
        <w:t>93</w:t>
      </w:r>
    </w:p>
    <w:p>
      <w:r>
        <w:t>140300</w:t>
      </w:r>
    </w:p>
    <w:p>
      <w:r>
        <w:t>设计学</w:t>
      </w:r>
    </w:p>
    <w:p>
      <w:r>
        <w:t>长江艺术与设计学院</w:t>
      </w:r>
    </w:p>
    <w:p>
      <w:r>
        <w:t>不区分导师</w:t>
      </w:r>
    </w:p>
    <w:p>
      <w:r>
        <w:t>2</w:t>
      </w:r>
    </w:p>
    <w:p>
      <w:r>
        <w:t>尹雪婷</w:t>
      </w:r>
    </w:p>
    <w:p>
      <w:r>
        <w:t>女</w:t>
      </w:r>
    </w:p>
    <w:p>
      <w:r>
        <w:t>93</w:t>
      </w:r>
    </w:p>
    <w:p>
      <w:r>
        <w:t>140300</w:t>
      </w:r>
    </w:p>
    <w:p>
      <w:r>
        <w:t>设计学</w:t>
      </w:r>
    </w:p>
    <w:p>
      <w:r>
        <w:t>长江艺术与设计学院</w:t>
      </w:r>
    </w:p>
    <w:p>
      <w:r>
        <w:t>不区分导师</w:t>
      </w:r>
    </w:p>
    <w:p>
      <w:r>
        <w:t>3</w:t>
      </w:r>
    </w:p>
    <w:p>
      <w:r>
        <w:t>陈僮</w:t>
      </w:r>
    </w:p>
    <w:p>
      <w:r>
        <w:t>女</w:t>
      </w:r>
    </w:p>
    <w:p>
      <w:r>
        <w:t>91</w:t>
      </w:r>
    </w:p>
    <w:p>
      <w:r>
        <w:t>135600</w:t>
      </w:r>
    </w:p>
    <w:p>
      <w:r>
        <w:t>美术与书法</w:t>
      </w:r>
    </w:p>
    <w:p>
      <w:r>
        <w:t>长江艺术与设计学院</w:t>
      </w:r>
    </w:p>
    <w:p>
      <w:r>
        <w:t>不区分导师</w:t>
      </w:r>
    </w:p>
    <w:p>
      <w:r>
        <w:t>4</w:t>
      </w:r>
    </w:p>
    <w:p>
      <w:r>
        <w:t>王静仪</w:t>
      </w:r>
    </w:p>
    <w:p>
      <w:r>
        <w:t>女</w:t>
      </w:r>
    </w:p>
    <w:p>
      <w:r>
        <w:t>93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5</w:t>
      </w:r>
    </w:p>
    <w:p>
      <w:r>
        <w:t>陈彦彤</w:t>
      </w:r>
    </w:p>
    <w:p>
      <w:r>
        <w:t>女</w:t>
      </w:r>
    </w:p>
    <w:p>
      <w:r>
        <w:t>93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6</w:t>
      </w:r>
    </w:p>
    <w:p>
      <w:r>
        <w:t>陈明</w:t>
      </w:r>
    </w:p>
    <w:p>
      <w:r>
        <w:t>男</w:t>
      </w:r>
    </w:p>
    <w:p>
      <w:r>
        <w:t>92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7</w:t>
      </w:r>
    </w:p>
    <w:p>
      <w:r>
        <w:t>陈佳纯</w:t>
      </w:r>
    </w:p>
    <w:p>
      <w:r>
        <w:t>女</w:t>
      </w:r>
    </w:p>
    <w:p>
      <w:r>
        <w:t>92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8</w:t>
      </w:r>
    </w:p>
    <w:p>
      <w:r>
        <w:t>丁辰瑄</w:t>
      </w:r>
    </w:p>
    <w:p>
      <w:r>
        <w:t>女</w:t>
      </w:r>
    </w:p>
    <w:p>
      <w:r>
        <w:t>92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9</w:t>
      </w:r>
    </w:p>
    <w:p>
      <w:r>
        <w:t>商铭霞</w:t>
      </w:r>
    </w:p>
    <w:p>
      <w:r>
        <w:t>女</w:t>
      </w:r>
    </w:p>
    <w:p>
      <w:r>
        <w:t>92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10</w:t>
      </w:r>
    </w:p>
    <w:p>
      <w:r>
        <w:t>李子茵</w:t>
      </w:r>
    </w:p>
    <w:p>
      <w:r>
        <w:t>女</w:t>
      </w:r>
    </w:p>
    <w:p>
      <w:r>
        <w:t>91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11</w:t>
      </w:r>
    </w:p>
    <w:p>
      <w:r>
        <w:t>梁熙童</w:t>
      </w:r>
    </w:p>
    <w:p>
      <w:r>
        <w:t>女</w:t>
      </w:r>
    </w:p>
    <w:p>
      <w:r>
        <w:t>91</w:t>
      </w:r>
    </w:p>
    <w:p>
      <w:r>
        <w:t>135700</w:t>
      </w:r>
    </w:p>
    <w:p>
      <w:r>
        <w:t>设计</w:t>
      </w:r>
    </w:p>
    <w:p>
      <w:r>
        <w:t>长江艺术与设计学院</w:t>
      </w:r>
    </w:p>
    <w:p>
      <w:r>
        <w:t>不区分导师</w:t>
      </w:r>
    </w:p>
    <w:p>
      <w:r>
        <w:t>12</w:t>
      </w:r>
    </w:p>
    <w:p>
      <w:r>
        <w:t>陈红星</w:t>
      </w:r>
    </w:p>
    <w:p>
      <w:r>
        <w:t>男</w:t>
      </w:r>
    </w:p>
    <w:p>
      <w:r>
        <w:t>94.75</w:t>
      </w:r>
    </w:p>
    <w:p>
      <w:r>
        <w:t>105101</w:t>
      </w:r>
    </w:p>
    <w:p>
      <w:r>
        <w:t>内科学</w:t>
      </w:r>
    </w:p>
    <w:p>
      <w:r>
        <w:t>医学院</w:t>
      </w:r>
    </w:p>
    <w:p>
      <w:r>
        <w:t>导师组</w:t>
      </w:r>
    </w:p>
    <w:p>
      <w:r>
        <w:t>13</w:t>
      </w:r>
    </w:p>
    <w:p>
      <w:r>
        <w:t>郑楚炜</w:t>
      </w:r>
    </w:p>
    <w:p>
      <w:r>
        <w:t>男</w:t>
      </w:r>
    </w:p>
    <w:p>
      <w:r>
        <w:t>90.84</w:t>
      </w:r>
    </w:p>
    <w:p>
      <w:r>
        <w:t>105101</w:t>
      </w:r>
    </w:p>
    <w:p>
      <w:r>
        <w:t>内科学</w:t>
      </w:r>
    </w:p>
    <w:p>
      <w:r>
        <w:t>医学院</w:t>
      </w:r>
    </w:p>
    <w:p>
      <w:r>
        <w:t>导师组</w:t>
      </w:r>
    </w:p>
    <w:p>
      <w:r>
        <w:t>14</w:t>
      </w:r>
    </w:p>
    <w:p>
      <w:r>
        <w:t>许焯楷</w:t>
      </w:r>
    </w:p>
    <w:p>
      <w:r>
        <w:t>男</w:t>
      </w:r>
    </w:p>
    <w:p>
      <w:r>
        <w:t>83.36</w:t>
      </w:r>
    </w:p>
    <w:p>
      <w:r>
        <w:t>105101</w:t>
      </w:r>
    </w:p>
    <w:p>
      <w:r>
        <w:t>内科学</w:t>
      </w:r>
    </w:p>
    <w:p>
      <w:r>
        <w:t>医学院</w:t>
      </w:r>
    </w:p>
    <w:p>
      <w:r>
        <w:t>导师组</w:t>
      </w:r>
    </w:p>
    <w:p>
      <w:r>
        <w:t>15</w:t>
      </w:r>
    </w:p>
    <w:p>
      <w:r>
        <w:t>吴浚</w:t>
      </w:r>
    </w:p>
    <w:p>
      <w:r>
        <w:t>男</w:t>
      </w:r>
    </w:p>
    <w:p>
      <w:r>
        <w:t>84.86</w:t>
      </w:r>
    </w:p>
    <w:p>
      <w:r>
        <w:t>105116</w:t>
      </w:r>
    </w:p>
    <w:p>
      <w:r>
        <w:t>眼科学</w:t>
      </w:r>
    </w:p>
    <w:p>
      <w:r>
        <w:t>医学院</w:t>
      </w:r>
    </w:p>
    <w:p>
      <w:r>
        <w:t>导师组</w:t>
      </w:r>
    </w:p>
    <w:p>
      <w:r>
        <w:t>16</w:t>
      </w:r>
    </w:p>
    <w:p>
      <w:r>
        <w:t>黎颖雪</w:t>
      </w:r>
    </w:p>
    <w:p>
      <w:r>
        <w:t>女</w:t>
      </w:r>
    </w:p>
    <w:p>
      <w:r>
        <w:t>88.12</w:t>
      </w:r>
    </w:p>
    <w:p>
      <w:r>
        <w:t>105400</w:t>
      </w:r>
    </w:p>
    <w:p>
      <w:r>
        <w:t>护理</w:t>
      </w:r>
    </w:p>
    <w:p>
      <w:r>
        <w:t>医学院</w:t>
      </w:r>
    </w:p>
    <w:p>
      <w:r>
        <w:t>导师组</w:t>
      </w:r>
    </w:p>
    <w:p>
      <w:r>
        <w:t>17</w:t>
      </w:r>
    </w:p>
    <w:p>
      <w:r>
        <w:t>冯益权</w:t>
      </w:r>
    </w:p>
    <w:p>
      <w:r>
        <w:t>男</w:t>
      </w:r>
    </w:p>
    <w:p>
      <w:r>
        <w:t>86.2</w:t>
      </w:r>
    </w:p>
    <w:p>
      <w:r>
        <w:t>105400</w:t>
      </w:r>
    </w:p>
    <w:p>
      <w:r>
        <w:t>护理</w:t>
      </w:r>
    </w:p>
    <w:p>
      <w:r>
        <w:t>医学院</w:t>
      </w:r>
    </w:p>
    <w:p>
      <w:r>
        <w:t>导师组</w:t>
      </w:r>
    </w:p>
    <w:p>
      <w:r>
        <w:t>18</w:t>
      </w:r>
    </w:p>
    <w:p>
      <w:r>
        <w:t>孙佚涵</w:t>
      </w:r>
    </w:p>
    <w:p>
      <w:r>
        <w:t>男</w:t>
      </w:r>
    </w:p>
    <w:p>
      <w:r>
        <w:t>82.2</w:t>
      </w:r>
    </w:p>
    <w:p>
      <w:r>
        <w:t>035102</w:t>
      </w:r>
    </w:p>
    <w:p>
      <w:r>
        <w:t>法律（法学）</w:t>
      </w:r>
    </w:p>
    <w:p>
      <w:r>
        <w:t>法学院</w:t>
      </w:r>
    </w:p>
    <w:p>
      <w:r>
        <w:t>不区分导师</w:t>
      </w:r>
    </w:p>
    <w:p>
      <w:r>
        <w:t>汕头大学研究生院</w:t>
      </w:r>
    </w:p>
    <w:p>
      <w:r>
        <w:t>2025年10月21日</w:t>
      </w:r>
    </w:p>
    <w:p>
      <w:r>
        <w:t>研究生招生办公室</w:t>
      </w:r>
    </w:p>
    <w:p>
      <w:r>
        <w:t>0754-86502424</w:t>
      </w:r>
    </w:p>
    <w:p>
      <w:r>
        <w:t>o_yzb@stu.edu.cn</w:t>
      </w:r>
    </w:p>
    <w:p>
      <w:r>
        <w:t>培养中心</w:t>
      </w:r>
    </w:p>
    <w:p>
      <w:r>
        <w:t>0754-86504743</w:t>
      </w:r>
    </w:p>
    <w:p>
      <w:r>
        <w:t>o_pyb@stu.edu.cn</w:t>
      </w:r>
    </w:p>
    <w:p>
      <w:r>
        <w:t>研究生事务中心</w:t>
      </w:r>
    </w:p>
    <w:p>
      <w:r>
        <w:t>0754-86504000</w:t>
      </w:r>
    </w:p>
    <w:p>
      <w:r>
        <w:t>o_yjsgzb@stu.edu.cn</w:t>
      </w:r>
    </w:p>
    <w:p>
      <w:r>
        <w:t>学位与评估办公室</w:t>
      </w:r>
    </w:p>
    <w:p>
      <w:r>
        <w:t>0754-86504745</w:t>
      </w:r>
    </w:p>
    <w:p>
      <w:r>
        <w:t>xwb@stu.edu.cn</w:t>
      </w:r>
    </w:p>
    <w:p>
      <w:r>
        <w:t>综合办公室</w:t>
      </w:r>
    </w:p>
    <w:p>
      <w:r>
        <w:t>0754-86503637</w:t>
      </w:r>
    </w:p>
    <w:p>
      <w:r>
        <w:t>o_yjsxy@stu.edu.cn</w:t>
      </w:r>
    </w:p>
    <w:p>
      <w:r>
        <w:t>联系地址：广东省汕头市大学路243号汕头大学研究生院（515063）| 传真：(86)0754-82903637</w:t>
      </w:r>
    </w:p>
    <w:p>
      <w:r>
        <w:t>© 2025 汕头大学研究生院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