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南方医科大学2026年接收推荐免试研究生（含直博生）预报名通知</w:t>
      </w:r>
    </w:p>
    <w:p>
      <w:r>
        <w:t>发布时间：2025年9月4日</w:t>
      </w:r>
    </w:p>
    <w:p>
      <w:r>
        <w:t>来源URL：https://portal.smu.edu.cn/yzw/info/1002/11671.htm</w:t>
      </w:r>
    </w:p>
    <w:p>
      <w:r>
        <w:t>========================================</w:t>
      </w:r>
    </w:p>
    <w:p>
      <w:r>
        <w:t>&gt;</w:t>
      </w:r>
    </w:p>
    <w:p>
      <w:r>
        <w:t>为做好我校接收优秀应届本科毕业生免试攻读研究生（含直博生）工作，我校将于9月中上旬开展预报名工作。现将具体事宜公告如下：</w:t>
      </w:r>
    </w:p>
    <w:p>
      <w:r>
        <w:t>一、申请条件</w:t>
      </w:r>
    </w:p>
    <w:p>
      <w:r>
        <w:t>（一）拥护中国共产党，品德良好，遵纪守法。</w:t>
      </w:r>
    </w:p>
    <w:p>
      <w:r>
        <w:t>（二）2026年全国高校优秀应届本科生，获得所在学校的推荐免试生资格，推荐手续完备，材料齐全。</w:t>
      </w:r>
    </w:p>
    <w:p>
      <w:r>
        <w:t>（三）在校期间各方面表现良好，综合素质较高，学习成绩优秀，具备较好的科研素养和学术潜质。</w:t>
      </w:r>
    </w:p>
    <w:p>
      <w:r>
        <w:t>（四）身心健康，符合国家和我校规定的体检标准。</w:t>
      </w:r>
    </w:p>
    <w:p>
      <w:r>
        <w:t>（五）入学前须本科毕业并获得学士学位。</w:t>
      </w:r>
    </w:p>
    <w:p>
      <w:r>
        <w:t>（六）经全国推荐优秀应届本科毕业生免试攻读研究生信息公开暨管理服务系统（以下简称 推免服务系统）备案。</w:t>
      </w:r>
    </w:p>
    <w:p>
      <w:r>
        <w:t>（七）部分专业报考要求</w:t>
      </w:r>
    </w:p>
    <w:p>
      <w:r>
        <w:t>1.考生须按照与本科毕业专业相关或相近专业进行报考。</w:t>
      </w:r>
    </w:p>
    <w:p>
      <w:r>
        <w:t>2.部分专业报考要求：</w:t>
      </w:r>
    </w:p>
    <w:p>
      <w:r>
        <w:t>（1）临床医学及口腔医学硕士学术学位报考要求如下:</w:t>
      </w:r>
    </w:p>
    <w:p>
      <w:r>
        <w:t>临床医学学术学位（1002开头）各专业只接受本科专业为医学门类考生报考。</w:t>
      </w:r>
    </w:p>
    <w:p>
      <w:r>
        <w:t>口腔医学学术学位（1003）只接受本科为口腔医学及临床医学专业的考生报考。</w:t>
      </w:r>
    </w:p>
    <w:p>
      <w:r>
        <w:t>（2）临床医学、口腔医学及中医硕士专业学位报考要求如下：</w:t>
      </w:r>
    </w:p>
    <w:p>
      <w:r>
        <w:t>①临床医学专业学位（专业代码1051开头）:（除精神病与精神卫生学、放射影像学、超声医学、核医学、临床检验诊断学、眼科学、麻醉学、放射肿瘤学、儿科学、儿外科学以外各专业）只接收全日制本科为五年及以上学制西医临床医学专业的考生报考。</w:t>
      </w:r>
    </w:p>
    <w:p>
      <w:r>
        <w:t>②精神病与精神卫生学：只接收全日制本科为五年及以上学制西医临床医学和精神医学（医学学位）专业的考生报考。</w:t>
      </w:r>
    </w:p>
    <w:p>
      <w:r>
        <w:t>③放射影像学、超声医学、核医学：只接收全日制本科为五年及以上学制西医临床医学和医学影像学（医学学位）专业的考生报考。</w:t>
      </w:r>
    </w:p>
    <w:p>
      <w:r>
        <w:t>④临床检验诊断学：只接收全日制本科为五年及以上学制西医临床医学和医学检验（医学学位）专业的考生报考。</w:t>
      </w:r>
    </w:p>
    <w:p>
      <w:r>
        <w:t>⑤眼科学：只接收全日制本科为五年及以上学制西医临床医学和眼视光医学（医学学位）专业的考生报考。</w:t>
      </w:r>
    </w:p>
    <w:p>
      <w:r>
        <w:t>⑥麻醉学：只接收全日制本科为五年及以上学制西医临床医学和麻醉学（医学学位）专业的考生报考。</w:t>
      </w:r>
    </w:p>
    <w:p>
      <w:r>
        <w:t>⑦放射肿瘤学：只接收全日制本科为五年及以上学制西医临床医学和放射医学（医学学位）专业的考生报考。</w:t>
      </w:r>
    </w:p>
    <w:p>
      <w:r>
        <w:t>⑧儿科学、儿外科学：只接收全日制本科为五年及以上学制西医临床医学和儿科学（医学学位）专业的考生报考。</w:t>
      </w:r>
    </w:p>
    <w:p>
      <w:r>
        <w:t>（3）口腔医学专业学位（专业代码1052开头）：只接收全日制本科为五年制口腔医学专业的考生报考。</w:t>
      </w:r>
    </w:p>
    <w:p>
      <w:r>
        <w:t>（4）中医专业学位（专业代码1057开头）：只接收全日制本科为五年制中医学、针灸推拿学、中西医临床医学专业的考生报考。</w:t>
      </w:r>
    </w:p>
    <w:p>
      <w:r>
        <w:t>（5）法律（非法学）专业学位：报考前所学专业为非法学专业（普通高等学校本科专业目录法学门类中的法学类专业[代码为0301]考生不得报考）。</w:t>
      </w:r>
    </w:p>
    <w:p>
      <w:r>
        <w:t>（6）法律（法学）专业学位：报考前所学专业为法学专业（仅普通高等学校本科专业目录法学门类中的法学类专业[代码为0301]考生以及获得法学第二学士学位的人员可以报考）。</w:t>
      </w:r>
    </w:p>
    <w:p>
      <w:r>
        <w:t>（7）报考直博生专业须与本科毕业专业相同或相近。</w:t>
      </w:r>
    </w:p>
    <w:p>
      <w:r>
        <w:t>二、接收专业及人数</w:t>
      </w:r>
    </w:p>
    <w:p>
      <w:r>
        <w:t>我校2026年硕士研究生招生计划数拟定2900人，其中接收推荐免试生总人数不超过我校硕士生招生规模的50%。</w:t>
      </w:r>
    </w:p>
    <w:p>
      <w:r>
        <w:t>三、申请与选拔考核程序</w:t>
      </w:r>
    </w:p>
    <w:p>
      <w:r>
        <w:t>（一）报名</w:t>
      </w:r>
    </w:p>
    <w:p>
      <w:r>
        <w:t>1.报名：9月5日10:00－9月13日15:00在我校推免生预报名系统报名的考生（仅限报考一个志愿）。（报名截止时间9月13日15:00，以系统时间为准，请务必在系统关闭前完成报名，否则无法补报）。</w:t>
      </w:r>
    </w:p>
    <w:p>
      <w:r>
        <w:t>报名链接（请在申请类型栏选择硕士或直博，保存即可，如图）</w:t>
      </w:r>
    </w:p>
    <w:p>
      <w:r>
        <w:t>2. 我校2026年研究生招生专业目录尚未公布，在我校推免招生系统中填报的专业仅为本次推免预报名工作使用。申请人最终录取专业以“教育部推免服务系统”中确认录取的专业为准。</w:t>
      </w:r>
    </w:p>
    <w:p>
      <w:r>
        <w:t>3．我校各学院将分批审核申请信息，择优确定复试（综合考核）名单（具体复试安排以学院通知为准）。请考生在网上申请后，务必随时关注系统，查询申请进度。</w:t>
      </w:r>
    </w:p>
    <w:p>
      <w:r>
        <w:t>4.推免生正式报名和录取工作须在规定的时间内通过“全国推荐免试攻读研究生信息公开管理服务系统”（简称“教育部推免服务系统”，网址：https://yz.chsi.com.cn/tm）进行。</w:t>
      </w:r>
    </w:p>
    <w:p>
      <w:r>
        <w:t>5.考生报名后需准备以下材料（待学科通知，按要求提交）</w:t>
      </w:r>
    </w:p>
    <w:p>
      <w:r>
        <w:t>（1）南方医科大学接收推荐免试攻读研究生申请表。</w:t>
      </w:r>
    </w:p>
    <w:p>
      <w:r>
        <w:t>（2）本科学校推免公示名单截图或证明，学生证及第二代身份证复印件。</w:t>
      </w:r>
    </w:p>
    <w:p>
      <w:r>
        <w:t>（3）其他各种能力证明材料（如大学英语四、六级考试成绩单、获奖证书、本人代表性学术论文、出版物或原创性工作成果等）复件。</w:t>
      </w:r>
    </w:p>
    <w:p>
      <w:r>
        <w:t>（二）复试组织形式</w:t>
      </w:r>
    </w:p>
    <w:p>
      <w:r>
        <w:t>同一学科组复试组织形式相同，具体由学科组织。</w:t>
      </w:r>
    </w:p>
    <w:p>
      <w:r>
        <w:t>1.复试考核内容及计分办法</w:t>
      </w:r>
    </w:p>
    <w:p>
      <w:r>
        <w:t>（1）考生综合素质（共25分）</w:t>
      </w:r>
    </w:p>
    <w:p>
      <w:r>
        <w:t>重点考核考生对国家时政的了解、学术的认知水平及思想道德品质等综合素质。</w:t>
      </w:r>
    </w:p>
    <w:p>
      <w:r>
        <w:t>（2）外语应用能力（共25分）</w:t>
      </w:r>
    </w:p>
    <w:p>
      <w:r>
        <w:t>重点考查考生外语应用能力。</w:t>
      </w:r>
    </w:p>
    <w:p>
      <w:r>
        <w:t>（3）专业基础能力（共25分）</w:t>
      </w:r>
    </w:p>
    <w:p>
      <w:r>
        <w:t>重点考查考生对专业知识、专业基础知识以及对专业前沿知识了解。</w:t>
      </w:r>
    </w:p>
    <w:p>
      <w:r>
        <w:t>（4）临床技能或科研能力（共25分）</w:t>
      </w:r>
    </w:p>
    <w:p>
      <w:r>
        <w:t>临床技能考核：主要针对报考我校临床医学、口腔医学和中医专业学位的考生进行，以临床医学、口腔医学、中医学本科生实习结束应具备的基本临床技能水平为考核标准。</w:t>
      </w:r>
    </w:p>
    <w:p>
      <w:r>
        <w:t>科研能力考核：主要针对报考我校非临床医学、口腔医学和中医专业学位的考生进行。重点考查考生对本专业的科研热情以及所具备的知识结构、综合分析和解决实际问题的能力。</w:t>
      </w:r>
    </w:p>
    <w:p>
      <w:r>
        <w:t>（5）成绩计算方法</w:t>
      </w:r>
    </w:p>
    <w:p>
      <w:r>
        <w:t>考生入学总成绩实行百分制，满分100分。由复试小组对考生综合素质、外语应用能力、专业基础能力、临床技能或科研能力考核进行分项打分，各项成绩之和为考生入学总成绩。</w:t>
      </w:r>
    </w:p>
    <w:p>
      <w:r>
        <w:t>2.成绩与录取</w:t>
      </w:r>
    </w:p>
    <w:p>
      <w:r>
        <w:t>各复试小组以考生入学总成绩排名为录取唯一原则，确定拟录取名单并进行公示。有以下情况之一者将取消录取资格：</w:t>
      </w:r>
    </w:p>
    <w:p>
      <w:r>
        <w:t>（1）不符合报考条件者；</w:t>
      </w:r>
    </w:p>
    <w:p>
      <w:r>
        <w:t>（2）复试阶段有违纪行为者；</w:t>
      </w:r>
    </w:p>
    <w:p>
      <w:r>
        <w:t>（3）思想政治品德不合格者；</w:t>
      </w:r>
    </w:p>
    <w:p>
      <w:r>
        <w:t>（4）入学总成绩低于60 分者；</w:t>
      </w:r>
    </w:p>
    <w:p>
      <w:r>
        <w:t>（5）不同意复试小组调配导师者；</w:t>
      </w:r>
    </w:p>
    <w:p>
      <w:r>
        <w:t>（6）自愿放弃录取资格者。</w:t>
      </w:r>
    </w:p>
    <w:p>
      <w:r>
        <w:t>3.复试、体检合格者，即获得我校免试攻读硕士研究生资格。</w:t>
      </w:r>
    </w:p>
    <w:p>
      <w:r>
        <w:t>四、接收直博生相关事宜</w:t>
      </w:r>
    </w:p>
    <w:p>
      <w:r>
        <w:t>（一）直博生的招收对象为具有推荐免试攻读研究生资格的校内外优秀应届本科毕业生。</w:t>
      </w:r>
    </w:p>
    <w:p>
      <w:r>
        <w:t>（二）接收直博生的专业为我校具有一级学科博士学位授予权的专业。</w:t>
      </w:r>
    </w:p>
    <w:p>
      <w:r>
        <w:t>（三）直博生学位类别均为学术型，基本学制为5年，最长学习年限为8年。</w:t>
      </w:r>
    </w:p>
    <w:p>
      <w:r>
        <w:t>五、学费及奖助学金</w:t>
      </w:r>
    </w:p>
    <w:p>
      <w:r>
        <w:t>（一）推免生均须缴纳学费，具体学费标准如下：</w:t>
      </w:r>
    </w:p>
    <w:p>
      <w:r>
        <w:t>1.全日制学术学位硕士研究生学费标准为8000元/人/年；</w:t>
      </w:r>
    </w:p>
    <w:p>
      <w:r>
        <w:t>2.全日制临床、口腔、中医专业学位硕士研究生学费标准为16000元/人/年；</w:t>
      </w:r>
    </w:p>
    <w:p>
      <w:r>
        <w:t>3.全日制电子信息、公共卫生、应用统计、应用心理、护理、中药学、药学、生物与医药、医学技术专业学位硕士研究生学费标准为12000元/人/年；</w:t>
      </w:r>
    </w:p>
    <w:p>
      <w:r>
        <w:t>4.全日制翻译（笔译）、法律（法学）、法律（非法学）专业学位硕士研究生学费标准为18000元/人/年；</w:t>
      </w:r>
    </w:p>
    <w:p>
      <w:r>
        <w:t>5.全日制直博生学费标准为10000元/人/年。</w:t>
      </w:r>
    </w:p>
    <w:p>
      <w:r>
        <w:t>（二）南方医科大学研究生奖助学金的具体内容详见《南方医科大学研究生奖助体系方案》。</w:t>
      </w:r>
    </w:p>
    <w:p>
      <w:r>
        <w:t>六、其他事项</w:t>
      </w:r>
    </w:p>
    <w:p>
      <w:r>
        <w:t>（一）所有拟录取的推免生须于2025年9月22日起，及时登陆中国研究生招生信息网推免服务系统（http://yz.chsi.cn/）进行报名，接收并确认我校的待录取通知。</w:t>
      </w:r>
    </w:p>
    <w:p>
      <w:r>
        <w:t>（二）推免生的招生类别均为非定向就业，学习方式为全日制。</w:t>
      </w:r>
    </w:p>
    <w:p>
      <w:r>
        <w:t>（三）2026年我校临床医学、口腔医学、中医硕士专业学位研究生教育执行与住院医师规范化培训相结合的培养模式（5+3模式）。</w:t>
      </w:r>
    </w:p>
    <w:p>
      <w:r>
        <w:t>（四）考生必须保证提交的信息和申请材料的真实性和准确性。我校将在复试结束后对拟录取的免试生网上公示，若提交的信息不真实或不准确，我校将取消录取资格并通报本科学校；本科毕业时如未获学士学位及毕业证书，我校将取消拟录取资格。</w:t>
      </w:r>
    </w:p>
    <w:p>
      <w:r>
        <w:t>本招生简章由南方医科大学研究生招生办公室负责解释。</w:t>
      </w:r>
    </w:p>
    <w:p>
      <w:r>
        <w:t>联系人：研究生招生办， 电话：020-61648841，61648036。</w:t>
      </w:r>
    </w:p>
    <w:p>
      <w:r>
        <w:t>南方医科大学接收推荐免试攻读研究生（含直博生）申请表</w:t>
      </w:r>
    </w:p>
    <w:p>
      <w:r>
        <w:t>各分委会联系方式如下：</w:t>
      </w:r>
    </w:p>
    <w:p>
      <w:r>
        <w:t>分委会</w:t>
      </w:r>
    </w:p>
    <w:p>
      <w:r>
        <w:t>联系方式</w:t>
      </w:r>
    </w:p>
    <w:p>
      <w:r>
        <w:t>联系老师</w:t>
      </w:r>
    </w:p>
    <w:p>
      <w:r>
        <w:t>医学技术</w:t>
      </w:r>
    </w:p>
    <w:p>
      <w:r>
        <w:t>020-62789136</w:t>
      </w:r>
    </w:p>
    <w:p>
      <w:r>
        <w:t>陈老师</w:t>
      </w:r>
    </w:p>
    <w:p>
      <w:r>
        <w:t>口腔医学</w:t>
      </w:r>
    </w:p>
    <w:p>
      <w:r>
        <w:t>020-84418626</w:t>
      </w:r>
    </w:p>
    <w:p>
      <w:r>
        <w:t>桂老师、林老师</w:t>
      </w:r>
    </w:p>
    <w:p>
      <w:r>
        <w:t>法医学</w:t>
      </w:r>
    </w:p>
    <w:p>
      <w:r>
        <w:t>020-62789708</w:t>
      </w:r>
    </w:p>
    <w:p>
      <w:r>
        <w:t>郑老师、黄老师</w:t>
      </w:r>
    </w:p>
    <w:p>
      <w:r>
        <w:t>公共管理学</w:t>
      </w:r>
    </w:p>
    <w:p>
      <w:r>
        <w:t>020-61648797</w:t>
      </w:r>
    </w:p>
    <w:p>
      <w:r>
        <w:t>高老师</w:t>
      </w:r>
    </w:p>
    <w:p>
      <w:r>
        <w:t>马列与人文</w:t>
      </w:r>
    </w:p>
    <w:p>
      <w:r>
        <w:t>020-61648577</w:t>
      </w:r>
    </w:p>
    <w:p>
      <w:r>
        <w:t>徐老师</w:t>
      </w:r>
    </w:p>
    <w:p>
      <w:r>
        <w:t>基础医学、生物学</w:t>
      </w:r>
    </w:p>
    <w:p>
      <w:r>
        <w:t>020-61648190</w:t>
      </w:r>
    </w:p>
    <w:p>
      <w:r>
        <w:t>邱老师、王老师</w:t>
      </w:r>
    </w:p>
    <w:p>
      <w:r>
        <w:t>中医药学</w:t>
      </w:r>
    </w:p>
    <w:p>
      <w:r>
        <w:t>020-61648244</w:t>
      </w:r>
    </w:p>
    <w:p>
      <w:r>
        <w:t>梁老师</w:t>
      </w:r>
    </w:p>
    <w:p>
      <w:r>
        <w:t>生物医学工程</w:t>
      </w:r>
    </w:p>
    <w:p>
      <w:r>
        <w:t>0757-29985548；020-61647799</w:t>
      </w:r>
    </w:p>
    <w:p>
      <w:r>
        <w:t>高老师、陈老师</w:t>
      </w:r>
    </w:p>
    <w:p>
      <w:r>
        <w:t>公共卫生与预防医学</w:t>
      </w:r>
    </w:p>
    <w:p>
      <w:r>
        <w:t>020-62789119</w:t>
      </w:r>
    </w:p>
    <w:p>
      <w:r>
        <w:t>陈老师</w:t>
      </w:r>
    </w:p>
    <w:p>
      <w:r>
        <w:t>药学</w:t>
      </w:r>
    </w:p>
    <w:p>
      <w:r>
        <w:t>020-61648708</w:t>
      </w:r>
    </w:p>
    <w:p>
      <w:r>
        <w:t>谢老师、石老师</w:t>
      </w:r>
    </w:p>
    <w:p>
      <w:r>
        <w:t>护理学</w:t>
      </w:r>
    </w:p>
    <w:p>
      <w:r>
        <w:t>020-61647669</w:t>
      </w:r>
    </w:p>
    <w:p>
      <w:r>
        <w:t>徐老师</w:t>
      </w:r>
    </w:p>
    <w:p>
      <w:r>
        <w:t>第一临床</w:t>
      </w:r>
    </w:p>
    <w:p>
      <w:r>
        <w:t>020-62787530</w:t>
      </w:r>
    </w:p>
    <w:p>
      <w:r>
        <w:t>谭老师</w:t>
      </w:r>
    </w:p>
    <w:p>
      <w:r>
        <w:t>第二临床</w:t>
      </w:r>
    </w:p>
    <w:p>
      <w:r>
        <w:t>020-61643050</w:t>
      </w:r>
    </w:p>
    <w:p>
      <w:r>
        <w:t>蓝老师、袁老师</w:t>
      </w:r>
    </w:p>
    <w:p>
      <w:r>
        <w:t>第三临床</w:t>
      </w:r>
    </w:p>
    <w:p>
      <w:r>
        <w:t>020-62784063</w:t>
      </w:r>
    </w:p>
    <w:p>
      <w:r>
        <w:t>郑老师</w:t>
      </w:r>
    </w:p>
    <w:p>
      <w:r>
        <w:t>省医临床</w:t>
      </w:r>
    </w:p>
    <w:p>
      <w:r>
        <w:t>020-83827812转20976</w:t>
      </w:r>
    </w:p>
    <w:p>
      <w:r>
        <w:t>王老师</w:t>
      </w:r>
    </w:p>
    <w:p>
      <w:r>
        <w:t>深圳临床</w:t>
      </w:r>
    </w:p>
    <w:p>
      <w:r>
        <w:t>0755-23360174</w:t>
      </w:r>
    </w:p>
    <w:p>
      <w:r>
        <w:t>徐老师</w:t>
      </w:r>
    </w:p>
    <w:p>
      <w:r>
        <w:t>南方医科大学研究生招生办公室</w:t>
      </w:r>
    </w:p>
    <w:p>
      <w:r>
        <w:t>2025年9月4日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