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湖北工业大学2026年接收推荐免试硕士研究生拟录取名单公示</w:t>
      </w:r>
    </w:p>
    <w:p>
      <w:r>
        <w:t>发布时间：2025年10月21日</w:t>
      </w:r>
    </w:p>
    <w:p>
      <w:r>
        <w:t>来源URL：https://yjs.hbut.edu.cn/info/1010/15473.htm</w:t>
      </w:r>
    </w:p>
    <w:p>
      <w:r>
        <w:t>========================================</w:t>
      </w:r>
    </w:p>
    <w:p>
      <w:r>
        <w:t>&gt;</w:t>
      </w:r>
    </w:p>
    <w:p>
      <w:r>
        <w:t>根据教育部和学校相关文件规定，现将湖北工业大学2026年接收推荐免试硕士研究生拟录取名单予以公示。正式录取名单待上级主管部门审查通过后确定，如在审核过程中发现有不合格的考生，学校将按相关规定取消其录取资格。</w:t>
      </w:r>
    </w:p>
    <w:p>
      <w:r>
        <w:t>公示期：2025年10月21日-10月29日</w:t>
      </w:r>
    </w:p>
    <w:p>
      <w:r>
        <w:t>如有异议请于公示期内向研究生院招生办公室反映，反映情况要实事求是、证据充分，以便调查核实。</w:t>
      </w:r>
    </w:p>
    <w:p>
      <w:r>
        <w:t>联系电话：027-59752000 电子邮箱：hgdyjszb@hbut.edu.cn</w:t>
      </w:r>
    </w:p>
    <w:p>
      <w:r>
        <w:t>附件：湖北工业大学2026年接收推荐免试硕士研究生拟录取名单</w:t>
      </w:r>
    </w:p>
    <w:p>
      <w:r>
        <w:t>湖北工业大学研究生院</w:t>
      </w:r>
    </w:p>
    <w:p>
      <w:r>
        <w:t>2025年10月21日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