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长春师范大学2026年接收推荐免试攻读硕士研究生第一轮拟录取名单-长春师范大学研究生院</w:t>
      </w:r>
    </w:p>
    <w:p>
      <w:r>
        <w:t>发布时间：2025年9月30日</w:t>
      </w:r>
    </w:p>
    <w:p>
      <w:r>
        <w:t>来源URL：https://yjs.ccsfu.edu.cn/info/1008/265410.htm</w:t>
      </w:r>
    </w:p>
    <w:p>
      <w:r>
        <w:t>========================================</w:t>
      </w:r>
    </w:p>
    <w:p>
      <w:r>
        <w:t>&gt;</w:t>
      </w:r>
    </w:p>
    <w:p>
      <w:r>
        <w:t>长春师范大学2026年接收推荐免试攻读硕士研究生第一轮拟录取名单已确定，详见下表。现予以公示。公示期10日。</w:t>
      </w:r>
    </w:p>
    <w:p>
      <w:r>
        <w:t>考生姓名</w:t>
      </w:r>
    </w:p>
    <w:p>
      <w:r>
        <w:t>学习方式</w:t>
      </w:r>
    </w:p>
    <w:p>
      <w:r>
        <w:t>报考学院名称</w:t>
      </w:r>
    </w:p>
    <w:p>
      <w:r>
        <w:t>报考专业名称</w:t>
      </w:r>
    </w:p>
    <w:p>
      <w:r>
        <w:t>复试成绩</w:t>
      </w:r>
    </w:p>
    <w:p>
      <w:r>
        <w:t>是否拟录取</w:t>
      </w:r>
    </w:p>
    <w:p>
      <w:r>
        <w:t>郑元培</w:t>
      </w:r>
    </w:p>
    <w:p>
      <w:r>
        <w:t>全日制</w:t>
      </w:r>
    </w:p>
    <w:p>
      <w:r>
        <w:t>文学院</w:t>
      </w:r>
    </w:p>
    <w:p>
      <w:r>
        <w:t>中国语言文学</w:t>
      </w:r>
    </w:p>
    <w:p>
      <w:r>
        <w:t>88</w:t>
      </w:r>
    </w:p>
    <w:p>
      <w:r>
        <w:t>是</w:t>
      </w:r>
    </w:p>
    <w:p>
      <w:r>
        <w:t>姜佳函</w:t>
      </w:r>
    </w:p>
    <w:p>
      <w:r>
        <w:t>全日制</w:t>
      </w:r>
    </w:p>
    <w:p>
      <w:r>
        <w:t>音乐学院</w:t>
      </w:r>
    </w:p>
    <w:p>
      <w:r>
        <w:t>艺术学</w:t>
      </w:r>
    </w:p>
    <w:p>
      <w:r>
        <w:t>78</w:t>
      </w:r>
    </w:p>
    <w:p>
      <w:r>
        <w:t>是</w:t>
      </w:r>
    </w:p>
    <w:p>
      <w:r>
        <w:t>袁延举</w:t>
      </w:r>
    </w:p>
    <w:p>
      <w:r>
        <w:t>全日制</w:t>
      </w:r>
    </w:p>
    <w:p>
      <w:r>
        <w:t>音乐学院</w:t>
      </w:r>
    </w:p>
    <w:p>
      <w:r>
        <w:t>舞蹈</w:t>
      </w:r>
    </w:p>
    <w:p>
      <w:r>
        <w:t>84</w:t>
      </w:r>
    </w:p>
    <w:p>
      <w:r>
        <w:t>是</w:t>
      </w:r>
    </w:p>
    <w:p>
      <w:r>
        <w:t>李小彬</w:t>
      </w:r>
    </w:p>
    <w:p>
      <w:r>
        <w:t>全日制</w:t>
      </w:r>
    </w:p>
    <w:p>
      <w:r>
        <w:t>计算机科学与技术学院</w:t>
      </w:r>
    </w:p>
    <w:p>
      <w:r>
        <w:t>软件工程</w:t>
      </w:r>
    </w:p>
    <w:p>
      <w:r>
        <w:t>88</w:t>
      </w:r>
    </w:p>
    <w:p>
      <w:r>
        <w:t>是</w:t>
      </w:r>
    </w:p>
    <w:p>
      <w:r>
        <w:t>裴昕彤</w:t>
      </w:r>
    </w:p>
    <w:p>
      <w:r>
        <w:t>全日制</w:t>
      </w:r>
    </w:p>
    <w:p>
      <w:r>
        <w:t>计算机科学与技术学院</w:t>
      </w:r>
    </w:p>
    <w:p>
      <w:r>
        <w:t>软件工程</w:t>
      </w:r>
    </w:p>
    <w:p>
      <w:r>
        <w:t>82</w:t>
      </w:r>
    </w:p>
    <w:p>
      <w:r>
        <w:t>是</w:t>
      </w:r>
    </w:p>
    <w:p>
      <w:r>
        <w:t>王硕</w:t>
      </w:r>
    </w:p>
    <w:p>
      <w:r>
        <w:t>全日制</w:t>
      </w:r>
    </w:p>
    <w:p>
      <w:r>
        <w:t>生命科学学院</w:t>
      </w:r>
    </w:p>
    <w:p>
      <w:r>
        <w:t>生物学</w:t>
      </w:r>
    </w:p>
    <w:p>
      <w:r>
        <w:t>85</w:t>
      </w:r>
    </w:p>
    <w:p>
      <w:r>
        <w:t>是</w:t>
      </w:r>
    </w:p>
    <w:p>
      <w:r>
        <w:t>张雯迪</w:t>
      </w:r>
    </w:p>
    <w:p>
      <w:r>
        <w:t>全日制</w:t>
      </w:r>
    </w:p>
    <w:p>
      <w:r>
        <w:t>教育学院</w:t>
      </w:r>
    </w:p>
    <w:p>
      <w:r>
        <w:t>特殊教育</w:t>
      </w:r>
    </w:p>
    <w:p>
      <w:r>
        <w:t>90</w:t>
      </w:r>
    </w:p>
    <w:p>
      <w:r>
        <w:t>是</w:t>
      </w:r>
    </w:p>
    <w:p>
      <w:r>
        <w:t>李拉</w:t>
      </w:r>
    </w:p>
    <w:p>
      <w:r>
        <w:t>全日制</w:t>
      </w:r>
    </w:p>
    <w:p>
      <w:r>
        <w:t>美术学院</w:t>
      </w:r>
    </w:p>
    <w:p>
      <w:r>
        <w:t>设计</w:t>
      </w:r>
    </w:p>
    <w:p>
      <w:r>
        <w:t>93</w:t>
      </w:r>
    </w:p>
    <w:p>
      <w:r>
        <w:t>是</w:t>
      </w:r>
    </w:p>
    <w:p>
      <w:r>
        <w:t>刘思言</w:t>
      </w:r>
    </w:p>
    <w:p>
      <w:r>
        <w:t>全日制</w:t>
      </w:r>
    </w:p>
    <w:p>
      <w:r>
        <w:t>美术学院</w:t>
      </w:r>
    </w:p>
    <w:p>
      <w:r>
        <w:t>美术与书法</w:t>
      </w:r>
    </w:p>
    <w:p>
      <w:r>
        <w:t>93</w:t>
      </w:r>
    </w:p>
    <w:p>
      <w:r>
        <w:t>是</w:t>
      </w:r>
    </w:p>
    <w:p>
      <w:r>
        <w:t>刘雅宁</w:t>
      </w:r>
    </w:p>
    <w:p>
      <w:r>
        <w:t>全日制</w:t>
      </w:r>
    </w:p>
    <w:p>
      <w:r>
        <w:t>美术学院</w:t>
      </w:r>
    </w:p>
    <w:p>
      <w:r>
        <w:t>美术与书法</w:t>
      </w:r>
    </w:p>
    <w:p>
      <w:r>
        <w:t>91</w:t>
      </w:r>
    </w:p>
    <w:p>
      <w:r>
        <w:t>是</w:t>
      </w:r>
    </w:p>
    <w:p>
      <w:r>
        <w:t>赵婧岐</w:t>
      </w:r>
    </w:p>
    <w:p>
      <w:r>
        <w:t>全日制</w:t>
      </w:r>
    </w:p>
    <w:p>
      <w:r>
        <w:t>历史文化学院</w:t>
      </w:r>
    </w:p>
    <w:p>
      <w:r>
        <w:t>中国史</w:t>
      </w:r>
    </w:p>
    <w:p>
      <w:r>
        <w:t>87</w:t>
      </w:r>
    </w:p>
    <w:p>
      <w:r>
        <w:t>是</w:t>
      </w:r>
    </w:p>
    <w:p>
      <w:r>
        <w:t>王欣欣</w:t>
      </w:r>
    </w:p>
    <w:p>
      <w:r>
        <w:t>全日制</w:t>
      </w:r>
    </w:p>
    <w:p>
      <w:r>
        <w:t>历史文化学院</w:t>
      </w:r>
    </w:p>
    <w:p>
      <w:r>
        <w:t>中国史</w:t>
      </w:r>
    </w:p>
    <w:p>
      <w:r>
        <w:t>84</w:t>
      </w:r>
    </w:p>
    <w:p>
      <w:r>
        <w:t>是</w:t>
      </w:r>
    </w:p>
    <w:p>
      <w:r>
        <w:t>王闯</w:t>
      </w:r>
    </w:p>
    <w:p>
      <w:r>
        <w:t>全日制</w:t>
      </w:r>
    </w:p>
    <w:p>
      <w:r>
        <w:t>历史文化学院</w:t>
      </w:r>
    </w:p>
    <w:p>
      <w:r>
        <w:t>学科教学（历史）</w:t>
      </w:r>
    </w:p>
    <w:p>
      <w:r>
        <w:t>87</w:t>
      </w:r>
    </w:p>
    <w:p>
      <w:r>
        <w:t>是</w:t>
      </w:r>
    </w:p>
    <w:p>
      <w:r>
        <w:t>王余银</w:t>
      </w:r>
    </w:p>
    <w:p>
      <w:r>
        <w:t>全日制</w:t>
      </w:r>
    </w:p>
    <w:p>
      <w:r>
        <w:t>历史文化学院</w:t>
      </w:r>
    </w:p>
    <w:p>
      <w:r>
        <w:t>学科教学（历史）</w:t>
      </w:r>
    </w:p>
    <w:p>
      <w:r>
        <w:t>86</w:t>
      </w:r>
    </w:p>
    <w:p>
      <w:r>
        <w:t>是</w:t>
      </w:r>
    </w:p>
    <w:p>
      <w:r>
        <w:t>韩丽影</w:t>
      </w:r>
    </w:p>
    <w:p>
      <w:r>
        <w:t>全日制</w:t>
      </w:r>
    </w:p>
    <w:p>
      <w:r>
        <w:t>数学学院</w:t>
      </w:r>
    </w:p>
    <w:p>
      <w:r>
        <w:t>数学</w:t>
      </w:r>
    </w:p>
    <w:p>
      <w:r>
        <w:t>94</w:t>
      </w:r>
    </w:p>
    <w:p>
      <w:r>
        <w:t>是</w:t>
      </w:r>
    </w:p>
    <w:p>
      <w:r>
        <w:t>张秋淇</w:t>
      </w:r>
    </w:p>
    <w:p>
      <w:r>
        <w:t>全日制</w:t>
      </w:r>
    </w:p>
    <w:p>
      <w:r>
        <w:t>数学学院</w:t>
      </w:r>
    </w:p>
    <w:p>
      <w:r>
        <w:t>数学</w:t>
      </w:r>
    </w:p>
    <w:p>
      <w:r>
        <w:t>91</w:t>
      </w:r>
    </w:p>
    <w:p>
      <w:r>
        <w:t>是</w:t>
      </w:r>
    </w:p>
    <w:p>
      <w:r>
        <w:t>曹欣然</w:t>
      </w:r>
    </w:p>
    <w:p>
      <w:r>
        <w:t>全日制</w:t>
      </w:r>
    </w:p>
    <w:p>
      <w:r>
        <w:t>外国语学院</w:t>
      </w:r>
    </w:p>
    <w:p>
      <w:r>
        <w:t>外国语言文学</w:t>
      </w:r>
    </w:p>
    <w:p>
      <w:r>
        <w:t>90</w:t>
      </w:r>
    </w:p>
    <w:p>
      <w:r>
        <w:t>是</w:t>
      </w:r>
    </w:p>
    <w:p>
      <w:r>
        <w:t>刘阳雯菲</w:t>
      </w:r>
    </w:p>
    <w:p>
      <w:r>
        <w:t>全日制</w:t>
      </w:r>
    </w:p>
    <w:p>
      <w:r>
        <w:t>外国语学院</w:t>
      </w:r>
    </w:p>
    <w:p>
      <w:r>
        <w:t>外国语言文学</w:t>
      </w:r>
    </w:p>
    <w:p>
      <w:r>
        <w:t>82</w:t>
      </w:r>
    </w:p>
    <w:p>
      <w:r>
        <w:t>是</w:t>
      </w:r>
    </w:p>
    <w:p>
      <w:r>
        <w:t>吕聃闻</w:t>
      </w:r>
    </w:p>
    <w:p>
      <w:r>
        <w:t>全日制</w:t>
      </w:r>
    </w:p>
    <w:p>
      <w:r>
        <w:t>化学学院</w:t>
      </w:r>
    </w:p>
    <w:p>
      <w:r>
        <w:t>化学</w:t>
      </w:r>
    </w:p>
    <w:p>
      <w:r>
        <w:t>93</w:t>
      </w:r>
    </w:p>
    <w:p>
      <w:r>
        <w:t>是</w:t>
      </w:r>
    </w:p>
    <w:p>
      <w:r>
        <w:t>李秋</w:t>
      </w:r>
    </w:p>
    <w:p>
      <w:r>
        <w:t>全日制</w:t>
      </w:r>
    </w:p>
    <w:p>
      <w:r>
        <w:t>地理科学学院</w:t>
      </w:r>
    </w:p>
    <w:p>
      <w:r>
        <w:t>地理学</w:t>
      </w:r>
    </w:p>
    <w:p>
      <w:r>
        <w:t>78</w:t>
      </w:r>
    </w:p>
    <w:p>
      <w:r>
        <w:t>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