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注册会计师</w:t>
      </w:r>
    </w:p>
    <w:p>
      <w:r>
        <w:t>发布时间：2025年2月14日</w:t>
      </w:r>
    </w:p>
    <w:p>
      <w:r>
        <w:t>来源URL：https://www.gaodun.com/baoyan/1685444.html</w:t>
      </w:r>
    </w:p>
    <w:p>
      <w:r>
        <w:t>========================================</w:t>
      </w:r>
    </w:p>
    <w:p>
      <w:r>
        <w:t>注册会计师资料</w:t>
      </w:r>
    </w:p>
    <w:p>
      <w:r>
        <w:t>CMA</w:t>
      </w:r>
    </w:p>
    <w:p>
      <w:r>
        <w:t>CMA是什么</w:t>
      </w:r>
    </w:p>
    <w:p>
      <w:r>
        <w:t>CMA报考条件</w:t>
      </w:r>
    </w:p>
    <w:p>
      <w:r>
        <w:t>CMA考试费用</w:t>
      </w:r>
    </w:p>
    <w:p>
      <w:r>
        <w:t>CMA考试时间</w:t>
      </w:r>
    </w:p>
    <w:p>
      <w:r>
        <w:t>CMA报名时间</w:t>
      </w:r>
    </w:p>
    <w:p>
      <w:r>
        <w:t>CMA考试科目</w:t>
      </w:r>
    </w:p>
    <w:p>
      <w:r>
        <w:t>CMA报名入口</w:t>
      </w:r>
    </w:p>
    <w:p>
      <w:r>
        <w:t>CMA报名流程</w:t>
      </w:r>
    </w:p>
    <w:p>
      <w:r>
        <w:t>CMA考试地点</w:t>
      </w:r>
    </w:p>
    <w:p>
      <w:r>
        <w:t>CMA考试教材</w:t>
      </w:r>
    </w:p>
    <w:p>
      <w:r>
        <w:t>CMA考试难度</w:t>
      </w:r>
    </w:p>
    <w:p>
      <w:r>
        <w:t>CMA考试形式</w:t>
      </w:r>
    </w:p>
    <w:p>
      <w:r>
        <w:t>CMA考试题型</w:t>
      </w:r>
    </w:p>
    <w:p>
      <w:r>
        <w:t>CMA适合人群</w:t>
      </w:r>
    </w:p>
    <w:p>
      <w:r>
        <w:t>CMA薪资待遇</w:t>
      </w:r>
    </w:p>
    <w:p>
      <w:r>
        <w:t>CMA含金量</w:t>
      </w:r>
    </w:p>
    <w:p>
      <w:r>
        <w:t>CMA注册流程</w:t>
      </w:r>
    </w:p>
    <w:p>
      <w:r>
        <w:t>CMA题库</w:t>
      </w:r>
    </w:p>
    <w:p>
      <w:r>
        <w:t>CMA网课</w:t>
      </w:r>
    </w:p>
    <w:p>
      <w:r>
        <w:t>CMA资料</w:t>
      </w:r>
    </w:p>
    <w:p>
      <w:r>
        <w:t>USCPA</w:t>
      </w:r>
    </w:p>
    <w:p>
      <w:r>
        <w:t>USCPA是什么</w:t>
      </w:r>
    </w:p>
    <w:p>
      <w:r>
        <w:t>USCPA报名条件</w:t>
      </w:r>
    </w:p>
    <w:p>
      <w:r>
        <w:t>USCPA考试时间</w:t>
      </w:r>
    </w:p>
    <w:p>
      <w:r>
        <w:t>USCPA考试科目</w:t>
      </w:r>
    </w:p>
    <w:p>
      <w:r>
        <w:t>USCPA考试题型</w:t>
      </w:r>
    </w:p>
    <w:p>
      <w:r>
        <w:t>USCPA考试难度</w:t>
      </w:r>
    </w:p>
    <w:p>
      <w:r>
        <w:t>USCPA考试流程</w:t>
      </w:r>
    </w:p>
    <w:p>
      <w:r>
        <w:t>USCPA考试地点</w:t>
      </w:r>
    </w:p>
    <w:p>
      <w:r>
        <w:t>USCPA常见报考州</w:t>
      </w:r>
    </w:p>
    <w:p>
      <w:r>
        <w:t>USCPA成绩查询方式</w:t>
      </w:r>
    </w:p>
    <w:p>
      <w:r>
        <w:t>USCPA成绩评分标准</w:t>
      </w:r>
    </w:p>
    <w:p>
      <w:r>
        <w:t>USCPA后续教育</w:t>
      </w:r>
    </w:p>
    <w:p>
      <w:r>
        <w:t>什么是USCPA补学分</w:t>
      </w:r>
    </w:p>
    <w:p>
      <w:r>
        <w:t>USCPA如何补学分</w:t>
      </w:r>
    </w:p>
    <w:p>
      <w:r>
        <w:t>什么是CPE学分</w:t>
      </w:r>
    </w:p>
    <w:p>
      <w:r>
        <w:t>如何修CPE学分</w:t>
      </w:r>
    </w:p>
    <w:p>
      <w:r>
        <w:t>USCPA职业前景</w:t>
      </w:r>
    </w:p>
    <w:p>
      <w:r>
        <w:t>USCPA证书含金量</w:t>
      </w:r>
    </w:p>
    <w:p>
      <w:r>
        <w:t>USCPA选课中心</w:t>
      </w:r>
    </w:p>
    <w:p>
      <w:r>
        <w:t>USCPA考经分享</w:t>
      </w:r>
    </w:p>
    <w:p>
      <w:r>
        <w:t>FRM</w:t>
      </w:r>
    </w:p>
    <w:p>
      <w:r>
        <w:t>FRM是什么</w:t>
      </w:r>
    </w:p>
    <w:p>
      <w:r>
        <w:t>FRM报名时间</w:t>
      </w:r>
    </w:p>
    <w:p>
      <w:r>
        <w:t>FRM报名条件</w:t>
      </w:r>
    </w:p>
    <w:p>
      <w:r>
        <w:t>FRM报名准备</w:t>
      </w:r>
    </w:p>
    <w:p>
      <w:r>
        <w:t>FRM奖学金</w:t>
      </w:r>
    </w:p>
    <w:p>
      <w:r>
        <w:t>FRM报名流程</w:t>
      </w:r>
    </w:p>
    <w:p>
      <w:r>
        <w:t>FRM考试费用</w:t>
      </w:r>
    </w:p>
    <w:p>
      <w:r>
        <w:t>FRM考试科目</w:t>
      </w:r>
    </w:p>
    <w:p>
      <w:r>
        <w:t>FRM视频</w:t>
      </w:r>
    </w:p>
    <w:p>
      <w:r>
        <w:t>FRM考试时间</w:t>
      </w:r>
    </w:p>
    <w:p>
      <w:r>
        <w:t>FRM考试方式</w:t>
      </w:r>
    </w:p>
    <w:p>
      <w:r>
        <w:t>FRM考试延期</w:t>
      </w:r>
    </w:p>
    <w:p>
      <w:r>
        <w:t>FRM考试地点</w:t>
      </w:r>
    </w:p>
    <w:p>
      <w:r>
        <w:t>FRM准考证打印</w:t>
      </w:r>
    </w:p>
    <w:p>
      <w:r>
        <w:t>FRM成绩查询</w:t>
      </w:r>
    </w:p>
    <w:p>
      <w:r>
        <w:t>FRM分数线</w:t>
      </w:r>
    </w:p>
    <w:p>
      <w:r>
        <w:t>FRM证书申请技巧</w:t>
      </w:r>
    </w:p>
    <w:p>
      <w:r>
        <w:t>FRM证书申请要求</w:t>
      </w:r>
    </w:p>
    <w:p>
      <w:r>
        <w:t>FRM福利政策</w:t>
      </w:r>
    </w:p>
    <w:p>
      <w:r>
        <w:t>FRM证书就业</w:t>
      </w:r>
    </w:p>
    <w:p>
      <w:r>
        <w:t>初级会计职称</w:t>
      </w:r>
    </w:p>
    <w:p>
      <w:r>
        <w:t>初级会计职称考试介绍</w:t>
      </w:r>
    </w:p>
    <w:p>
      <w:r>
        <w:t>初级会计职称报名条件</w:t>
      </w:r>
    </w:p>
    <w:p>
      <w:r>
        <w:t>初级会计职称报名入口</w:t>
      </w:r>
    </w:p>
    <w:p>
      <w:r>
        <w:t>初级会计职称报名时间</w:t>
      </w:r>
    </w:p>
    <w:p>
      <w:r>
        <w:t>初级会计职称报名流程</w:t>
      </w:r>
    </w:p>
    <w:p>
      <w:r>
        <w:t>初级会计职称报名费用</w:t>
      </w:r>
    </w:p>
    <w:p>
      <w:r>
        <w:t>初级会计职称考试时间</w:t>
      </w:r>
    </w:p>
    <w:p>
      <w:r>
        <w:t>初级会计职称考试科目</w:t>
      </w:r>
    </w:p>
    <w:p>
      <w:r>
        <w:t>初级会计职称考试形式</w:t>
      </w:r>
    </w:p>
    <w:p>
      <w:r>
        <w:t>初级会计职称考试大纲</w:t>
      </w:r>
    </w:p>
    <w:p>
      <w:r>
        <w:t>初级会计职称考试教材</w:t>
      </w:r>
    </w:p>
    <w:p>
      <w:r>
        <w:t>初级会计职称考试题型</w:t>
      </w:r>
    </w:p>
    <w:p>
      <w:r>
        <w:t>初级会计职称考试真题</w:t>
      </w:r>
    </w:p>
    <w:p>
      <w:r>
        <w:t>初级会计职称成绩查询</w:t>
      </w:r>
    </w:p>
    <w:p>
      <w:r>
        <w:t>初级会计职称多少分及格</w:t>
      </w:r>
    </w:p>
    <w:p>
      <w:r>
        <w:t>初级会计职称证书领取</w:t>
      </w:r>
    </w:p>
    <w:p>
      <w:r>
        <w:t>中级会计职称</w:t>
      </w:r>
    </w:p>
    <w:p>
      <w:r>
        <w:t>中级会计职称报考指南</w:t>
      </w:r>
    </w:p>
    <w:p>
      <w:r>
        <w:t>中级会计职称报名条件</w:t>
      </w:r>
    </w:p>
    <w:p>
      <w:r>
        <w:t>中级会计职称报名时间</w:t>
      </w:r>
    </w:p>
    <w:p>
      <w:r>
        <w:t>中级会计职称报名入口</w:t>
      </w:r>
    </w:p>
    <w:p>
      <w:r>
        <w:t>中级会计职称报名流程</w:t>
      </w:r>
    </w:p>
    <w:p>
      <w:r>
        <w:t>中级会计职称打印时间</w:t>
      </w:r>
    </w:p>
    <w:p>
      <w:r>
        <w:t>中级会计职称打印入口</w:t>
      </w:r>
    </w:p>
    <w:p>
      <w:r>
        <w:t>中级会计职称考试时间</w:t>
      </w:r>
    </w:p>
    <w:p>
      <w:r>
        <w:t>中级会计职称考试科目</w:t>
      </w:r>
    </w:p>
    <w:p>
      <w:r>
        <w:t>中级会计职称成绩查询</w:t>
      </w:r>
    </w:p>
    <w:p>
      <w:r>
        <w:t>中级会计职称合格标准</w:t>
      </w:r>
    </w:p>
    <w:p>
      <w:r>
        <w:t>中级会计职称证书领取</w:t>
      </w:r>
    </w:p>
    <w:p>
      <w:r>
        <w:t>税务师</w:t>
      </w:r>
    </w:p>
    <w:p>
      <w:r>
        <w:t>税务师指南</w:t>
      </w:r>
    </w:p>
    <w:p>
      <w:r>
        <w:t>税务师考试报名</w:t>
      </w:r>
    </w:p>
    <w:p>
      <w:r>
        <w:t>税务师报名入口</w:t>
      </w:r>
    </w:p>
    <w:p>
      <w:r>
        <w:t>税务师报名条件</w:t>
      </w:r>
    </w:p>
    <w:p>
      <w:r>
        <w:t>税务师报名时间</w:t>
      </w:r>
    </w:p>
    <w:p>
      <w:r>
        <w:t>税务师报名流程</w:t>
      </w:r>
    </w:p>
    <w:p>
      <w:r>
        <w:t>税务师报名费用</w:t>
      </w:r>
    </w:p>
    <w:p>
      <w:r>
        <w:t>税务师报考科目搭配</w:t>
      </w:r>
    </w:p>
    <w:p>
      <w:r>
        <w:t>税务师考试准考证打印</w:t>
      </w:r>
    </w:p>
    <w:p>
      <w:r>
        <w:t>税务师考试时间</w:t>
      </w:r>
    </w:p>
    <w:p>
      <w:r>
        <w:t>税务师考试科目</w:t>
      </w:r>
    </w:p>
    <w:p>
      <w:r>
        <w:t>税务师考试题型</w:t>
      </w:r>
    </w:p>
    <w:p>
      <w:r>
        <w:t>税务师考试方式</w:t>
      </w:r>
    </w:p>
    <w:p>
      <w:r>
        <w:t>税务师考试大纲</w:t>
      </w:r>
    </w:p>
    <w:p>
      <w:r>
        <w:t>税务师考试地点</w:t>
      </w:r>
    </w:p>
    <w:p>
      <w:r>
        <w:t>税务师考试成绩查询</w:t>
      </w:r>
    </w:p>
    <w:p>
      <w:r>
        <w:t>税务师证书领取</w:t>
      </w:r>
    </w:p>
    <w:p>
      <w:r>
        <w:t>税务师考试几年内通过</w:t>
      </w:r>
    </w:p>
    <w:p>
      <w:r>
        <w:t>经济师</w:t>
      </w:r>
    </w:p>
    <w:p>
      <w:r>
        <w:t>经济师指南</w:t>
      </w:r>
    </w:p>
    <w:p>
      <w:r>
        <w:t>经济师考试时间</w:t>
      </w:r>
    </w:p>
    <w:p>
      <w:r>
        <w:t>经济师报名条件</w:t>
      </w:r>
    </w:p>
    <w:p>
      <w:r>
        <w:t>经济师通过率</w:t>
      </w:r>
    </w:p>
    <w:p>
      <w:r>
        <w:t>经济师多少分及格</w:t>
      </w:r>
    </w:p>
    <w:p>
      <w:r>
        <w:t>经济师难考吗</w:t>
      </w:r>
    </w:p>
    <w:p>
      <w:r>
        <w:t>经济师考试科目</w:t>
      </w:r>
    </w:p>
    <w:p>
      <w:r>
        <w:t>经济师准考证</w:t>
      </w:r>
    </w:p>
    <w:p>
      <w:r>
        <w:t>经济师成绩查询时间</w:t>
      </w:r>
    </w:p>
    <w:p>
      <w:r>
        <w:t>经济师网校哪家好</w:t>
      </w:r>
    </w:p>
    <w:p>
      <w:r>
        <w:t>经济师考试大纲</w:t>
      </w:r>
    </w:p>
    <w:p>
      <w:r>
        <w:t>经济师报名时间</w:t>
      </w:r>
    </w:p>
    <w:p>
      <w:r>
        <w:t>经济师报名入口</w:t>
      </w:r>
    </w:p>
    <w:p>
      <w:r>
        <w:t>经济师准考证打印入口</w:t>
      </w:r>
    </w:p>
    <w:p>
      <w:r>
        <w:t>金融四大证书</w:t>
      </w:r>
    </w:p>
    <w:p>
      <w:r>
        <w:t>期货指南</w:t>
      </w:r>
    </w:p>
    <w:p>
      <w:r>
        <w:t>期货从业报名条件</w:t>
      </w:r>
    </w:p>
    <w:p>
      <w:r>
        <w:t>期货从业报名入口</w:t>
      </w:r>
    </w:p>
    <w:p>
      <w:r>
        <w:t>期货从业考试时间</w:t>
      </w:r>
    </w:p>
    <w:p>
      <w:r>
        <w:t>期货从业准考证</w:t>
      </w:r>
    </w:p>
    <w:p>
      <w:r>
        <w:t>期货从业考试科目</w:t>
      </w:r>
    </w:p>
    <w:p>
      <w:r>
        <w:t>证券指南</w:t>
      </w:r>
    </w:p>
    <w:p>
      <w:r>
        <w:t>证券从业报名条件</w:t>
      </w:r>
    </w:p>
    <w:p>
      <w:r>
        <w:t>证券从业报名入口</w:t>
      </w:r>
    </w:p>
    <w:p>
      <w:r>
        <w:t>证券从业考试时间</w:t>
      </w:r>
    </w:p>
    <w:p>
      <w:r>
        <w:t>银行指南</w:t>
      </w:r>
    </w:p>
    <w:p>
      <w:r>
        <w:t>银行从业报名条件</w:t>
      </w:r>
    </w:p>
    <w:p>
      <w:r>
        <w:t>银行从业报名入口</w:t>
      </w:r>
    </w:p>
    <w:p>
      <w:r>
        <w:t>银行从业考试时间</w:t>
      </w:r>
    </w:p>
    <w:p>
      <w:r>
        <w:t>基金指南</w:t>
      </w:r>
    </w:p>
    <w:p>
      <w:r>
        <w:t>基金从业报名条件</w:t>
      </w:r>
    </w:p>
    <w:p>
      <w:r>
        <w:t>基金从业报名入口</w:t>
      </w:r>
    </w:p>
    <w:p>
      <w:r>
        <w:t>基金从业考试时间</w:t>
      </w:r>
    </w:p>
    <w:p>
      <w:r>
        <w:t>CAIA/CWM</w:t>
      </w:r>
    </w:p>
    <w:p>
      <w:r>
        <w:t>报名时间</w:t>
      </w:r>
    </w:p>
    <w:p>
      <w:r>
        <w:t>报名条件</w:t>
      </w:r>
    </w:p>
    <w:p>
      <w:r>
        <w:t>报名流程</w:t>
      </w:r>
    </w:p>
    <w:p>
      <w:r>
        <w:t>报名费用</w:t>
      </w:r>
    </w:p>
    <w:p>
      <w:r>
        <w:t>报名入口</w:t>
      </w:r>
    </w:p>
    <w:p>
      <w:r>
        <w:t>考试课程</w:t>
      </w:r>
    </w:p>
    <w:p>
      <w:r>
        <w:t>辅导老师</w:t>
      </w:r>
    </w:p>
    <w:p>
      <w:r>
        <w:t>考试教材</w:t>
      </w:r>
    </w:p>
    <w:p>
      <w:r>
        <w:t>考试时间</w:t>
      </w:r>
    </w:p>
    <w:p>
      <w:r>
        <w:t>考试地点</w:t>
      </w:r>
    </w:p>
    <w:p>
      <w:r>
        <w:t>考试方式</w:t>
      </w:r>
    </w:p>
    <w:p>
      <w:r>
        <w:t>考试流程</w:t>
      </w:r>
    </w:p>
    <w:p>
      <w:r>
        <w:t>考试科目</w:t>
      </w:r>
    </w:p>
    <w:p>
      <w:r>
        <w:t>考试题型</w:t>
      </w:r>
    </w:p>
    <w:p>
      <w:r>
        <w:t>合格标准</w:t>
      </w:r>
    </w:p>
    <w:p>
      <w:r>
        <w:t>合格证书</w:t>
      </w:r>
    </w:p>
    <w:p>
      <w:r>
        <w:t>国际其它证书</w:t>
      </w:r>
    </w:p>
    <w:p>
      <w:r>
        <w:t>CIA是什么</w:t>
      </w:r>
    </w:p>
    <w:p>
      <w:r>
        <w:t>CIA报名条件</w:t>
      </w:r>
    </w:p>
    <w:p>
      <w:r>
        <w:t>CIA报名时间</w:t>
      </w:r>
    </w:p>
    <w:p>
      <w:r>
        <w:t>CIA报名流程</w:t>
      </w:r>
    </w:p>
    <w:p>
      <w:r>
        <w:t>HKICPA是什么</w:t>
      </w:r>
    </w:p>
    <w:p>
      <w:r>
        <w:t>HKICPA报名条件</w:t>
      </w:r>
    </w:p>
    <w:p>
      <w:r>
        <w:t>HKICPA报名费用</w:t>
      </w:r>
    </w:p>
    <w:p>
      <w:r>
        <w:t>HKICPA报名流程</w:t>
      </w:r>
    </w:p>
    <w:p>
      <w:r>
        <w:t>ACA是什么</w:t>
      </w:r>
    </w:p>
    <w:p>
      <w:r>
        <w:t>ACA报名条件</w:t>
      </w:r>
    </w:p>
    <w:p>
      <w:r>
        <w:t>ACA报名时间</w:t>
      </w:r>
    </w:p>
    <w:p>
      <w:r>
        <w:t>ACA报名费用</w:t>
      </w:r>
    </w:p>
    <w:p>
      <w:r>
        <w:t>CIMA是什么</w:t>
      </w:r>
    </w:p>
    <w:p>
      <w:r>
        <w:t>CIMA报名条件</w:t>
      </w:r>
    </w:p>
    <w:p>
      <w:r>
        <w:t>CIMA报名时间</w:t>
      </w:r>
    </w:p>
    <w:p>
      <w:r>
        <w:t>CIMA报名流程</w:t>
      </w:r>
    </w:p>
    <w:p>
      <w:r>
        <w:t>CIIA是什么</w:t>
      </w:r>
    </w:p>
    <w:p>
      <w:r>
        <w:t>CIIA报名条件</w:t>
      </w:r>
    </w:p>
    <w:p>
      <w:r>
        <w:t>CIIA报名时间</w:t>
      </w:r>
    </w:p>
    <w:p>
      <w:r>
        <w:t>CIIA报名流程</w:t>
      </w:r>
    </w:p>
    <w:p>
      <w:r>
        <w:t>国内其它证书</w:t>
      </w:r>
    </w:p>
    <w:p>
      <w:r>
        <w:t>初级MAT</w:t>
      </w:r>
    </w:p>
    <w:p>
      <w:r>
        <w:t>初级管理会计师报名条件</w:t>
      </w:r>
    </w:p>
    <w:p>
      <w:r>
        <w:t>初级管理会计师报名时间</w:t>
      </w:r>
    </w:p>
    <w:p>
      <w:r>
        <w:t>初级管理会计师报名流程</w:t>
      </w:r>
    </w:p>
    <w:p>
      <w:r>
        <w:t>中级MAT</w:t>
      </w:r>
    </w:p>
    <w:p>
      <w:r>
        <w:t>中级管理会计师报名条件</w:t>
      </w:r>
    </w:p>
    <w:p>
      <w:r>
        <w:t>中级管理会计师报名时间</w:t>
      </w:r>
    </w:p>
    <w:p>
      <w:r>
        <w:t>中级管理会计师报名流程</w:t>
      </w:r>
    </w:p>
    <w:p>
      <w:r>
        <w:t>审计师指南</w:t>
      </w:r>
    </w:p>
    <w:p>
      <w:r>
        <w:t>审计师报名条件</w:t>
      </w:r>
    </w:p>
    <w:p>
      <w:r>
        <w:t>审计师报名时间</w:t>
      </w:r>
    </w:p>
    <w:p>
      <w:r>
        <w:t>审计师报名流程</w:t>
      </w:r>
    </w:p>
    <w:p>
      <w:r>
        <w:t>薪税师指南</w:t>
      </w:r>
    </w:p>
    <w:p>
      <w:r>
        <w:t>薪税师报名条件</w:t>
      </w:r>
    </w:p>
    <w:p>
      <w:r>
        <w:t>薪税师报名时间</w:t>
      </w:r>
    </w:p>
    <w:p>
      <w:r>
        <w:t>薪税师考试证书</w:t>
      </w:r>
    </w:p>
    <w:p>
      <w:r>
        <w:t>ESG是什么</w:t>
      </w:r>
    </w:p>
    <w:p>
      <w:r>
        <w:t>报名条件</w:t>
      </w:r>
    </w:p>
    <w:p>
      <w:r>
        <w:t>报名时间</w:t>
      </w:r>
    </w:p>
    <w:p>
      <w:r>
        <w:t>报名流程</w:t>
      </w:r>
    </w:p>
    <w:p>
      <w:r>
        <w:t>考研相关</w:t>
      </w:r>
    </w:p>
    <w:p>
      <w:r>
        <w:t>MF是什么</w:t>
      </w:r>
    </w:p>
    <w:p>
      <w:r>
        <w:t>MF报名条件</w:t>
      </w:r>
    </w:p>
    <w:p>
      <w:r>
        <w:t>MF报名时间</w:t>
      </w:r>
    </w:p>
    <w:p>
      <w:r>
        <w:t>MF报名入口</w:t>
      </w:r>
    </w:p>
    <w:p>
      <w:r>
        <w:t>MF考试时间</w:t>
      </w:r>
    </w:p>
    <w:p>
      <w:r>
        <w:t>MF考试科目</w:t>
      </w:r>
    </w:p>
    <w:p>
      <w:r>
        <w:t>MF现场确认</w:t>
      </w:r>
    </w:p>
    <w:p>
      <w:r>
        <w:t>MF 复试</w:t>
      </w:r>
    </w:p>
    <w:p>
      <w:r>
        <w:t>MF网上调剂</w:t>
      </w:r>
    </w:p>
    <w:p>
      <w:r>
        <w:t>MF联考及录取</w:t>
      </w:r>
    </w:p>
    <w:p>
      <w:r>
        <w:t>MPAcc是什么</w:t>
      </w:r>
    </w:p>
    <w:p>
      <w:r>
        <w:t>MPAcc报名条件</w:t>
      </w:r>
    </w:p>
    <w:p>
      <w:r>
        <w:t>MPAcc报名时间</w:t>
      </w:r>
    </w:p>
    <w:p>
      <w:r>
        <w:t>MPAcc考试时间</w:t>
      </w:r>
    </w:p>
    <w:p>
      <w:r>
        <w:t>MPAcc考试科目</w:t>
      </w:r>
    </w:p>
    <w:p>
      <w:r>
        <w:t>MPAcc准考证打印</w:t>
      </w:r>
    </w:p>
    <w:p>
      <w:r>
        <w:t>MPAcc现场确认</w:t>
      </w:r>
    </w:p>
    <w:p>
      <w:r>
        <w:t>MPAcc 复试</w:t>
      </w:r>
    </w:p>
    <w:p>
      <w:r>
        <w:t>MPAcc网上调剂</w:t>
      </w:r>
    </w:p>
    <w:p>
      <w:r>
        <w:t>MPAcc联考及录取</w:t>
      </w:r>
    </w:p>
    <w:p>
      <w:r>
        <w:t>Copyright © 2006-2025 高顿教育, All Rights Reserved.</w:t>
      </w:r>
    </w:p>
    <w:p>
      <w:r>
        <w:t>关于高顿</w:t>
      </w:r>
    </w:p>
    <w:p>
      <w:r>
        <w:t>选课中心</w:t>
      </w:r>
    </w:p>
    <w:p>
      <w:r>
        <w:t>高顿招聘</w:t>
      </w:r>
    </w:p>
    <w:p>
      <w:r>
        <w:t>商务合作</w:t>
      </w:r>
    </w:p>
    <w:p>
      <w:r>
        <w:t>版权说明</w:t>
      </w:r>
    </w:p>
    <w:p>
      <w:r>
        <w:t>网站地图</w:t>
      </w:r>
    </w:p>
    <w:p>
      <w:r>
        <w:t>&lt;script type="text/html" id="addCommentTpl"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