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南方科技大学2026级推免生（含直博生）拟录取名单</w:t>
      </w:r>
    </w:p>
    <w:p>
      <w:r>
        <w:t>发布时间：未标注</w:t>
      </w:r>
    </w:p>
    <w:p>
      <w:r>
        <w:t>来源URL：https://gs.sustech.edu.cn/static/upload/file/20251023/17612010377472.pdf</w:t>
      </w:r>
    </w:p>
    <w:p>
      <w:r>
        <w:t>========================================</w:t>
      </w:r>
    </w:p>
    <w:p>
      <w:r>
        <w:t>南方科技大学2026级推免生（含直博生）拟录取名单</w:t>
      </w:r>
    </w:p>
    <w:p>
      <w:r>
        <w:t>姓名</w:t>
      </w:r>
    </w:p>
    <w:p>
      <w:r>
        <w:t>证件号码</w:t>
      </w:r>
    </w:p>
    <w:p>
      <w:r>
        <w:t>录取类别</w:t>
      </w:r>
    </w:p>
    <w:p>
      <w:r>
        <w:t>录取院系名称</w:t>
      </w:r>
    </w:p>
    <w:p>
      <w:r>
        <w:t>录取专业代码</w:t>
      </w:r>
    </w:p>
    <w:p>
      <w:r>
        <w:t>录取专业名称</w:t>
      </w:r>
    </w:p>
    <w:p>
      <w:r>
        <w:t>备注</w:t>
      </w:r>
    </w:p>
    <w:p>
      <w:r>
        <w:t>柴浩博</w:t>
      </w:r>
    </w:p>
    <w:p>
      <w:r>
        <w:t>3705****0038</w:t>
      </w:r>
    </w:p>
    <w:p>
      <w:r>
        <w:t>硕士</w:t>
      </w:r>
    </w:p>
    <w:p>
      <w:r>
        <w:t>数学系</w:t>
      </w:r>
    </w:p>
    <w:p>
      <w:r>
        <w:t>070100</w:t>
      </w:r>
    </w:p>
    <w:p>
      <w:r>
        <w:t>数学</w:t>
      </w:r>
    </w:p>
    <w:p>
      <w:r>
        <w:t>陈海杜</w:t>
      </w:r>
    </w:p>
    <w:p>
      <w:r>
        <w:t>4453****3717</w:t>
      </w:r>
    </w:p>
    <w:p>
      <w:r>
        <w:t>硕士</w:t>
      </w:r>
    </w:p>
    <w:p>
      <w:r>
        <w:t>数学系</w:t>
      </w:r>
    </w:p>
    <w:p>
      <w:r>
        <w:t>070100</w:t>
      </w:r>
    </w:p>
    <w:p>
      <w:r>
        <w:t>数学</w:t>
      </w:r>
    </w:p>
    <w:p>
      <w:r>
        <w:t>陈浩阳</w:t>
      </w:r>
    </w:p>
    <w:p>
      <w:r>
        <w:t>4407****3915</w:t>
      </w:r>
    </w:p>
    <w:p>
      <w:r>
        <w:t>硕士</w:t>
      </w:r>
    </w:p>
    <w:p>
      <w:r>
        <w:t>数学系</w:t>
      </w:r>
    </w:p>
    <w:p>
      <w:r>
        <w:t>070100</w:t>
      </w:r>
    </w:p>
    <w:p>
      <w:r>
        <w:t>数学</w:t>
      </w:r>
    </w:p>
    <w:p>
      <w:r>
        <w:t>程锦睿</w:t>
      </w:r>
    </w:p>
    <w:p>
      <w:r>
        <w:t>4201****8417</w:t>
      </w:r>
    </w:p>
    <w:p>
      <w:r>
        <w:t>硕士</w:t>
      </w:r>
    </w:p>
    <w:p>
      <w:r>
        <w:t>数学系</w:t>
      </w:r>
    </w:p>
    <w:p>
      <w:r>
        <w:t>070100</w:t>
      </w:r>
    </w:p>
    <w:p>
      <w:r>
        <w:t>数学</w:t>
      </w:r>
    </w:p>
    <w:p>
      <w:r>
        <w:t>国优计划</w:t>
      </w:r>
    </w:p>
    <w:p>
      <w:r>
        <w:t>程政</w:t>
      </w:r>
    </w:p>
    <w:p>
      <w:r>
        <w:t>3604****0059</w:t>
      </w:r>
    </w:p>
    <w:p>
      <w:r>
        <w:t>硕士</w:t>
      </w:r>
    </w:p>
    <w:p>
      <w:r>
        <w:t>数学系</w:t>
      </w:r>
    </w:p>
    <w:p>
      <w:r>
        <w:t>070100</w:t>
      </w:r>
    </w:p>
    <w:p>
      <w:r>
        <w:t>数学</w:t>
      </w:r>
    </w:p>
    <w:p>
      <w:r>
        <w:t>邓栋元</w:t>
      </w:r>
    </w:p>
    <w:p>
      <w:r>
        <w:t>4527****271X</w:t>
      </w:r>
    </w:p>
    <w:p>
      <w:r>
        <w:t>硕士</w:t>
      </w:r>
    </w:p>
    <w:p>
      <w:r>
        <w:t>数学系</w:t>
      </w:r>
    </w:p>
    <w:p>
      <w:r>
        <w:t>070100</w:t>
      </w:r>
    </w:p>
    <w:p>
      <w:r>
        <w:t>数学</w:t>
      </w:r>
    </w:p>
    <w:p>
      <w:r>
        <w:t>国优计划</w:t>
      </w:r>
    </w:p>
    <w:p>
      <w:r>
        <w:t>冯松宇</w:t>
      </w:r>
    </w:p>
    <w:p>
      <w:r>
        <w:t>3310****0151</w:t>
      </w:r>
    </w:p>
    <w:p>
      <w:r>
        <w:t>硕士</w:t>
      </w:r>
    </w:p>
    <w:p>
      <w:r>
        <w:t>数学系</w:t>
      </w:r>
    </w:p>
    <w:p>
      <w:r>
        <w:t>070100</w:t>
      </w:r>
    </w:p>
    <w:p>
      <w:r>
        <w:t>数学</w:t>
      </w:r>
    </w:p>
    <w:p>
      <w:r>
        <w:t>干俊涵</w:t>
      </w:r>
    </w:p>
    <w:p>
      <w:r>
        <w:t>3412****083X</w:t>
      </w:r>
    </w:p>
    <w:p>
      <w:r>
        <w:t>硕士</w:t>
      </w:r>
    </w:p>
    <w:p>
      <w:r>
        <w:t>数学系</w:t>
      </w:r>
    </w:p>
    <w:p>
      <w:r>
        <w:t>070100</w:t>
      </w:r>
    </w:p>
    <w:p>
      <w:r>
        <w:t>数学</w:t>
      </w:r>
    </w:p>
    <w:p>
      <w:r>
        <w:t>龚相宇</w:t>
      </w:r>
    </w:p>
    <w:p>
      <w:r>
        <w:t>5001****0216</w:t>
      </w:r>
    </w:p>
    <w:p>
      <w:r>
        <w:t>硕士</w:t>
      </w:r>
    </w:p>
    <w:p>
      <w:r>
        <w:t>数学系</w:t>
      </w:r>
    </w:p>
    <w:p>
      <w:r>
        <w:t>070100</w:t>
      </w:r>
    </w:p>
    <w:p>
      <w:r>
        <w:t>数学</w:t>
      </w:r>
    </w:p>
    <w:p>
      <w:r>
        <w:t>龚佑康</w:t>
      </w:r>
    </w:p>
    <w:p>
      <w:r>
        <w:t>3205****3811</w:t>
      </w:r>
    </w:p>
    <w:p>
      <w:r>
        <w:t>硕士</w:t>
      </w:r>
    </w:p>
    <w:p>
      <w:r>
        <w:t>数学系</w:t>
      </w:r>
    </w:p>
    <w:p>
      <w:r>
        <w:t>070100</w:t>
      </w:r>
    </w:p>
    <w:p>
      <w:r>
        <w:t>数学</w:t>
      </w:r>
    </w:p>
    <w:p>
      <w:r>
        <w:t>国优计划</w:t>
      </w:r>
    </w:p>
    <w:p>
      <w:r>
        <w:t>华万皓</w:t>
      </w:r>
    </w:p>
    <w:p>
      <w:r>
        <w:t>3202****0416</w:t>
      </w:r>
    </w:p>
    <w:p>
      <w:r>
        <w:t>硕士</w:t>
      </w:r>
    </w:p>
    <w:p>
      <w:r>
        <w:t>数学系</w:t>
      </w:r>
    </w:p>
    <w:p>
      <w:r>
        <w:t>070100</w:t>
      </w:r>
    </w:p>
    <w:p>
      <w:r>
        <w:t>数学</w:t>
      </w:r>
    </w:p>
    <w:p>
      <w:r>
        <w:t>黄启睿</w:t>
      </w:r>
    </w:p>
    <w:p>
      <w:r>
        <w:t>4401****2410</w:t>
      </w:r>
    </w:p>
    <w:p>
      <w:r>
        <w:t>硕士</w:t>
      </w:r>
    </w:p>
    <w:p>
      <w:r>
        <w:t>数学系</w:t>
      </w:r>
    </w:p>
    <w:p>
      <w:r>
        <w:t>070100</w:t>
      </w:r>
    </w:p>
    <w:p>
      <w:r>
        <w:t>数学</w:t>
      </w:r>
    </w:p>
    <w:p>
      <w:r>
        <w:t>黄雯</w:t>
      </w:r>
    </w:p>
    <w:p>
      <w:r>
        <w:t>3607****7033</w:t>
      </w:r>
    </w:p>
    <w:p>
      <w:r>
        <w:t>硕士</w:t>
      </w:r>
    </w:p>
    <w:p>
      <w:r>
        <w:t>数学系</w:t>
      </w:r>
    </w:p>
    <w:p>
      <w:r>
        <w:t>070100</w:t>
      </w:r>
    </w:p>
    <w:p>
      <w:r>
        <w:t>数学</w:t>
      </w:r>
    </w:p>
    <w:p>
      <w:r>
        <w:t>黄一夫</w:t>
      </w:r>
    </w:p>
    <w:p>
      <w:r>
        <w:t>4413****3618</w:t>
      </w:r>
    </w:p>
    <w:p>
      <w:r>
        <w:t>硕士</w:t>
      </w:r>
    </w:p>
    <w:p>
      <w:r>
        <w:t>数学系</w:t>
      </w:r>
    </w:p>
    <w:p>
      <w:r>
        <w:t>070100</w:t>
      </w:r>
    </w:p>
    <w:p>
      <w:r>
        <w:t>数学</w:t>
      </w:r>
    </w:p>
    <w:p>
      <w:r>
        <w:t>国优计划</w:t>
      </w:r>
    </w:p>
    <w:p>
      <w:r>
        <w:t>金仁良</w:t>
      </w:r>
    </w:p>
    <w:p>
      <w:r>
        <w:t>3303****0857</w:t>
      </w:r>
    </w:p>
    <w:p>
      <w:r>
        <w:t>硕士</w:t>
      </w:r>
    </w:p>
    <w:p>
      <w:r>
        <w:t>数学系</w:t>
      </w:r>
    </w:p>
    <w:p>
      <w:r>
        <w:t>070100</w:t>
      </w:r>
    </w:p>
    <w:p>
      <w:r>
        <w:t>数学</w:t>
      </w:r>
    </w:p>
    <w:p>
      <w:r>
        <w:t>李健彬</w:t>
      </w:r>
    </w:p>
    <w:p>
      <w:r>
        <w:t>4419****0910</w:t>
      </w:r>
    </w:p>
    <w:p>
      <w:r>
        <w:t>硕士</w:t>
      </w:r>
    </w:p>
    <w:p>
      <w:r>
        <w:t>数学系</w:t>
      </w:r>
    </w:p>
    <w:p>
      <w:r>
        <w:t>070100</w:t>
      </w:r>
    </w:p>
    <w:p>
      <w:r>
        <w:t>数学</w:t>
      </w:r>
    </w:p>
    <w:p>
      <w:r>
        <w:t>李力涛</w:t>
      </w:r>
    </w:p>
    <w:p>
      <w:r>
        <w:t>4401****3314</w:t>
      </w:r>
    </w:p>
    <w:p>
      <w:r>
        <w:t>硕士</w:t>
      </w:r>
    </w:p>
    <w:p>
      <w:r>
        <w:t>数学系</w:t>
      </w:r>
    </w:p>
    <w:p>
      <w:r>
        <w:t>070100</w:t>
      </w:r>
    </w:p>
    <w:p>
      <w:r>
        <w:t>数学</w:t>
      </w:r>
    </w:p>
    <w:p>
      <w:r>
        <w:t>刘东航</w:t>
      </w:r>
    </w:p>
    <w:p>
      <w:r>
        <w:t>2101****5513</w:t>
      </w:r>
    </w:p>
    <w:p>
      <w:r>
        <w:t>硕士</w:t>
      </w:r>
    </w:p>
    <w:p>
      <w:r>
        <w:t>数学系</w:t>
      </w:r>
    </w:p>
    <w:p>
      <w:r>
        <w:t>070100</w:t>
      </w:r>
    </w:p>
    <w:p>
      <w:r>
        <w:t>数学</w:t>
      </w:r>
    </w:p>
    <w:p>
      <w:r>
        <w:t>卢启睿</w:t>
      </w:r>
    </w:p>
    <w:p>
      <w:r>
        <w:t>4401****2314</w:t>
      </w:r>
    </w:p>
    <w:p>
      <w:r>
        <w:t>硕士</w:t>
      </w:r>
    </w:p>
    <w:p>
      <w:r>
        <w:t>数学系</w:t>
      </w:r>
    </w:p>
    <w:p>
      <w:r>
        <w:t>070100</w:t>
      </w:r>
    </w:p>
    <w:p>
      <w:r>
        <w:t>数学</w:t>
      </w:r>
    </w:p>
    <w:p>
      <w:r>
        <w:t>潘韦烨</w:t>
      </w:r>
    </w:p>
    <w:p>
      <w:r>
        <w:t>4413****6923</w:t>
      </w:r>
    </w:p>
    <w:p>
      <w:r>
        <w:t>硕士</w:t>
      </w:r>
    </w:p>
    <w:p>
      <w:r>
        <w:t>数学系</w:t>
      </w:r>
    </w:p>
    <w:p>
      <w:r>
        <w:t>070100</w:t>
      </w:r>
    </w:p>
    <w:p>
      <w:r>
        <w:t>数学</w:t>
      </w:r>
    </w:p>
    <w:p>
      <w:r>
        <w:t>邱俊晰</w:t>
      </w:r>
    </w:p>
    <w:p>
      <w:r>
        <w:t>4403****8119</w:t>
      </w:r>
    </w:p>
    <w:p>
      <w:r>
        <w:t>硕士</w:t>
      </w:r>
    </w:p>
    <w:p>
      <w:r>
        <w:t>数学系</w:t>
      </w:r>
    </w:p>
    <w:p>
      <w:r>
        <w:t>070100</w:t>
      </w:r>
    </w:p>
    <w:p>
      <w:r>
        <w:t>数学</w:t>
      </w:r>
    </w:p>
    <w:p>
      <w:r>
        <w:t>沙天伟</w:t>
      </w:r>
    </w:p>
    <w:p>
      <w:r>
        <w:t>3405****021X</w:t>
      </w:r>
    </w:p>
    <w:p>
      <w:r>
        <w:t>硕士</w:t>
      </w:r>
    </w:p>
    <w:p>
      <w:r>
        <w:t>数学系</w:t>
      </w:r>
    </w:p>
    <w:p>
      <w:r>
        <w:t>070100</w:t>
      </w:r>
    </w:p>
    <w:p>
      <w:r>
        <w:t>数学</w:t>
      </w:r>
    </w:p>
    <w:p>
      <w:r>
        <w:t>国优计划</w:t>
      </w:r>
    </w:p>
    <w:p>
      <w:r>
        <w:t>沈博翰</w:t>
      </w:r>
    </w:p>
    <w:p>
      <w:r>
        <w:t>3301****401X</w:t>
      </w:r>
    </w:p>
    <w:p>
      <w:r>
        <w:t>硕士</w:t>
      </w:r>
    </w:p>
    <w:p>
      <w:r>
        <w:t>数学系</w:t>
      </w:r>
    </w:p>
    <w:p>
      <w:r>
        <w:t>070100</w:t>
      </w:r>
    </w:p>
    <w:p>
      <w:r>
        <w:t>数学</w:t>
      </w:r>
    </w:p>
    <w:p>
      <w:r>
        <w:t>谭文瀚</w:t>
      </w:r>
    </w:p>
    <w:p>
      <w:r>
        <w:t>4201****5019</w:t>
      </w:r>
    </w:p>
    <w:p>
      <w:r>
        <w:t>硕士</w:t>
      </w:r>
    </w:p>
    <w:p>
      <w:r>
        <w:t>数学系</w:t>
      </w:r>
    </w:p>
    <w:p>
      <w:r>
        <w:t>070100</w:t>
      </w:r>
    </w:p>
    <w:p>
      <w:r>
        <w:t>数学</w:t>
      </w:r>
    </w:p>
    <w:p>
      <w:r>
        <w:t>国优计划</w:t>
      </w:r>
    </w:p>
    <w:p>
      <w:r>
        <w:t>唐祎亮</w:t>
      </w:r>
    </w:p>
    <w:p>
      <w:r>
        <w:t>4303****0173</w:t>
      </w:r>
    </w:p>
    <w:p>
      <w:r>
        <w:t>硕士</w:t>
      </w:r>
    </w:p>
    <w:p>
      <w:r>
        <w:t>数学系</w:t>
      </w:r>
    </w:p>
    <w:p>
      <w:r>
        <w:t>070100</w:t>
      </w:r>
    </w:p>
    <w:p>
      <w:r>
        <w:t>数学</w:t>
      </w:r>
    </w:p>
    <w:p>
      <w:r>
        <w:t>陶徐添石</w:t>
      </w:r>
    </w:p>
    <w:p>
      <w:r>
        <w:t>3205****1713</w:t>
      </w:r>
    </w:p>
    <w:p>
      <w:r>
        <w:t>硕士</w:t>
      </w:r>
    </w:p>
    <w:p>
      <w:r>
        <w:t>数学系</w:t>
      </w:r>
    </w:p>
    <w:p>
      <w:r>
        <w:t>070100</w:t>
      </w:r>
    </w:p>
    <w:p>
      <w:r>
        <w:t>数学</w:t>
      </w:r>
    </w:p>
    <w:p>
      <w:r>
        <w:t>涂峻旗</w:t>
      </w:r>
    </w:p>
    <w:p>
      <w:r>
        <w:t>5115****0077</w:t>
      </w:r>
    </w:p>
    <w:p>
      <w:r>
        <w:t>硕士</w:t>
      </w:r>
    </w:p>
    <w:p>
      <w:r>
        <w:t>数学系</w:t>
      </w:r>
    </w:p>
    <w:p>
      <w:r>
        <w:t>070100</w:t>
      </w:r>
    </w:p>
    <w:p>
      <w:r>
        <w:t>数学</w:t>
      </w:r>
    </w:p>
    <w:p>
      <w:r>
        <w:t>国优计划</w:t>
      </w:r>
    </w:p>
    <w:p>
      <w:r>
        <w:t>王海粼</w:t>
      </w:r>
    </w:p>
    <w:p>
      <w:r>
        <w:t>5001****0653</w:t>
      </w:r>
    </w:p>
    <w:p>
      <w:r>
        <w:t>硕士</w:t>
      </w:r>
    </w:p>
    <w:p>
      <w:r>
        <w:t>数学系</w:t>
      </w:r>
    </w:p>
    <w:p>
      <w:r>
        <w:t>070100</w:t>
      </w:r>
    </w:p>
    <w:p>
      <w:r>
        <w:t>数学</w:t>
      </w:r>
    </w:p>
    <w:p>
      <w:r>
        <w:t>韦媛元</w:t>
      </w:r>
    </w:p>
    <w:p>
      <w:r>
        <w:t>4420****0046</w:t>
      </w:r>
    </w:p>
    <w:p>
      <w:r>
        <w:t>硕士</w:t>
      </w:r>
    </w:p>
    <w:p>
      <w:r>
        <w:t>数学系</w:t>
      </w:r>
    </w:p>
    <w:p>
      <w:r>
        <w:t>070100</w:t>
      </w:r>
    </w:p>
    <w:p>
      <w:r>
        <w:t>数学</w:t>
      </w:r>
    </w:p>
    <w:p>
      <w:r>
        <w:t>魏基宁</w:t>
      </w:r>
    </w:p>
    <w:p>
      <w:r>
        <w:t>3703****1011</w:t>
      </w:r>
    </w:p>
    <w:p>
      <w:r>
        <w:t>硕士</w:t>
      </w:r>
    </w:p>
    <w:p>
      <w:r>
        <w:t>数学系</w:t>
      </w:r>
    </w:p>
    <w:p>
      <w:r>
        <w:t>070100</w:t>
      </w:r>
    </w:p>
    <w:p>
      <w:r>
        <w:t>数学</w:t>
      </w:r>
    </w:p>
    <w:p>
      <w:r>
        <w:t>国优计划</w:t>
      </w:r>
    </w:p>
    <w:p>
      <w:r>
        <w:t>吴福城</w:t>
      </w:r>
    </w:p>
    <w:p>
      <w:r>
        <w:t>3303****3318</w:t>
      </w:r>
    </w:p>
    <w:p>
      <w:r>
        <w:t>硕士</w:t>
      </w:r>
    </w:p>
    <w:p>
      <w:r>
        <w:t>数学系</w:t>
      </w:r>
    </w:p>
    <w:p>
      <w:r>
        <w:t>070100</w:t>
      </w:r>
    </w:p>
    <w:p>
      <w:r>
        <w:t>数学</w:t>
      </w:r>
    </w:p>
    <w:p>
      <w:r>
        <w:t>应浩然</w:t>
      </w:r>
    </w:p>
    <w:p>
      <w:r>
        <w:t>3310****0078</w:t>
      </w:r>
    </w:p>
    <w:p>
      <w:r>
        <w:t>硕士</w:t>
      </w:r>
    </w:p>
    <w:p>
      <w:r>
        <w:t>数学系</w:t>
      </w:r>
    </w:p>
    <w:p>
      <w:r>
        <w:t>070100</w:t>
      </w:r>
    </w:p>
    <w:p>
      <w:r>
        <w:t>数学</w:t>
      </w:r>
    </w:p>
    <w:p>
      <w:r>
        <w:t>国优计划</w:t>
      </w:r>
    </w:p>
    <w:p>
      <w:r>
        <w:t>李晶阳</w:t>
      </w:r>
    </w:p>
    <w:p>
      <w:r>
        <w:t>5117****2018</w:t>
      </w:r>
    </w:p>
    <w:p>
      <w:r>
        <w:t>直博生</w:t>
      </w:r>
    </w:p>
    <w:p>
      <w:r>
        <w:t>数学系</w:t>
      </w:r>
    </w:p>
    <w:p>
      <w:r>
        <w:t>070100</w:t>
      </w:r>
    </w:p>
    <w:p>
      <w:r>
        <w:t>数学</w:t>
      </w:r>
    </w:p>
    <w:p>
      <w:r>
        <w:t>李明昊</w:t>
      </w:r>
    </w:p>
    <w:p>
      <w:r>
        <w:t>6541****1199</w:t>
      </w:r>
    </w:p>
    <w:p>
      <w:r>
        <w:t>直博生</w:t>
      </w:r>
    </w:p>
    <w:p>
      <w:r>
        <w:t>数学系</w:t>
      </w:r>
    </w:p>
    <w:p>
      <w:r>
        <w:t>070100</w:t>
      </w:r>
    </w:p>
    <w:p>
      <w:r>
        <w:t>数学</w:t>
      </w:r>
    </w:p>
    <w:p>
      <w:r>
        <w:t>吕康禾</w:t>
      </w:r>
    </w:p>
    <w:p>
      <w:r>
        <w:t>5332****0033</w:t>
      </w:r>
    </w:p>
    <w:p>
      <w:r>
        <w:t>直博生</w:t>
      </w:r>
    </w:p>
    <w:p>
      <w:r>
        <w:t>数学系</w:t>
      </w:r>
    </w:p>
    <w:p>
      <w:r>
        <w:t>070100</w:t>
      </w:r>
    </w:p>
    <w:p>
      <w:r>
        <w:t>数学</w:t>
      </w:r>
    </w:p>
    <w:p>
      <w:r>
        <w:t>王秉鑫</w:t>
      </w:r>
    </w:p>
    <w:p>
      <w:r>
        <w:t>2201****2110</w:t>
      </w:r>
    </w:p>
    <w:p>
      <w:r>
        <w:t>直博生</w:t>
      </w:r>
    </w:p>
    <w:p>
      <w:r>
        <w:t>数学系</w:t>
      </w:r>
    </w:p>
    <w:p>
      <w:r>
        <w:t>070100</w:t>
      </w:r>
    </w:p>
    <w:p>
      <w:r>
        <w:t>数学</w:t>
      </w:r>
    </w:p>
    <w:p>
      <w:r>
        <w:t>蔡心如</w:t>
      </w:r>
    </w:p>
    <w:p>
      <w:r>
        <w:t>4409****4328</w:t>
      </w:r>
    </w:p>
    <w:p>
      <w:r>
        <w:t>硕士</w:t>
      </w:r>
    </w:p>
    <w:p>
      <w:r>
        <w:t>物理系</w:t>
      </w:r>
    </w:p>
    <w:p>
      <w:r>
        <w:t>070200</w:t>
      </w:r>
    </w:p>
    <w:p>
      <w:r>
        <w:t>物理学</w:t>
      </w:r>
    </w:p>
    <w:p>
      <w:r>
        <w:t>陈沛安</w:t>
      </w:r>
    </w:p>
    <w:p>
      <w:r>
        <w:t>3307****0019</w:t>
      </w:r>
    </w:p>
    <w:p>
      <w:r>
        <w:t>硕士</w:t>
      </w:r>
    </w:p>
    <w:p>
      <w:r>
        <w:t>物理系</w:t>
      </w:r>
    </w:p>
    <w:p>
      <w:r>
        <w:t>070200</w:t>
      </w:r>
    </w:p>
    <w:p>
      <w:r>
        <w:t>物理学</w:t>
      </w:r>
    </w:p>
    <w:p>
      <w:r>
        <w:t>国优计划</w:t>
      </w:r>
    </w:p>
    <w:p>
      <w:r>
        <w:t>初沣朔</w:t>
      </w:r>
    </w:p>
    <w:p>
      <w:r>
        <w:t>2301****4513</w:t>
      </w:r>
    </w:p>
    <w:p>
      <w:r>
        <w:t>硕士</w:t>
      </w:r>
    </w:p>
    <w:p>
      <w:r>
        <w:t>物理系</w:t>
      </w:r>
    </w:p>
    <w:p>
      <w:r>
        <w:t>070200</w:t>
      </w:r>
    </w:p>
    <w:p>
      <w:r>
        <w:t>物理学</w:t>
      </w:r>
    </w:p>
    <w:p>
      <w:r>
        <w:t>崔凯</w:t>
      </w:r>
    </w:p>
    <w:p>
      <w:r>
        <w:t>1301****061X</w:t>
      </w:r>
    </w:p>
    <w:p>
      <w:r>
        <w:t>硕士</w:t>
      </w:r>
    </w:p>
    <w:p>
      <w:r>
        <w:t>物理系</w:t>
      </w:r>
    </w:p>
    <w:p>
      <w:r>
        <w:t>070200</w:t>
      </w:r>
    </w:p>
    <w:p>
      <w:r>
        <w:t>物理学</w:t>
      </w:r>
    </w:p>
    <w:p>
      <w:r>
        <w:t>邓永舜</w:t>
      </w:r>
    </w:p>
    <w:p>
      <w:r>
        <w:t>3703****1712</w:t>
      </w:r>
    </w:p>
    <w:p>
      <w:r>
        <w:t>硕士</w:t>
      </w:r>
    </w:p>
    <w:p>
      <w:r>
        <w:t>物理系</w:t>
      </w:r>
    </w:p>
    <w:p>
      <w:r>
        <w:t>070200</w:t>
      </w:r>
    </w:p>
    <w:p>
      <w:r>
        <w:t>物理学</w:t>
      </w:r>
    </w:p>
    <w:p>
      <w:r>
        <w:t>董文庆</w:t>
      </w:r>
    </w:p>
    <w:p>
      <w:r>
        <w:t>3623****2412</w:t>
      </w:r>
    </w:p>
    <w:p>
      <w:r>
        <w:t>硕士</w:t>
      </w:r>
    </w:p>
    <w:p>
      <w:r>
        <w:t>物理系</w:t>
      </w:r>
    </w:p>
    <w:p>
      <w:r>
        <w:t>070200</w:t>
      </w:r>
    </w:p>
    <w:p>
      <w:r>
        <w:t>物理学</w:t>
      </w:r>
    </w:p>
    <w:p>
      <w:r>
        <w:t>段宗辰</w:t>
      </w:r>
    </w:p>
    <w:p>
      <w:r>
        <w:t>3701****7712</w:t>
      </w:r>
    </w:p>
    <w:p>
      <w:r>
        <w:t>硕士</w:t>
      </w:r>
    </w:p>
    <w:p>
      <w:r>
        <w:t>物理系</w:t>
      </w:r>
    </w:p>
    <w:p>
      <w:r>
        <w:t>070200</w:t>
      </w:r>
    </w:p>
    <w:p>
      <w:r>
        <w:t>物理学</w:t>
      </w:r>
    </w:p>
    <w:p>
      <w:r>
        <w:t>范修豪</w:t>
      </w:r>
    </w:p>
    <w:p>
      <w:r>
        <w:t>5107****0758</w:t>
      </w:r>
    </w:p>
    <w:p>
      <w:r>
        <w:t>硕士</w:t>
      </w:r>
    </w:p>
    <w:p>
      <w:r>
        <w:t>物理系</w:t>
      </w:r>
    </w:p>
    <w:p>
      <w:r>
        <w:t>070200</w:t>
      </w:r>
    </w:p>
    <w:p>
      <w:r>
        <w:t>物理学</w:t>
      </w:r>
    </w:p>
    <w:p>
      <w:r>
        <w:t>高茂林</w:t>
      </w:r>
    </w:p>
    <w:p>
      <w:r>
        <w:t>4309****8117</w:t>
      </w:r>
    </w:p>
    <w:p>
      <w:r>
        <w:t>硕士</w:t>
      </w:r>
    </w:p>
    <w:p>
      <w:r>
        <w:t>物理系</w:t>
      </w:r>
    </w:p>
    <w:p>
      <w:r>
        <w:t>070200</w:t>
      </w:r>
    </w:p>
    <w:p>
      <w:r>
        <w:t>物理学</w:t>
      </w:r>
    </w:p>
    <w:p>
      <w:r>
        <w:t>韩子康</w:t>
      </w:r>
    </w:p>
    <w:p>
      <w:r>
        <w:t>4104****5571</w:t>
      </w:r>
    </w:p>
    <w:p>
      <w:r>
        <w:t>硕士</w:t>
      </w:r>
    </w:p>
    <w:p>
      <w:r>
        <w:t>物理系</w:t>
      </w:r>
    </w:p>
    <w:p>
      <w:r>
        <w:t>070200</w:t>
      </w:r>
    </w:p>
    <w:p>
      <w:r>
        <w:t>物理学</w:t>
      </w:r>
    </w:p>
    <w:p>
      <w:r>
        <w:t>南方科技大学2026级推免生（含直博生）拟录取名单</w:t>
      </w:r>
    </w:p>
    <w:p>
      <w:r>
        <w:t>姓名</w:t>
      </w:r>
    </w:p>
    <w:p>
      <w:r>
        <w:t>证件号码</w:t>
      </w:r>
    </w:p>
    <w:p>
      <w:r>
        <w:t>录取类别</w:t>
      </w:r>
    </w:p>
    <w:p>
      <w:r>
        <w:t>录取院系名称</w:t>
      </w:r>
    </w:p>
    <w:p>
      <w:r>
        <w:t>录取专业代码</w:t>
      </w:r>
    </w:p>
    <w:p>
      <w:r>
        <w:t>录取专业名称</w:t>
      </w:r>
    </w:p>
    <w:p>
      <w:r>
        <w:t>备注</w:t>
      </w:r>
    </w:p>
    <w:p>
      <w:r>
        <w:t>胡培真</w:t>
      </w:r>
    </w:p>
    <w:p>
      <w:r>
        <w:t>4452****1888</w:t>
      </w:r>
    </w:p>
    <w:p>
      <w:r>
        <w:t>硕士</w:t>
      </w:r>
    </w:p>
    <w:p>
      <w:r>
        <w:t>物理系</w:t>
      </w:r>
    </w:p>
    <w:p>
      <w:r>
        <w:t>070200</w:t>
      </w:r>
    </w:p>
    <w:p>
      <w:r>
        <w:t>物理学</w:t>
      </w:r>
    </w:p>
    <w:p>
      <w:r>
        <w:t>李航宇</w:t>
      </w:r>
    </w:p>
    <w:p>
      <w:r>
        <w:t>4304****0071</w:t>
      </w:r>
    </w:p>
    <w:p>
      <w:r>
        <w:t>硕士</w:t>
      </w:r>
    </w:p>
    <w:p>
      <w:r>
        <w:t>物理系</w:t>
      </w:r>
    </w:p>
    <w:p>
      <w:r>
        <w:t>070200</w:t>
      </w:r>
    </w:p>
    <w:p>
      <w:r>
        <w:t>物理学</w:t>
      </w:r>
    </w:p>
    <w:p>
      <w:r>
        <w:t>梁晨</w:t>
      </w:r>
    </w:p>
    <w:p>
      <w:r>
        <w:t>4110****4032</w:t>
      </w:r>
    </w:p>
    <w:p>
      <w:r>
        <w:t>硕士</w:t>
      </w:r>
    </w:p>
    <w:p>
      <w:r>
        <w:t>物理系</w:t>
      </w:r>
    </w:p>
    <w:p>
      <w:r>
        <w:t>070200</w:t>
      </w:r>
    </w:p>
    <w:p>
      <w:r>
        <w:t>物理学</w:t>
      </w:r>
    </w:p>
    <w:p>
      <w:r>
        <w:t>刘恭文</w:t>
      </w:r>
    </w:p>
    <w:p>
      <w:r>
        <w:t>4304****0033</w:t>
      </w:r>
    </w:p>
    <w:p>
      <w:r>
        <w:t>硕士</w:t>
      </w:r>
    </w:p>
    <w:p>
      <w:r>
        <w:t>物理系</w:t>
      </w:r>
    </w:p>
    <w:p>
      <w:r>
        <w:t>070200</w:t>
      </w:r>
    </w:p>
    <w:p>
      <w:r>
        <w:t>物理学</w:t>
      </w:r>
    </w:p>
    <w:p>
      <w:r>
        <w:t>刘奕婷</w:t>
      </w:r>
    </w:p>
    <w:p>
      <w:r>
        <w:t>5301****2721</w:t>
      </w:r>
    </w:p>
    <w:p>
      <w:r>
        <w:t>硕士</w:t>
      </w:r>
    </w:p>
    <w:p>
      <w:r>
        <w:t>物理系</w:t>
      </w:r>
    </w:p>
    <w:p>
      <w:r>
        <w:t>070200</w:t>
      </w:r>
    </w:p>
    <w:p>
      <w:r>
        <w:t>物理学</w:t>
      </w:r>
    </w:p>
    <w:p>
      <w:r>
        <w:t>卢盛平</w:t>
      </w:r>
    </w:p>
    <w:p>
      <w:r>
        <w:t>4310****521X</w:t>
      </w:r>
    </w:p>
    <w:p>
      <w:r>
        <w:t>硕士</w:t>
      </w:r>
    </w:p>
    <w:p>
      <w:r>
        <w:t>物理系</w:t>
      </w:r>
    </w:p>
    <w:p>
      <w:r>
        <w:t>070200</w:t>
      </w:r>
    </w:p>
    <w:p>
      <w:r>
        <w:t>物理学</w:t>
      </w:r>
    </w:p>
    <w:p>
      <w:r>
        <w:t>罗逸航</w:t>
      </w:r>
    </w:p>
    <w:p>
      <w:r>
        <w:t>4209****2430</w:t>
      </w:r>
    </w:p>
    <w:p>
      <w:r>
        <w:t>硕士</w:t>
      </w:r>
    </w:p>
    <w:p>
      <w:r>
        <w:t>物理系</w:t>
      </w:r>
    </w:p>
    <w:p>
      <w:r>
        <w:t>070200</w:t>
      </w:r>
    </w:p>
    <w:p>
      <w:r>
        <w:t>物理学</w:t>
      </w:r>
    </w:p>
    <w:p>
      <w:r>
        <w:t>茆宇浩</w:t>
      </w:r>
    </w:p>
    <w:p>
      <w:r>
        <w:t>3401****7695</w:t>
      </w:r>
    </w:p>
    <w:p>
      <w:r>
        <w:t>硕士</w:t>
      </w:r>
    </w:p>
    <w:p>
      <w:r>
        <w:t>物理系</w:t>
      </w:r>
    </w:p>
    <w:p>
      <w:r>
        <w:t>070200</w:t>
      </w:r>
    </w:p>
    <w:p>
      <w:r>
        <w:t>物理学</w:t>
      </w:r>
    </w:p>
    <w:p>
      <w:r>
        <w:t>潘培杰</w:t>
      </w:r>
    </w:p>
    <w:p>
      <w:r>
        <w:t>4416****4710</w:t>
      </w:r>
    </w:p>
    <w:p>
      <w:r>
        <w:t>硕士</w:t>
      </w:r>
    </w:p>
    <w:p>
      <w:r>
        <w:t>物理系</w:t>
      </w:r>
    </w:p>
    <w:p>
      <w:r>
        <w:t>070200</w:t>
      </w:r>
    </w:p>
    <w:p>
      <w:r>
        <w:t>物理学</w:t>
      </w:r>
    </w:p>
    <w:p>
      <w:r>
        <w:t>曲晓飞</w:t>
      </w:r>
    </w:p>
    <w:p>
      <w:r>
        <w:t>1305****3910</w:t>
      </w:r>
    </w:p>
    <w:p>
      <w:r>
        <w:t>硕士</w:t>
      </w:r>
    </w:p>
    <w:p>
      <w:r>
        <w:t>物理系</w:t>
      </w:r>
    </w:p>
    <w:p>
      <w:r>
        <w:t>070200</w:t>
      </w:r>
    </w:p>
    <w:p>
      <w:r>
        <w:t>物理学</w:t>
      </w:r>
    </w:p>
    <w:p>
      <w:r>
        <w:t>佘天健</w:t>
      </w:r>
    </w:p>
    <w:p>
      <w:r>
        <w:t>4405****4619</w:t>
      </w:r>
    </w:p>
    <w:p>
      <w:r>
        <w:t>硕士</w:t>
      </w:r>
    </w:p>
    <w:p>
      <w:r>
        <w:t>物理系</w:t>
      </w:r>
    </w:p>
    <w:p>
      <w:r>
        <w:t>070200</w:t>
      </w:r>
    </w:p>
    <w:p>
      <w:r>
        <w:t>物理学</w:t>
      </w:r>
    </w:p>
    <w:p>
      <w:r>
        <w:t>谭永钦</w:t>
      </w:r>
    </w:p>
    <w:p>
      <w:r>
        <w:t>4453****1771</w:t>
      </w:r>
    </w:p>
    <w:p>
      <w:r>
        <w:t>硕士</w:t>
      </w:r>
    </w:p>
    <w:p>
      <w:r>
        <w:t>物理系</w:t>
      </w:r>
    </w:p>
    <w:p>
      <w:r>
        <w:t>070200</w:t>
      </w:r>
    </w:p>
    <w:p>
      <w:r>
        <w:t>物理学</w:t>
      </w:r>
    </w:p>
    <w:p>
      <w:r>
        <w:t>王晟戎</w:t>
      </w:r>
    </w:p>
    <w:p>
      <w:r>
        <w:t>4418****8512</w:t>
      </w:r>
    </w:p>
    <w:p>
      <w:r>
        <w:t>硕士</w:t>
      </w:r>
    </w:p>
    <w:p>
      <w:r>
        <w:t>物理系</w:t>
      </w:r>
    </w:p>
    <w:p>
      <w:r>
        <w:t>070200</w:t>
      </w:r>
    </w:p>
    <w:p>
      <w:r>
        <w:t>物理学</w:t>
      </w:r>
    </w:p>
    <w:p>
      <w:r>
        <w:t>王登昱</w:t>
      </w:r>
    </w:p>
    <w:p>
      <w:r>
        <w:t>1401****351X</w:t>
      </w:r>
    </w:p>
    <w:p>
      <w:r>
        <w:t>硕士</w:t>
      </w:r>
    </w:p>
    <w:p>
      <w:r>
        <w:t>物理系</w:t>
      </w:r>
    </w:p>
    <w:p>
      <w:r>
        <w:t>070200</w:t>
      </w:r>
    </w:p>
    <w:p>
      <w:r>
        <w:t>物理学</w:t>
      </w:r>
    </w:p>
    <w:p>
      <w:r>
        <w:t>王一鑫</w:t>
      </w:r>
    </w:p>
    <w:p>
      <w:r>
        <w:t>6205****0412</w:t>
      </w:r>
    </w:p>
    <w:p>
      <w:r>
        <w:t>硕士</w:t>
      </w:r>
    </w:p>
    <w:p>
      <w:r>
        <w:t>物理系</w:t>
      </w:r>
    </w:p>
    <w:p>
      <w:r>
        <w:t>070200</w:t>
      </w:r>
    </w:p>
    <w:p>
      <w:r>
        <w:t>物理学</w:t>
      </w:r>
    </w:p>
    <w:p>
      <w:r>
        <w:t>工程硕博士专项</w:t>
      </w:r>
    </w:p>
    <w:p>
      <w:r>
        <w:t>王子龙</w:t>
      </w:r>
    </w:p>
    <w:p>
      <w:r>
        <w:t>1427****3315</w:t>
      </w:r>
    </w:p>
    <w:p>
      <w:r>
        <w:t>硕士</w:t>
      </w:r>
    </w:p>
    <w:p>
      <w:r>
        <w:t>物理系</w:t>
      </w:r>
    </w:p>
    <w:p>
      <w:r>
        <w:t>070200</w:t>
      </w:r>
    </w:p>
    <w:p>
      <w:r>
        <w:t>物理学</w:t>
      </w:r>
    </w:p>
    <w:p>
      <w:r>
        <w:t>吴嘉怡</w:t>
      </w:r>
    </w:p>
    <w:p>
      <w:r>
        <w:t>4301****1020</w:t>
      </w:r>
    </w:p>
    <w:p>
      <w:r>
        <w:t>硕士</w:t>
      </w:r>
    </w:p>
    <w:p>
      <w:r>
        <w:t>物理系</w:t>
      </w:r>
    </w:p>
    <w:p>
      <w:r>
        <w:t>070200</w:t>
      </w:r>
    </w:p>
    <w:p>
      <w:r>
        <w:t>物理学</w:t>
      </w:r>
    </w:p>
    <w:p>
      <w:r>
        <w:t>伍冬</w:t>
      </w:r>
    </w:p>
    <w:p>
      <w:r>
        <w:t>5139****7063</w:t>
      </w:r>
    </w:p>
    <w:p>
      <w:r>
        <w:t>硕士</w:t>
      </w:r>
    </w:p>
    <w:p>
      <w:r>
        <w:t>物理系</w:t>
      </w:r>
    </w:p>
    <w:p>
      <w:r>
        <w:t>070200</w:t>
      </w:r>
    </w:p>
    <w:p>
      <w:r>
        <w:t>物理学</w:t>
      </w:r>
    </w:p>
    <w:p>
      <w:r>
        <w:t>熊壬正</w:t>
      </w:r>
    </w:p>
    <w:p>
      <w:r>
        <w:t>4207****0190</w:t>
      </w:r>
    </w:p>
    <w:p>
      <w:r>
        <w:t>硕士</w:t>
      </w:r>
    </w:p>
    <w:p>
      <w:r>
        <w:t>物理系</w:t>
      </w:r>
    </w:p>
    <w:p>
      <w:r>
        <w:t>070200</w:t>
      </w:r>
    </w:p>
    <w:p>
      <w:r>
        <w:t>物理学</w:t>
      </w:r>
    </w:p>
    <w:p>
      <w:r>
        <w:t>许舒菲</w:t>
      </w:r>
    </w:p>
    <w:p>
      <w:r>
        <w:t>4600****7027</w:t>
      </w:r>
    </w:p>
    <w:p>
      <w:r>
        <w:t>硕士</w:t>
      </w:r>
    </w:p>
    <w:p>
      <w:r>
        <w:t>物理系</w:t>
      </w:r>
    </w:p>
    <w:p>
      <w:r>
        <w:t>070200</w:t>
      </w:r>
    </w:p>
    <w:p>
      <w:r>
        <w:t>物理学</w:t>
      </w:r>
    </w:p>
    <w:p>
      <w:r>
        <w:t>张宝心</w:t>
      </w:r>
    </w:p>
    <w:p>
      <w:r>
        <w:t>4403****2745</w:t>
      </w:r>
    </w:p>
    <w:p>
      <w:r>
        <w:t>硕士</w:t>
      </w:r>
    </w:p>
    <w:p>
      <w:r>
        <w:t>物理系</w:t>
      </w:r>
    </w:p>
    <w:p>
      <w:r>
        <w:t>070200</w:t>
      </w:r>
    </w:p>
    <w:p>
      <w:r>
        <w:t>物理学</w:t>
      </w:r>
    </w:p>
    <w:p>
      <w:r>
        <w:t>国优计划</w:t>
      </w:r>
    </w:p>
    <w:p>
      <w:r>
        <w:t>张海钰</w:t>
      </w:r>
    </w:p>
    <w:p>
      <w:r>
        <w:t>4313****0090</w:t>
      </w:r>
    </w:p>
    <w:p>
      <w:r>
        <w:t>硕士</w:t>
      </w:r>
    </w:p>
    <w:p>
      <w:r>
        <w:t>物理系</w:t>
      </w:r>
    </w:p>
    <w:p>
      <w:r>
        <w:t>070200</w:t>
      </w:r>
    </w:p>
    <w:p>
      <w:r>
        <w:t>物理学</w:t>
      </w:r>
    </w:p>
    <w:p>
      <w:r>
        <w:t>卓哲</w:t>
      </w:r>
    </w:p>
    <w:p>
      <w:r>
        <w:t>3623****1632</w:t>
      </w:r>
    </w:p>
    <w:p>
      <w:r>
        <w:t>硕士</w:t>
      </w:r>
    </w:p>
    <w:p>
      <w:r>
        <w:t>物理系</w:t>
      </w:r>
    </w:p>
    <w:p>
      <w:r>
        <w:t>070200</w:t>
      </w:r>
    </w:p>
    <w:p>
      <w:r>
        <w:t>物理学</w:t>
      </w:r>
    </w:p>
    <w:p>
      <w:r>
        <w:t>王子轩</w:t>
      </w:r>
    </w:p>
    <w:p>
      <w:r>
        <w:t>3301****2612</w:t>
      </w:r>
    </w:p>
    <w:p>
      <w:r>
        <w:t>直博生</w:t>
      </w:r>
    </w:p>
    <w:p>
      <w:r>
        <w:t>物理系</w:t>
      </w:r>
    </w:p>
    <w:p>
      <w:r>
        <w:t>085400</w:t>
      </w:r>
    </w:p>
    <w:p>
      <w:r>
        <w:t>电子信息</w:t>
      </w:r>
    </w:p>
    <w:p>
      <w:r>
        <w:t>工程硕博士专项</w:t>
      </w:r>
    </w:p>
    <w:p>
      <w:r>
        <w:t>蔡子嫣</w:t>
      </w:r>
    </w:p>
    <w:p>
      <w:r>
        <w:t>3607****0044</w:t>
      </w:r>
    </w:p>
    <w:p>
      <w:r>
        <w:t>硕士</w:t>
      </w:r>
    </w:p>
    <w:p>
      <w:r>
        <w:t>化学系</w:t>
      </w:r>
    </w:p>
    <w:p>
      <w:r>
        <w:t>070300</w:t>
      </w:r>
    </w:p>
    <w:p>
      <w:r>
        <w:t>化学</w:t>
      </w:r>
    </w:p>
    <w:p>
      <w:r>
        <w:t>曾欣雨</w:t>
      </w:r>
    </w:p>
    <w:p>
      <w:r>
        <w:t>4115****2124</w:t>
      </w:r>
    </w:p>
    <w:p>
      <w:r>
        <w:t>硕士</w:t>
      </w:r>
    </w:p>
    <w:p>
      <w:r>
        <w:t>化学系</w:t>
      </w:r>
    </w:p>
    <w:p>
      <w:r>
        <w:t>070300</w:t>
      </w:r>
    </w:p>
    <w:p>
      <w:r>
        <w:t>化学</w:t>
      </w:r>
    </w:p>
    <w:p>
      <w:r>
        <w:t>陈昊天</w:t>
      </w:r>
    </w:p>
    <w:p>
      <w:r>
        <w:t>3401****1091</w:t>
      </w:r>
    </w:p>
    <w:p>
      <w:r>
        <w:t>硕士</w:t>
      </w:r>
    </w:p>
    <w:p>
      <w:r>
        <w:t>化学系</w:t>
      </w:r>
    </w:p>
    <w:p>
      <w:r>
        <w:t>070300</w:t>
      </w:r>
    </w:p>
    <w:p>
      <w:r>
        <w:t>化学</w:t>
      </w:r>
    </w:p>
    <w:p>
      <w:r>
        <w:t>陈乐辉</w:t>
      </w:r>
    </w:p>
    <w:p>
      <w:r>
        <w:t>4452****301X</w:t>
      </w:r>
    </w:p>
    <w:p>
      <w:r>
        <w:t>硕士</w:t>
      </w:r>
    </w:p>
    <w:p>
      <w:r>
        <w:t>化学系</w:t>
      </w:r>
    </w:p>
    <w:p>
      <w:r>
        <w:t>070300</w:t>
      </w:r>
    </w:p>
    <w:p>
      <w:r>
        <w:t>化学</w:t>
      </w:r>
    </w:p>
    <w:p>
      <w:r>
        <w:t>陈爽</w:t>
      </w:r>
    </w:p>
    <w:p>
      <w:r>
        <w:t>4107****592X</w:t>
      </w:r>
    </w:p>
    <w:p>
      <w:r>
        <w:t>硕士</w:t>
      </w:r>
    </w:p>
    <w:p>
      <w:r>
        <w:t>化学系</w:t>
      </w:r>
    </w:p>
    <w:p>
      <w:r>
        <w:t>070300</w:t>
      </w:r>
    </w:p>
    <w:p>
      <w:r>
        <w:t>化学</w:t>
      </w:r>
    </w:p>
    <w:p>
      <w:r>
        <w:t>陈文静</w:t>
      </w:r>
    </w:p>
    <w:p>
      <w:r>
        <w:t>3408****7224</w:t>
      </w:r>
    </w:p>
    <w:p>
      <w:r>
        <w:t>硕士</w:t>
      </w:r>
    </w:p>
    <w:p>
      <w:r>
        <w:t>化学系</w:t>
      </w:r>
    </w:p>
    <w:p>
      <w:r>
        <w:t>070300</w:t>
      </w:r>
    </w:p>
    <w:p>
      <w:r>
        <w:t>化学</w:t>
      </w:r>
    </w:p>
    <w:p>
      <w:r>
        <w:t>陈希</w:t>
      </w:r>
    </w:p>
    <w:p>
      <w:r>
        <w:t>5001****8325</w:t>
      </w:r>
    </w:p>
    <w:p>
      <w:r>
        <w:t>硕士</w:t>
      </w:r>
    </w:p>
    <w:p>
      <w:r>
        <w:t>化学系</w:t>
      </w:r>
    </w:p>
    <w:p>
      <w:r>
        <w:t>070300</w:t>
      </w:r>
    </w:p>
    <w:p>
      <w:r>
        <w:t>化学</w:t>
      </w:r>
    </w:p>
    <w:p>
      <w:r>
        <w:t>陈晓睿</w:t>
      </w:r>
    </w:p>
    <w:p>
      <w:r>
        <w:t>4211****582X</w:t>
      </w:r>
    </w:p>
    <w:p>
      <w:r>
        <w:t>硕士</w:t>
      </w:r>
    </w:p>
    <w:p>
      <w:r>
        <w:t>化学系</w:t>
      </w:r>
    </w:p>
    <w:p>
      <w:r>
        <w:t>070300</w:t>
      </w:r>
    </w:p>
    <w:p>
      <w:r>
        <w:t>化学</w:t>
      </w:r>
    </w:p>
    <w:p>
      <w:r>
        <w:t>陈晓煜</w:t>
      </w:r>
    </w:p>
    <w:p>
      <w:r>
        <w:t>3703****7620</w:t>
      </w:r>
    </w:p>
    <w:p>
      <w:r>
        <w:t>硕士</w:t>
      </w:r>
    </w:p>
    <w:p>
      <w:r>
        <w:t>化学系</w:t>
      </w:r>
    </w:p>
    <w:p>
      <w:r>
        <w:t>070300</w:t>
      </w:r>
    </w:p>
    <w:p>
      <w:r>
        <w:t>化学</w:t>
      </w:r>
    </w:p>
    <w:p>
      <w:r>
        <w:t>陈愉</w:t>
      </w:r>
    </w:p>
    <w:p>
      <w:r>
        <w:t>2110****7822</w:t>
      </w:r>
    </w:p>
    <w:p>
      <w:r>
        <w:t>硕士</w:t>
      </w:r>
    </w:p>
    <w:p>
      <w:r>
        <w:t>化学系</w:t>
      </w:r>
    </w:p>
    <w:p>
      <w:r>
        <w:t>070300</w:t>
      </w:r>
    </w:p>
    <w:p>
      <w:r>
        <w:t>化学</w:t>
      </w:r>
    </w:p>
    <w:p>
      <w:r>
        <w:t>陈志远</w:t>
      </w:r>
    </w:p>
    <w:p>
      <w:r>
        <w:t>4203****2010</w:t>
      </w:r>
    </w:p>
    <w:p>
      <w:r>
        <w:t>硕士</w:t>
      </w:r>
    </w:p>
    <w:p>
      <w:r>
        <w:t>化学系</w:t>
      </w:r>
    </w:p>
    <w:p>
      <w:r>
        <w:t>070300</w:t>
      </w:r>
    </w:p>
    <w:p>
      <w:r>
        <w:t>化学</w:t>
      </w:r>
    </w:p>
    <w:p>
      <w:r>
        <w:t>程昶</w:t>
      </w:r>
    </w:p>
    <w:p>
      <w:r>
        <w:t>5113****0710</w:t>
      </w:r>
    </w:p>
    <w:p>
      <w:r>
        <w:t>硕士</w:t>
      </w:r>
    </w:p>
    <w:p>
      <w:r>
        <w:t>化学系</w:t>
      </w:r>
    </w:p>
    <w:p>
      <w:r>
        <w:t>070300</w:t>
      </w:r>
    </w:p>
    <w:p>
      <w:r>
        <w:t>化学</w:t>
      </w:r>
    </w:p>
    <w:p>
      <w:r>
        <w:t>戴易川</w:t>
      </w:r>
    </w:p>
    <w:p>
      <w:r>
        <w:t>4401****1855</w:t>
      </w:r>
    </w:p>
    <w:p>
      <w:r>
        <w:t>硕士</w:t>
      </w:r>
    </w:p>
    <w:p>
      <w:r>
        <w:t>化学系</w:t>
      </w:r>
    </w:p>
    <w:p>
      <w:r>
        <w:t>070300</w:t>
      </w:r>
    </w:p>
    <w:p>
      <w:r>
        <w:t>化学</w:t>
      </w:r>
    </w:p>
    <w:p>
      <w:r>
        <w:t>邓婷</w:t>
      </w:r>
    </w:p>
    <w:p>
      <w:r>
        <w:t>3610****0040</w:t>
      </w:r>
    </w:p>
    <w:p>
      <w:r>
        <w:t>硕士</w:t>
      </w:r>
    </w:p>
    <w:p>
      <w:r>
        <w:t>化学系</w:t>
      </w:r>
    </w:p>
    <w:p>
      <w:r>
        <w:t>070300</w:t>
      </w:r>
    </w:p>
    <w:p>
      <w:r>
        <w:t>化学</w:t>
      </w:r>
    </w:p>
    <w:p>
      <w:r>
        <w:t>丁宇俊</w:t>
      </w:r>
    </w:p>
    <w:p>
      <w:r>
        <w:t>3622****0036</w:t>
      </w:r>
    </w:p>
    <w:p>
      <w:r>
        <w:t>硕士</w:t>
      </w:r>
    </w:p>
    <w:p>
      <w:r>
        <w:t>化学系</w:t>
      </w:r>
    </w:p>
    <w:p>
      <w:r>
        <w:t>070300</w:t>
      </w:r>
    </w:p>
    <w:p>
      <w:r>
        <w:t>化学</w:t>
      </w:r>
    </w:p>
    <w:p>
      <w:r>
        <w:t>杜文滔</w:t>
      </w:r>
    </w:p>
    <w:p>
      <w:r>
        <w:t>4409****3416</w:t>
      </w:r>
    </w:p>
    <w:p>
      <w:r>
        <w:t>硕士</w:t>
      </w:r>
    </w:p>
    <w:p>
      <w:r>
        <w:t>化学系</w:t>
      </w:r>
    </w:p>
    <w:p>
      <w:r>
        <w:t>070300</w:t>
      </w:r>
    </w:p>
    <w:p>
      <w:r>
        <w:t>化学</w:t>
      </w:r>
    </w:p>
    <w:p>
      <w:r>
        <w:t>冯羽飞</w:t>
      </w:r>
    </w:p>
    <w:p>
      <w:r>
        <w:t>3625****0613</w:t>
      </w:r>
    </w:p>
    <w:p>
      <w:r>
        <w:t>硕士</w:t>
      </w:r>
    </w:p>
    <w:p>
      <w:r>
        <w:t>化学系</w:t>
      </w:r>
    </w:p>
    <w:p>
      <w:r>
        <w:t>070300</w:t>
      </w:r>
    </w:p>
    <w:p>
      <w:r>
        <w:t>化学</w:t>
      </w:r>
    </w:p>
    <w:p>
      <w:r>
        <w:t>何磊</w:t>
      </w:r>
    </w:p>
    <w:p>
      <w:r>
        <w:t>4307****0015</w:t>
      </w:r>
    </w:p>
    <w:p>
      <w:r>
        <w:t>硕士</w:t>
      </w:r>
    </w:p>
    <w:p>
      <w:r>
        <w:t>化学系</w:t>
      </w:r>
    </w:p>
    <w:p>
      <w:r>
        <w:t>070300</w:t>
      </w:r>
    </w:p>
    <w:p>
      <w:r>
        <w:t>化学</w:t>
      </w:r>
    </w:p>
    <w:p>
      <w:r>
        <w:t>胡佩伶</w:t>
      </w:r>
    </w:p>
    <w:p>
      <w:r>
        <w:t>5002****1004</w:t>
      </w:r>
    </w:p>
    <w:p>
      <w:r>
        <w:t>硕士</w:t>
      </w:r>
    </w:p>
    <w:p>
      <w:r>
        <w:t>化学系</w:t>
      </w:r>
    </w:p>
    <w:p>
      <w:r>
        <w:t>070300</w:t>
      </w:r>
    </w:p>
    <w:p>
      <w:r>
        <w:t>化学</w:t>
      </w:r>
    </w:p>
    <w:p>
      <w:r>
        <w:t>胡湘林</w:t>
      </w:r>
    </w:p>
    <w:p>
      <w:r>
        <w:t>4307****0105</w:t>
      </w:r>
    </w:p>
    <w:p>
      <w:r>
        <w:t>硕士</w:t>
      </w:r>
    </w:p>
    <w:p>
      <w:r>
        <w:t>化学系</w:t>
      </w:r>
    </w:p>
    <w:p>
      <w:r>
        <w:t>070300</w:t>
      </w:r>
    </w:p>
    <w:p>
      <w:r>
        <w:t>化学</w:t>
      </w:r>
    </w:p>
    <w:p>
      <w:r>
        <w:t>胡雪如</w:t>
      </w:r>
    </w:p>
    <w:p>
      <w:r>
        <w:t>4306****0081</w:t>
      </w:r>
    </w:p>
    <w:p>
      <w:r>
        <w:t>硕士</w:t>
      </w:r>
    </w:p>
    <w:p>
      <w:r>
        <w:t>化学系</w:t>
      </w:r>
    </w:p>
    <w:p>
      <w:r>
        <w:t>070300</w:t>
      </w:r>
    </w:p>
    <w:p>
      <w:r>
        <w:t>化学</w:t>
      </w:r>
    </w:p>
    <w:p>
      <w:r>
        <w:t>胡杨</w:t>
      </w:r>
    </w:p>
    <w:p>
      <w:r>
        <w:t>3401****6015</w:t>
      </w:r>
    </w:p>
    <w:p>
      <w:r>
        <w:t>硕士</w:t>
      </w:r>
    </w:p>
    <w:p>
      <w:r>
        <w:t>化学系</w:t>
      </w:r>
    </w:p>
    <w:p>
      <w:r>
        <w:t>070300</w:t>
      </w:r>
    </w:p>
    <w:p>
      <w:r>
        <w:t>化学</w:t>
      </w:r>
    </w:p>
    <w:p>
      <w:r>
        <w:t>南方科技大学2026级推免生（含直博生）拟录取名单</w:t>
      </w:r>
    </w:p>
    <w:p>
      <w:r>
        <w:t>姓名</w:t>
      </w:r>
    </w:p>
    <w:p>
      <w:r>
        <w:t>证件号码</w:t>
      </w:r>
    </w:p>
    <w:p>
      <w:r>
        <w:t>录取类别</w:t>
      </w:r>
    </w:p>
    <w:p>
      <w:r>
        <w:t>录取院系名称</w:t>
      </w:r>
    </w:p>
    <w:p>
      <w:r>
        <w:t>录取专业代码</w:t>
      </w:r>
    </w:p>
    <w:p>
      <w:r>
        <w:t>录取专业名称</w:t>
      </w:r>
    </w:p>
    <w:p>
      <w:r>
        <w:t>备注</w:t>
      </w:r>
    </w:p>
    <w:p>
      <w:r>
        <w:t>黄依芸</w:t>
      </w:r>
    </w:p>
    <w:p>
      <w:r>
        <w:t>4209****8920</w:t>
      </w:r>
    </w:p>
    <w:p>
      <w:r>
        <w:t>硕士</w:t>
      </w:r>
    </w:p>
    <w:p>
      <w:r>
        <w:t>化学系</w:t>
      </w:r>
    </w:p>
    <w:p>
      <w:r>
        <w:t>070300</w:t>
      </w:r>
    </w:p>
    <w:p>
      <w:r>
        <w:t>化学</w:t>
      </w:r>
    </w:p>
    <w:p>
      <w:r>
        <w:t>黄泳斌</w:t>
      </w:r>
    </w:p>
    <w:p>
      <w:r>
        <w:t>4401****0313</w:t>
      </w:r>
    </w:p>
    <w:p>
      <w:r>
        <w:t>硕士</w:t>
      </w:r>
    </w:p>
    <w:p>
      <w:r>
        <w:t>化学系</w:t>
      </w:r>
    </w:p>
    <w:p>
      <w:r>
        <w:t>070300</w:t>
      </w:r>
    </w:p>
    <w:p>
      <w:r>
        <w:t>化学</w:t>
      </w:r>
    </w:p>
    <w:p>
      <w:r>
        <w:t>李姝慧</w:t>
      </w:r>
    </w:p>
    <w:p>
      <w:r>
        <w:t>4304****0129</w:t>
      </w:r>
    </w:p>
    <w:p>
      <w:r>
        <w:t>硕士</w:t>
      </w:r>
    </w:p>
    <w:p>
      <w:r>
        <w:t>化学系</w:t>
      </w:r>
    </w:p>
    <w:p>
      <w:r>
        <w:t>070300</w:t>
      </w:r>
    </w:p>
    <w:p>
      <w:r>
        <w:t>化学</w:t>
      </w:r>
    </w:p>
    <w:p>
      <w:r>
        <w:t>李想</w:t>
      </w:r>
    </w:p>
    <w:p>
      <w:r>
        <w:t>2302****2523</w:t>
      </w:r>
    </w:p>
    <w:p>
      <w:r>
        <w:t>硕士</w:t>
      </w:r>
    </w:p>
    <w:p>
      <w:r>
        <w:t>化学系</w:t>
      </w:r>
    </w:p>
    <w:p>
      <w:r>
        <w:t>070300</w:t>
      </w:r>
    </w:p>
    <w:p>
      <w:r>
        <w:t>化学</w:t>
      </w:r>
    </w:p>
    <w:p>
      <w:r>
        <w:t>李烨</w:t>
      </w:r>
    </w:p>
    <w:p>
      <w:r>
        <w:t>4405****7129</w:t>
      </w:r>
    </w:p>
    <w:p>
      <w:r>
        <w:t>硕士</w:t>
      </w:r>
    </w:p>
    <w:p>
      <w:r>
        <w:t>化学系</w:t>
      </w:r>
    </w:p>
    <w:p>
      <w:r>
        <w:t>070300</w:t>
      </w:r>
    </w:p>
    <w:p>
      <w:r>
        <w:t>化学</w:t>
      </w:r>
    </w:p>
    <w:p>
      <w:r>
        <w:t>梁至弘</w:t>
      </w:r>
    </w:p>
    <w:p>
      <w:r>
        <w:t>4401****0010</w:t>
      </w:r>
    </w:p>
    <w:p>
      <w:r>
        <w:t>硕士</w:t>
      </w:r>
    </w:p>
    <w:p>
      <w:r>
        <w:t>化学系</w:t>
      </w:r>
    </w:p>
    <w:p>
      <w:r>
        <w:t>070300</w:t>
      </w:r>
    </w:p>
    <w:p>
      <w:r>
        <w:t>化学</w:t>
      </w:r>
    </w:p>
    <w:p>
      <w:r>
        <w:t>国优计划</w:t>
      </w:r>
    </w:p>
    <w:p>
      <w:r>
        <w:t>廖威</w:t>
      </w:r>
    </w:p>
    <w:p>
      <w:r>
        <w:t>4201****3515</w:t>
      </w:r>
    </w:p>
    <w:p>
      <w:r>
        <w:t>硕士</w:t>
      </w:r>
    </w:p>
    <w:p>
      <w:r>
        <w:t>化学系</w:t>
      </w:r>
    </w:p>
    <w:p>
      <w:r>
        <w:t>070300</w:t>
      </w:r>
    </w:p>
    <w:p>
      <w:r>
        <w:t>化学</w:t>
      </w:r>
    </w:p>
    <w:p>
      <w:r>
        <w:t>凌佳鑫</w:t>
      </w:r>
    </w:p>
    <w:p>
      <w:r>
        <w:t>1302****0646</w:t>
      </w:r>
    </w:p>
    <w:p>
      <w:r>
        <w:t>硕士</w:t>
      </w:r>
    </w:p>
    <w:p>
      <w:r>
        <w:t>化学系</w:t>
      </w:r>
    </w:p>
    <w:p>
      <w:r>
        <w:t>070300</w:t>
      </w:r>
    </w:p>
    <w:p>
      <w:r>
        <w:t>化学</w:t>
      </w:r>
    </w:p>
    <w:p>
      <w:r>
        <w:t>刘嘉懿</w:t>
      </w:r>
    </w:p>
    <w:p>
      <w:r>
        <w:t>3601****1426</w:t>
      </w:r>
    </w:p>
    <w:p>
      <w:r>
        <w:t>硕士</w:t>
      </w:r>
    </w:p>
    <w:p>
      <w:r>
        <w:t>化学系</w:t>
      </w:r>
    </w:p>
    <w:p>
      <w:r>
        <w:t>070300</w:t>
      </w:r>
    </w:p>
    <w:p>
      <w:r>
        <w:t>化学</w:t>
      </w:r>
    </w:p>
    <w:p>
      <w:r>
        <w:t>刘琳</w:t>
      </w:r>
    </w:p>
    <w:p>
      <w:r>
        <w:t>3412****1530</w:t>
      </w:r>
    </w:p>
    <w:p>
      <w:r>
        <w:t>硕士</w:t>
      </w:r>
    </w:p>
    <w:p>
      <w:r>
        <w:t>化学系</w:t>
      </w:r>
    </w:p>
    <w:p>
      <w:r>
        <w:t>070300</w:t>
      </w:r>
    </w:p>
    <w:p>
      <w:r>
        <w:t>化学</w:t>
      </w:r>
    </w:p>
    <w:p>
      <w:r>
        <w:t>刘星雨</w:t>
      </w:r>
    </w:p>
    <w:p>
      <w:r>
        <w:t>4303****0024</w:t>
      </w:r>
    </w:p>
    <w:p>
      <w:r>
        <w:t>硕士</w:t>
      </w:r>
    </w:p>
    <w:p>
      <w:r>
        <w:t>化学系</w:t>
      </w:r>
    </w:p>
    <w:p>
      <w:r>
        <w:t>070300</w:t>
      </w:r>
    </w:p>
    <w:p>
      <w:r>
        <w:t>化学</w:t>
      </w:r>
    </w:p>
    <w:p>
      <w:r>
        <w:t>刘雨桐</w:t>
      </w:r>
    </w:p>
    <w:p>
      <w:r>
        <w:t>4600****7425</w:t>
      </w:r>
    </w:p>
    <w:p>
      <w:r>
        <w:t>硕士</w:t>
      </w:r>
    </w:p>
    <w:p>
      <w:r>
        <w:t>化学系</w:t>
      </w:r>
    </w:p>
    <w:p>
      <w:r>
        <w:t>070300</w:t>
      </w:r>
    </w:p>
    <w:p>
      <w:r>
        <w:t>化学</w:t>
      </w:r>
    </w:p>
    <w:p>
      <w:r>
        <w:t>卢为炜</w:t>
      </w:r>
    </w:p>
    <w:p>
      <w:r>
        <w:t>4405****0014</w:t>
      </w:r>
    </w:p>
    <w:p>
      <w:r>
        <w:t>硕士</w:t>
      </w:r>
    </w:p>
    <w:p>
      <w:r>
        <w:t>化学系</w:t>
      </w:r>
    </w:p>
    <w:p>
      <w:r>
        <w:t>070300</w:t>
      </w:r>
    </w:p>
    <w:p>
      <w:r>
        <w:t>化学</w:t>
      </w:r>
    </w:p>
    <w:p>
      <w:r>
        <w:t>鲁茸拉姆</w:t>
      </w:r>
    </w:p>
    <w:p>
      <w:r>
        <w:t>5334****1524</w:t>
      </w:r>
    </w:p>
    <w:p>
      <w:r>
        <w:t>硕士</w:t>
      </w:r>
    </w:p>
    <w:p>
      <w:r>
        <w:t>化学系</w:t>
      </w:r>
    </w:p>
    <w:p>
      <w:r>
        <w:t>070300</w:t>
      </w:r>
    </w:p>
    <w:p>
      <w:r>
        <w:t>化学</w:t>
      </w:r>
    </w:p>
    <w:p>
      <w:r>
        <w:t>麻青青</w:t>
      </w:r>
    </w:p>
    <w:p>
      <w:r>
        <w:t>3306****162X</w:t>
      </w:r>
    </w:p>
    <w:p>
      <w:r>
        <w:t>硕士</w:t>
      </w:r>
    </w:p>
    <w:p>
      <w:r>
        <w:t>化学系</w:t>
      </w:r>
    </w:p>
    <w:p>
      <w:r>
        <w:t>070300</w:t>
      </w:r>
    </w:p>
    <w:p>
      <w:r>
        <w:t>化学</w:t>
      </w:r>
    </w:p>
    <w:p>
      <w:r>
        <w:t>牟烁</w:t>
      </w:r>
    </w:p>
    <w:p>
      <w:r>
        <w:t>2312****0076</w:t>
      </w:r>
    </w:p>
    <w:p>
      <w:r>
        <w:t>硕士</w:t>
      </w:r>
    </w:p>
    <w:p>
      <w:r>
        <w:t>化学系</w:t>
      </w:r>
    </w:p>
    <w:p>
      <w:r>
        <w:t>070300</w:t>
      </w:r>
    </w:p>
    <w:p>
      <w:r>
        <w:t>化学</w:t>
      </w:r>
    </w:p>
    <w:p>
      <w:r>
        <w:t>年子丰</w:t>
      </w:r>
    </w:p>
    <w:p>
      <w:r>
        <w:t>3413****0610</w:t>
      </w:r>
    </w:p>
    <w:p>
      <w:r>
        <w:t>硕士</w:t>
      </w:r>
    </w:p>
    <w:p>
      <w:r>
        <w:t>化学系</w:t>
      </w:r>
    </w:p>
    <w:p>
      <w:r>
        <w:t>070300</w:t>
      </w:r>
    </w:p>
    <w:p>
      <w:r>
        <w:t>化学</w:t>
      </w:r>
    </w:p>
    <w:p>
      <w:r>
        <w:t>彭向博</w:t>
      </w:r>
    </w:p>
    <w:p>
      <w:r>
        <w:t>4312****0054</w:t>
      </w:r>
    </w:p>
    <w:p>
      <w:r>
        <w:t>硕士</w:t>
      </w:r>
    </w:p>
    <w:p>
      <w:r>
        <w:t>化学系</w:t>
      </w:r>
    </w:p>
    <w:p>
      <w:r>
        <w:t>070300</w:t>
      </w:r>
    </w:p>
    <w:p>
      <w:r>
        <w:t>化学</w:t>
      </w:r>
    </w:p>
    <w:p>
      <w:r>
        <w:t>秦玲鸥</w:t>
      </w:r>
    </w:p>
    <w:p>
      <w:r>
        <w:t>5133****0029</w:t>
      </w:r>
    </w:p>
    <w:p>
      <w:r>
        <w:t>硕士</w:t>
      </w:r>
    </w:p>
    <w:p>
      <w:r>
        <w:t>化学系</w:t>
      </w:r>
    </w:p>
    <w:p>
      <w:r>
        <w:t>070300</w:t>
      </w:r>
    </w:p>
    <w:p>
      <w:r>
        <w:t>化学</w:t>
      </w:r>
    </w:p>
    <w:p>
      <w:r>
        <w:t>邱图权</w:t>
      </w:r>
    </w:p>
    <w:p>
      <w:r>
        <w:t>4524****4215</w:t>
      </w:r>
    </w:p>
    <w:p>
      <w:r>
        <w:t>硕士</w:t>
      </w:r>
    </w:p>
    <w:p>
      <w:r>
        <w:t>化学系</w:t>
      </w:r>
    </w:p>
    <w:p>
      <w:r>
        <w:t>070300</w:t>
      </w:r>
    </w:p>
    <w:p>
      <w:r>
        <w:t>化学</w:t>
      </w:r>
    </w:p>
    <w:p>
      <w:r>
        <w:t>全玉琳</w:t>
      </w:r>
    </w:p>
    <w:p>
      <w:r>
        <w:t>5109****2368</w:t>
      </w:r>
    </w:p>
    <w:p>
      <w:r>
        <w:t>硕士</w:t>
      </w:r>
    </w:p>
    <w:p>
      <w:r>
        <w:t>化学系</w:t>
      </w:r>
    </w:p>
    <w:p>
      <w:r>
        <w:t>070300</w:t>
      </w:r>
    </w:p>
    <w:p>
      <w:r>
        <w:t>化学</w:t>
      </w:r>
    </w:p>
    <w:p>
      <w:r>
        <w:t>阮德彪</w:t>
      </w:r>
    </w:p>
    <w:p>
      <w:r>
        <w:t>3408****483X</w:t>
      </w:r>
    </w:p>
    <w:p>
      <w:r>
        <w:t>硕士</w:t>
      </w:r>
    </w:p>
    <w:p>
      <w:r>
        <w:t>化学系</w:t>
      </w:r>
    </w:p>
    <w:p>
      <w:r>
        <w:t>070300</w:t>
      </w:r>
    </w:p>
    <w:p>
      <w:r>
        <w:t>化学</w:t>
      </w:r>
    </w:p>
    <w:p>
      <w:r>
        <w:t>汤文康</w:t>
      </w:r>
    </w:p>
    <w:p>
      <w:r>
        <w:t>4306****0013</w:t>
      </w:r>
    </w:p>
    <w:p>
      <w:r>
        <w:t>硕士</w:t>
      </w:r>
    </w:p>
    <w:p>
      <w:r>
        <w:t>化学系</w:t>
      </w:r>
    </w:p>
    <w:p>
      <w:r>
        <w:t>070300</w:t>
      </w:r>
    </w:p>
    <w:p>
      <w:r>
        <w:t>化学</w:t>
      </w:r>
    </w:p>
    <w:p>
      <w:r>
        <w:t>国优计划</w:t>
      </w:r>
    </w:p>
    <w:p>
      <w:r>
        <w:t>唐威</w:t>
      </w:r>
    </w:p>
    <w:p>
      <w:r>
        <w:t>3417****5037</w:t>
      </w:r>
    </w:p>
    <w:p>
      <w:r>
        <w:t>硕士</w:t>
      </w:r>
    </w:p>
    <w:p>
      <w:r>
        <w:t>化学系</w:t>
      </w:r>
    </w:p>
    <w:p>
      <w:r>
        <w:t>070300</w:t>
      </w:r>
    </w:p>
    <w:p>
      <w:r>
        <w:t>化学</w:t>
      </w:r>
    </w:p>
    <w:p>
      <w:r>
        <w:t>陶龙</w:t>
      </w:r>
    </w:p>
    <w:p>
      <w:r>
        <w:t>5002****4259</w:t>
      </w:r>
    </w:p>
    <w:p>
      <w:r>
        <w:t>硕士</w:t>
      </w:r>
    </w:p>
    <w:p>
      <w:r>
        <w:t>化学系</w:t>
      </w:r>
    </w:p>
    <w:p>
      <w:r>
        <w:t>070300</w:t>
      </w:r>
    </w:p>
    <w:p>
      <w:r>
        <w:t>化学</w:t>
      </w:r>
    </w:p>
    <w:p>
      <w:r>
        <w:t>王敬</w:t>
      </w:r>
    </w:p>
    <w:p>
      <w:r>
        <w:t>3508****0424</w:t>
      </w:r>
    </w:p>
    <w:p>
      <w:r>
        <w:t>硕士</w:t>
      </w:r>
    </w:p>
    <w:p>
      <w:r>
        <w:t>化学系</w:t>
      </w:r>
    </w:p>
    <w:p>
      <w:r>
        <w:t>070300</w:t>
      </w:r>
    </w:p>
    <w:p>
      <w:r>
        <w:t>化学</w:t>
      </w:r>
    </w:p>
    <w:p>
      <w:r>
        <w:t>韦文静</w:t>
      </w:r>
    </w:p>
    <w:p>
      <w:r>
        <w:t>4508****1464</w:t>
      </w:r>
    </w:p>
    <w:p>
      <w:r>
        <w:t>硕士</w:t>
      </w:r>
    </w:p>
    <w:p>
      <w:r>
        <w:t>化学系</w:t>
      </w:r>
    </w:p>
    <w:p>
      <w:r>
        <w:t>070300</w:t>
      </w:r>
    </w:p>
    <w:p>
      <w:r>
        <w:t>化学</w:t>
      </w:r>
    </w:p>
    <w:p>
      <w:r>
        <w:t>吴季维</w:t>
      </w:r>
    </w:p>
    <w:p>
      <w:r>
        <w:t>4211****6915</w:t>
      </w:r>
    </w:p>
    <w:p>
      <w:r>
        <w:t>硕士</w:t>
      </w:r>
    </w:p>
    <w:p>
      <w:r>
        <w:t>化学系</w:t>
      </w:r>
    </w:p>
    <w:p>
      <w:r>
        <w:t>070300</w:t>
      </w:r>
    </w:p>
    <w:p>
      <w:r>
        <w:t>化学</w:t>
      </w:r>
    </w:p>
    <w:p>
      <w:r>
        <w:t>吴晓童</w:t>
      </w:r>
    </w:p>
    <w:p>
      <w:r>
        <w:t>4406****4763</w:t>
      </w:r>
    </w:p>
    <w:p>
      <w:r>
        <w:t>硕士</w:t>
      </w:r>
    </w:p>
    <w:p>
      <w:r>
        <w:t>化学系</w:t>
      </w:r>
    </w:p>
    <w:p>
      <w:r>
        <w:t>070300</w:t>
      </w:r>
    </w:p>
    <w:p>
      <w:r>
        <w:t>化学</w:t>
      </w:r>
    </w:p>
    <w:p>
      <w:r>
        <w:t>吴毅仁</w:t>
      </w:r>
    </w:p>
    <w:p>
      <w:r>
        <w:t>3625****001X</w:t>
      </w:r>
    </w:p>
    <w:p>
      <w:r>
        <w:t>硕士</w:t>
      </w:r>
    </w:p>
    <w:p>
      <w:r>
        <w:t>化学系</w:t>
      </w:r>
    </w:p>
    <w:p>
      <w:r>
        <w:t>070300</w:t>
      </w:r>
    </w:p>
    <w:p>
      <w:r>
        <w:t>化学</w:t>
      </w:r>
    </w:p>
    <w:p>
      <w:r>
        <w:t>肖彦宏</w:t>
      </w:r>
    </w:p>
    <w:p>
      <w:r>
        <w:t>4509****7592</w:t>
      </w:r>
    </w:p>
    <w:p>
      <w:r>
        <w:t>硕士</w:t>
      </w:r>
    </w:p>
    <w:p>
      <w:r>
        <w:t>化学系</w:t>
      </w:r>
    </w:p>
    <w:p>
      <w:r>
        <w:t>070300</w:t>
      </w:r>
    </w:p>
    <w:p>
      <w:r>
        <w:t>化学</w:t>
      </w:r>
    </w:p>
    <w:p>
      <w:r>
        <w:t>谢骞</w:t>
      </w:r>
    </w:p>
    <w:p>
      <w:r>
        <w:t>4453****0312</w:t>
      </w:r>
    </w:p>
    <w:p>
      <w:r>
        <w:t>硕士</w:t>
      </w:r>
    </w:p>
    <w:p>
      <w:r>
        <w:t>化学系</w:t>
      </w:r>
    </w:p>
    <w:p>
      <w:r>
        <w:t>070300</w:t>
      </w:r>
    </w:p>
    <w:p>
      <w:r>
        <w:t>化学</w:t>
      </w:r>
    </w:p>
    <w:p>
      <w:r>
        <w:t>熊玉</w:t>
      </w:r>
    </w:p>
    <w:p>
      <w:r>
        <w:t>5224****7687</w:t>
      </w:r>
    </w:p>
    <w:p>
      <w:r>
        <w:t>硕士</w:t>
      </w:r>
    </w:p>
    <w:p>
      <w:r>
        <w:t>化学系</w:t>
      </w:r>
    </w:p>
    <w:p>
      <w:r>
        <w:t>070300</w:t>
      </w:r>
    </w:p>
    <w:p>
      <w:r>
        <w:t>化学</w:t>
      </w:r>
    </w:p>
    <w:p>
      <w:r>
        <w:t>许小扬</w:t>
      </w:r>
    </w:p>
    <w:p>
      <w:r>
        <w:t>3506****1014</w:t>
      </w:r>
    </w:p>
    <w:p>
      <w:r>
        <w:t>硕士</w:t>
      </w:r>
    </w:p>
    <w:p>
      <w:r>
        <w:t>化学系</w:t>
      </w:r>
    </w:p>
    <w:p>
      <w:r>
        <w:t>070300</w:t>
      </w:r>
    </w:p>
    <w:p>
      <w:r>
        <w:t>化学</w:t>
      </w:r>
    </w:p>
    <w:p>
      <w:r>
        <w:t>张明宇</w:t>
      </w:r>
    </w:p>
    <w:p>
      <w:r>
        <w:t>3401****3510</w:t>
      </w:r>
    </w:p>
    <w:p>
      <w:r>
        <w:t>硕士</w:t>
      </w:r>
    </w:p>
    <w:p>
      <w:r>
        <w:t>化学系</w:t>
      </w:r>
    </w:p>
    <w:p>
      <w:r>
        <w:t>070300</w:t>
      </w:r>
    </w:p>
    <w:p>
      <w:r>
        <w:t>化学</w:t>
      </w:r>
    </w:p>
    <w:p>
      <w:r>
        <w:t>张柔</w:t>
      </w:r>
    </w:p>
    <w:p>
      <w:r>
        <w:t>3607****4224</w:t>
      </w:r>
    </w:p>
    <w:p>
      <w:r>
        <w:t>硕士</w:t>
      </w:r>
    </w:p>
    <w:p>
      <w:r>
        <w:t>化学系</w:t>
      </w:r>
    </w:p>
    <w:p>
      <w:r>
        <w:t>070300</w:t>
      </w:r>
    </w:p>
    <w:p>
      <w:r>
        <w:t>化学</w:t>
      </w:r>
    </w:p>
    <w:p>
      <w:r>
        <w:t>张天豪</w:t>
      </w:r>
    </w:p>
    <w:p>
      <w:r>
        <w:t>3402****0034</w:t>
      </w:r>
    </w:p>
    <w:p>
      <w:r>
        <w:t>硕士</w:t>
      </w:r>
    </w:p>
    <w:p>
      <w:r>
        <w:t>化学系</w:t>
      </w:r>
    </w:p>
    <w:p>
      <w:r>
        <w:t>070300</w:t>
      </w:r>
    </w:p>
    <w:p>
      <w:r>
        <w:t>化学</w:t>
      </w:r>
    </w:p>
    <w:p>
      <w:r>
        <w:t>张正良</w:t>
      </w:r>
    </w:p>
    <w:p>
      <w:r>
        <w:t>1304****2718</w:t>
      </w:r>
    </w:p>
    <w:p>
      <w:r>
        <w:t>硕士</w:t>
      </w:r>
    </w:p>
    <w:p>
      <w:r>
        <w:t>化学系</w:t>
      </w:r>
    </w:p>
    <w:p>
      <w:r>
        <w:t>070300</w:t>
      </w:r>
    </w:p>
    <w:p>
      <w:r>
        <w:t>化学</w:t>
      </w:r>
    </w:p>
    <w:p>
      <w:r>
        <w:t>赵妤</w:t>
      </w:r>
    </w:p>
    <w:p>
      <w:r>
        <w:t>5301****6728</w:t>
      </w:r>
    </w:p>
    <w:p>
      <w:r>
        <w:t>硕士</w:t>
      </w:r>
    </w:p>
    <w:p>
      <w:r>
        <w:t>化学系</w:t>
      </w:r>
    </w:p>
    <w:p>
      <w:r>
        <w:t>070300</w:t>
      </w:r>
    </w:p>
    <w:p>
      <w:r>
        <w:t>化学</w:t>
      </w:r>
    </w:p>
    <w:p>
      <w:r>
        <w:t>郑宁</w:t>
      </w:r>
    </w:p>
    <w:p>
      <w:r>
        <w:t>4211****8253</w:t>
      </w:r>
    </w:p>
    <w:p>
      <w:r>
        <w:t>硕士</w:t>
      </w:r>
    </w:p>
    <w:p>
      <w:r>
        <w:t>化学系</w:t>
      </w:r>
    </w:p>
    <w:p>
      <w:r>
        <w:t>070300</w:t>
      </w:r>
    </w:p>
    <w:p>
      <w:r>
        <w:t>化学</w:t>
      </w:r>
    </w:p>
    <w:p>
      <w:r>
        <w:t>钟屹</w:t>
      </w:r>
    </w:p>
    <w:p>
      <w:r>
        <w:t>5103****9157</w:t>
      </w:r>
    </w:p>
    <w:p>
      <w:r>
        <w:t>硕士</w:t>
      </w:r>
    </w:p>
    <w:p>
      <w:r>
        <w:t>化学系</w:t>
      </w:r>
    </w:p>
    <w:p>
      <w:r>
        <w:t>070300</w:t>
      </w:r>
    </w:p>
    <w:p>
      <w:r>
        <w:t>化学</w:t>
      </w:r>
    </w:p>
    <w:p>
      <w:r>
        <w:t>朱倩莹</w:t>
      </w:r>
    </w:p>
    <w:p>
      <w:r>
        <w:t>4501****1521</w:t>
      </w:r>
    </w:p>
    <w:p>
      <w:r>
        <w:t>硕士</w:t>
      </w:r>
    </w:p>
    <w:p>
      <w:r>
        <w:t>化学系</w:t>
      </w:r>
    </w:p>
    <w:p>
      <w:r>
        <w:t>070300</w:t>
      </w:r>
    </w:p>
    <w:p>
      <w:r>
        <w:t>化学</w:t>
      </w:r>
    </w:p>
    <w:p>
      <w:r>
        <w:t>杨炼</w:t>
      </w:r>
    </w:p>
    <w:p>
      <w:r>
        <w:t>5001****2237</w:t>
      </w:r>
    </w:p>
    <w:p>
      <w:r>
        <w:t>直博生</w:t>
      </w:r>
    </w:p>
    <w:p>
      <w:r>
        <w:t>化学系</w:t>
      </w:r>
    </w:p>
    <w:p>
      <w:r>
        <w:t>085600</w:t>
      </w:r>
    </w:p>
    <w:p>
      <w:r>
        <w:t>材料与化工</w:t>
      </w:r>
    </w:p>
    <w:p>
      <w:r>
        <w:t>工程硕博士专项</w:t>
      </w:r>
    </w:p>
    <w:p>
      <w:r>
        <w:t>陈湉</w:t>
      </w:r>
    </w:p>
    <w:p>
      <w:r>
        <w:t>3509****0065</w:t>
      </w:r>
    </w:p>
    <w:p>
      <w:r>
        <w:t>直博生</w:t>
      </w:r>
    </w:p>
    <w:p>
      <w:r>
        <w:t>化学系</w:t>
      </w:r>
    </w:p>
    <w:p>
      <w:r>
        <w:t>070300</w:t>
      </w:r>
    </w:p>
    <w:p>
      <w:r>
        <w:t>化学</w:t>
      </w:r>
    </w:p>
    <w:p>
      <w:r>
        <w:t>白雨卉</w:t>
      </w:r>
    </w:p>
    <w:p>
      <w:r>
        <w:t>1523****4067</w:t>
      </w:r>
    </w:p>
    <w:p>
      <w:r>
        <w:t>硕士</w:t>
      </w:r>
    </w:p>
    <w:p>
      <w:r>
        <w:t>生命科学学院</w:t>
      </w:r>
    </w:p>
    <w:p>
      <w:r>
        <w:t>071000</w:t>
      </w:r>
    </w:p>
    <w:p>
      <w:r>
        <w:t>生物学</w:t>
      </w:r>
    </w:p>
    <w:p>
      <w:r>
        <w:t>蔡雨霏</w:t>
      </w:r>
    </w:p>
    <w:p>
      <w:r>
        <w:t>3507****0044</w:t>
      </w:r>
    </w:p>
    <w:p>
      <w:r>
        <w:t>硕士</w:t>
      </w:r>
    </w:p>
    <w:p>
      <w:r>
        <w:t>生命科学学院</w:t>
      </w:r>
    </w:p>
    <w:p>
      <w:r>
        <w:t>071000</w:t>
      </w:r>
    </w:p>
    <w:p>
      <w:r>
        <w:t>生物学</w:t>
      </w:r>
    </w:p>
    <w:p>
      <w:r>
        <w:t>南方科技大学2026级推免生（含直博生）拟录取名单</w:t>
      </w:r>
    </w:p>
    <w:p>
      <w:r>
        <w:t>姓名</w:t>
      </w:r>
    </w:p>
    <w:p>
      <w:r>
        <w:t>证件号码</w:t>
      </w:r>
    </w:p>
    <w:p>
      <w:r>
        <w:t>录取类别</w:t>
      </w:r>
    </w:p>
    <w:p>
      <w:r>
        <w:t>录取院系名称</w:t>
      </w:r>
    </w:p>
    <w:p>
      <w:r>
        <w:t>录取专业代码</w:t>
      </w:r>
    </w:p>
    <w:p>
      <w:r>
        <w:t>录取专业名称</w:t>
      </w:r>
    </w:p>
    <w:p>
      <w:r>
        <w:t>备注</w:t>
      </w:r>
    </w:p>
    <w:p>
      <w:r>
        <w:t>陈嘉淳</w:t>
      </w:r>
    </w:p>
    <w:p>
      <w:r>
        <w:t>4452****5329</w:t>
      </w:r>
    </w:p>
    <w:p>
      <w:r>
        <w:t>硕士</w:t>
      </w:r>
    </w:p>
    <w:p>
      <w:r>
        <w:t>生命科学学院</w:t>
      </w:r>
    </w:p>
    <w:p>
      <w:r>
        <w:t>071000</w:t>
      </w:r>
    </w:p>
    <w:p>
      <w:r>
        <w:t>生物学</w:t>
      </w:r>
    </w:p>
    <w:p>
      <w:r>
        <w:t>陈嘉辉</w:t>
      </w:r>
    </w:p>
    <w:p>
      <w:r>
        <w:t>1309****0032</w:t>
      </w:r>
    </w:p>
    <w:p>
      <w:r>
        <w:t>硕士</w:t>
      </w:r>
    </w:p>
    <w:p>
      <w:r>
        <w:t>生命科学学院</w:t>
      </w:r>
    </w:p>
    <w:p>
      <w:r>
        <w:t>071000</w:t>
      </w:r>
    </w:p>
    <w:p>
      <w:r>
        <w:t>生物学</w:t>
      </w:r>
    </w:p>
    <w:p>
      <w:r>
        <w:t>陈奕如</w:t>
      </w:r>
    </w:p>
    <w:p>
      <w:r>
        <w:t>4301****2048</w:t>
      </w:r>
    </w:p>
    <w:p>
      <w:r>
        <w:t>硕士</w:t>
      </w:r>
    </w:p>
    <w:p>
      <w:r>
        <w:t>生命科学学院</w:t>
      </w:r>
    </w:p>
    <w:p>
      <w:r>
        <w:t>071000</w:t>
      </w:r>
    </w:p>
    <w:p>
      <w:r>
        <w:t>生物学</w:t>
      </w:r>
    </w:p>
    <w:p>
      <w:r>
        <w:t>邓敦福</w:t>
      </w:r>
    </w:p>
    <w:p>
      <w:r>
        <w:t>3607****5419</w:t>
      </w:r>
    </w:p>
    <w:p>
      <w:r>
        <w:t>硕士</w:t>
      </w:r>
    </w:p>
    <w:p>
      <w:r>
        <w:t>生命科学学院</w:t>
      </w:r>
    </w:p>
    <w:p>
      <w:r>
        <w:t>071000</w:t>
      </w:r>
    </w:p>
    <w:p>
      <w:r>
        <w:t>生物学</w:t>
      </w:r>
    </w:p>
    <w:p>
      <w:r>
        <w:t>符国凯榆</w:t>
      </w:r>
    </w:p>
    <w:p>
      <w:r>
        <w:t>4601****2436</w:t>
      </w:r>
    </w:p>
    <w:p>
      <w:r>
        <w:t>硕士</w:t>
      </w:r>
    </w:p>
    <w:p>
      <w:r>
        <w:t>生命科学学院</w:t>
      </w:r>
    </w:p>
    <w:p>
      <w:r>
        <w:t>071000</w:t>
      </w:r>
    </w:p>
    <w:p>
      <w:r>
        <w:t>生物学</w:t>
      </w:r>
    </w:p>
    <w:p>
      <w:r>
        <w:t>韩松雨</w:t>
      </w:r>
    </w:p>
    <w:p>
      <w:r>
        <w:t>2103****0023</w:t>
      </w:r>
    </w:p>
    <w:p>
      <w:r>
        <w:t>硕士</w:t>
      </w:r>
    </w:p>
    <w:p>
      <w:r>
        <w:t>生命科学学院</w:t>
      </w:r>
    </w:p>
    <w:p>
      <w:r>
        <w:t>071000</w:t>
      </w:r>
    </w:p>
    <w:p>
      <w:r>
        <w:t>生物学</w:t>
      </w:r>
    </w:p>
    <w:p>
      <w:r>
        <w:t>何田田</w:t>
      </w:r>
    </w:p>
    <w:p>
      <w:r>
        <w:t>4404****9164</w:t>
      </w:r>
    </w:p>
    <w:p>
      <w:r>
        <w:t>硕士</w:t>
      </w:r>
    </w:p>
    <w:p>
      <w:r>
        <w:t>生命科学学院</w:t>
      </w:r>
    </w:p>
    <w:p>
      <w:r>
        <w:t>071000</w:t>
      </w:r>
    </w:p>
    <w:p>
      <w:r>
        <w:t>生物学</w:t>
      </w:r>
    </w:p>
    <w:p>
      <w:r>
        <w:t>廖泽琳</w:t>
      </w:r>
    </w:p>
    <w:p>
      <w:r>
        <w:t>3607****5228</w:t>
      </w:r>
    </w:p>
    <w:p>
      <w:r>
        <w:t>硕士</w:t>
      </w:r>
    </w:p>
    <w:p>
      <w:r>
        <w:t>生命科学学院</w:t>
      </w:r>
    </w:p>
    <w:p>
      <w:r>
        <w:t>071000</w:t>
      </w:r>
    </w:p>
    <w:p>
      <w:r>
        <w:t>生物学</w:t>
      </w:r>
    </w:p>
    <w:p>
      <w:r>
        <w:t>龙琰</w:t>
      </w:r>
    </w:p>
    <w:p>
      <w:r>
        <w:t>5329****1726</w:t>
      </w:r>
    </w:p>
    <w:p>
      <w:r>
        <w:t>硕士</w:t>
      </w:r>
    </w:p>
    <w:p>
      <w:r>
        <w:t>生命科学学院</w:t>
      </w:r>
    </w:p>
    <w:p>
      <w:r>
        <w:t>071000</w:t>
      </w:r>
    </w:p>
    <w:p>
      <w:r>
        <w:t>生物学</w:t>
      </w:r>
    </w:p>
    <w:p>
      <w:r>
        <w:t>国优计划</w:t>
      </w:r>
    </w:p>
    <w:p>
      <w:r>
        <w:t>卢运</w:t>
      </w:r>
    </w:p>
    <w:p>
      <w:r>
        <w:t>4508****7732</w:t>
      </w:r>
    </w:p>
    <w:p>
      <w:r>
        <w:t>硕士</w:t>
      </w:r>
    </w:p>
    <w:p>
      <w:r>
        <w:t>生命科学学院</w:t>
      </w:r>
    </w:p>
    <w:p>
      <w:r>
        <w:t>071000</w:t>
      </w:r>
    </w:p>
    <w:p>
      <w:r>
        <w:t>生物学</w:t>
      </w:r>
    </w:p>
    <w:p>
      <w:r>
        <w:t>莫海斌</w:t>
      </w:r>
    </w:p>
    <w:p>
      <w:r>
        <w:t>4501****3515</w:t>
      </w:r>
    </w:p>
    <w:p>
      <w:r>
        <w:t>硕士</w:t>
      </w:r>
    </w:p>
    <w:p>
      <w:r>
        <w:t>生命科学学院</w:t>
      </w:r>
    </w:p>
    <w:p>
      <w:r>
        <w:t>071000</w:t>
      </w:r>
    </w:p>
    <w:p>
      <w:r>
        <w:t>生物学</w:t>
      </w:r>
    </w:p>
    <w:p>
      <w:r>
        <w:t>莫蕾</w:t>
      </w:r>
    </w:p>
    <w:p>
      <w:r>
        <w:t>4507****7224</w:t>
      </w:r>
    </w:p>
    <w:p>
      <w:r>
        <w:t>硕士</w:t>
      </w:r>
    </w:p>
    <w:p>
      <w:r>
        <w:t>生命科学学院</w:t>
      </w:r>
    </w:p>
    <w:p>
      <w:r>
        <w:t>071000</w:t>
      </w:r>
    </w:p>
    <w:p>
      <w:r>
        <w:t>生物学</w:t>
      </w:r>
    </w:p>
    <w:p>
      <w:r>
        <w:t>任硕</w:t>
      </w:r>
    </w:p>
    <w:p>
      <w:r>
        <w:t>3706****1012</w:t>
      </w:r>
    </w:p>
    <w:p>
      <w:r>
        <w:t>硕士</w:t>
      </w:r>
    </w:p>
    <w:p>
      <w:r>
        <w:t>生命科学学院</w:t>
      </w:r>
    </w:p>
    <w:p>
      <w:r>
        <w:t>071000</w:t>
      </w:r>
    </w:p>
    <w:p>
      <w:r>
        <w:t>生物学</w:t>
      </w:r>
    </w:p>
    <w:p>
      <w:r>
        <w:t>石子萱</w:t>
      </w:r>
    </w:p>
    <w:p>
      <w:r>
        <w:t>3201****0023</w:t>
      </w:r>
    </w:p>
    <w:p>
      <w:r>
        <w:t>硕士</w:t>
      </w:r>
    </w:p>
    <w:p>
      <w:r>
        <w:t>生命科学学院</w:t>
      </w:r>
    </w:p>
    <w:p>
      <w:r>
        <w:t>071000</w:t>
      </w:r>
    </w:p>
    <w:p>
      <w:r>
        <w:t>生物学</w:t>
      </w:r>
    </w:p>
    <w:p>
      <w:r>
        <w:t>史静丹</w:t>
      </w:r>
    </w:p>
    <w:p>
      <w:r>
        <w:t>4452****0325</w:t>
      </w:r>
    </w:p>
    <w:p>
      <w:r>
        <w:t>硕士</w:t>
      </w:r>
    </w:p>
    <w:p>
      <w:r>
        <w:t>生命科学学院</w:t>
      </w:r>
    </w:p>
    <w:p>
      <w:r>
        <w:t>071000</w:t>
      </w:r>
    </w:p>
    <w:p>
      <w:r>
        <w:t>生物学</w:t>
      </w:r>
    </w:p>
    <w:p>
      <w:r>
        <w:t>王境衔</w:t>
      </w:r>
    </w:p>
    <w:p>
      <w:r>
        <w:t>4405****1614</w:t>
      </w:r>
    </w:p>
    <w:p>
      <w:r>
        <w:t>硕士</w:t>
      </w:r>
    </w:p>
    <w:p>
      <w:r>
        <w:t>生命科学学院</w:t>
      </w:r>
    </w:p>
    <w:p>
      <w:r>
        <w:t>071000</w:t>
      </w:r>
    </w:p>
    <w:p>
      <w:r>
        <w:t>生物学</w:t>
      </w:r>
    </w:p>
    <w:p>
      <w:r>
        <w:t>王璐敏</w:t>
      </w:r>
    </w:p>
    <w:p>
      <w:r>
        <w:t>4416****3223</w:t>
      </w:r>
    </w:p>
    <w:p>
      <w:r>
        <w:t>硕士</w:t>
      </w:r>
    </w:p>
    <w:p>
      <w:r>
        <w:t>生命科学学院</w:t>
      </w:r>
    </w:p>
    <w:p>
      <w:r>
        <w:t>071000</w:t>
      </w:r>
    </w:p>
    <w:p>
      <w:r>
        <w:t>生物学</w:t>
      </w:r>
    </w:p>
    <w:p>
      <w:r>
        <w:t>王志文</w:t>
      </w:r>
    </w:p>
    <w:p>
      <w:r>
        <w:t>3607****7052</w:t>
      </w:r>
    </w:p>
    <w:p>
      <w:r>
        <w:t>硕士</w:t>
      </w:r>
    </w:p>
    <w:p>
      <w:r>
        <w:t>生命科学学院</w:t>
      </w:r>
    </w:p>
    <w:p>
      <w:r>
        <w:t>071000</w:t>
      </w:r>
    </w:p>
    <w:p>
      <w:r>
        <w:t>生物学</w:t>
      </w:r>
    </w:p>
    <w:p>
      <w:r>
        <w:t>吴红虹</w:t>
      </w:r>
    </w:p>
    <w:p>
      <w:r>
        <w:t>4501****0022</w:t>
      </w:r>
    </w:p>
    <w:p>
      <w:r>
        <w:t>硕士</w:t>
      </w:r>
    </w:p>
    <w:p>
      <w:r>
        <w:t>生命科学学院</w:t>
      </w:r>
    </w:p>
    <w:p>
      <w:r>
        <w:t>071000</w:t>
      </w:r>
    </w:p>
    <w:p>
      <w:r>
        <w:t>生物学</w:t>
      </w:r>
    </w:p>
    <w:p>
      <w:r>
        <w:t>夏琛瑜</w:t>
      </w:r>
    </w:p>
    <w:p>
      <w:r>
        <w:t>1411****001X</w:t>
      </w:r>
    </w:p>
    <w:p>
      <w:r>
        <w:t>硕士</w:t>
      </w:r>
    </w:p>
    <w:p>
      <w:r>
        <w:t>生命科学学院</w:t>
      </w:r>
    </w:p>
    <w:p>
      <w:r>
        <w:t>071000</w:t>
      </w:r>
    </w:p>
    <w:p>
      <w:r>
        <w:t>生物学</w:t>
      </w:r>
    </w:p>
    <w:p>
      <w:r>
        <w:t>尹馨玉</w:t>
      </w:r>
    </w:p>
    <w:p>
      <w:r>
        <w:t>4304****0043</w:t>
      </w:r>
    </w:p>
    <w:p>
      <w:r>
        <w:t>硕士</w:t>
      </w:r>
    </w:p>
    <w:p>
      <w:r>
        <w:t>生命科学学院</w:t>
      </w:r>
    </w:p>
    <w:p>
      <w:r>
        <w:t>071000</w:t>
      </w:r>
    </w:p>
    <w:p>
      <w:r>
        <w:t>生物学</w:t>
      </w:r>
    </w:p>
    <w:p>
      <w:r>
        <w:t>于潇阳</w:t>
      </w:r>
    </w:p>
    <w:p>
      <w:r>
        <w:t>3710****9047</w:t>
      </w:r>
    </w:p>
    <w:p>
      <w:r>
        <w:t>硕士</w:t>
      </w:r>
    </w:p>
    <w:p>
      <w:r>
        <w:t>生命科学学院</w:t>
      </w:r>
    </w:p>
    <w:p>
      <w:r>
        <w:t>071000</w:t>
      </w:r>
    </w:p>
    <w:p>
      <w:r>
        <w:t>生物学</w:t>
      </w:r>
    </w:p>
    <w:p>
      <w:r>
        <w:t>喻小琴</w:t>
      </w:r>
    </w:p>
    <w:p>
      <w:r>
        <w:t>4211****522X</w:t>
      </w:r>
    </w:p>
    <w:p>
      <w:r>
        <w:t>硕士</w:t>
      </w:r>
    </w:p>
    <w:p>
      <w:r>
        <w:t>生命科学学院</w:t>
      </w:r>
    </w:p>
    <w:p>
      <w:r>
        <w:t>071000</w:t>
      </w:r>
    </w:p>
    <w:p>
      <w:r>
        <w:t>生物学</w:t>
      </w:r>
    </w:p>
    <w:p>
      <w:r>
        <w:t>袁翠怡</w:t>
      </w:r>
    </w:p>
    <w:p>
      <w:r>
        <w:t>4420****5708</w:t>
      </w:r>
    </w:p>
    <w:p>
      <w:r>
        <w:t>硕士</w:t>
      </w:r>
    </w:p>
    <w:p>
      <w:r>
        <w:t>生命科学学院</w:t>
      </w:r>
    </w:p>
    <w:p>
      <w:r>
        <w:t>071000</w:t>
      </w:r>
    </w:p>
    <w:p>
      <w:r>
        <w:t>生物学</w:t>
      </w:r>
    </w:p>
    <w:p>
      <w:r>
        <w:t>张可欣</w:t>
      </w:r>
    </w:p>
    <w:p>
      <w:r>
        <w:t>5101****0101</w:t>
      </w:r>
    </w:p>
    <w:p>
      <w:r>
        <w:t>硕士</w:t>
      </w:r>
    </w:p>
    <w:p>
      <w:r>
        <w:t>生命科学学院</w:t>
      </w:r>
    </w:p>
    <w:p>
      <w:r>
        <w:t>071000</w:t>
      </w:r>
    </w:p>
    <w:p>
      <w:r>
        <w:t>生物学</w:t>
      </w:r>
    </w:p>
    <w:p>
      <w:r>
        <w:t>张瑞</w:t>
      </w:r>
    </w:p>
    <w:p>
      <w:r>
        <w:t>5321****5923</w:t>
      </w:r>
    </w:p>
    <w:p>
      <w:r>
        <w:t>硕士</w:t>
      </w:r>
    </w:p>
    <w:p>
      <w:r>
        <w:t>生命科学学院</w:t>
      </w:r>
    </w:p>
    <w:p>
      <w:r>
        <w:t>071000</w:t>
      </w:r>
    </w:p>
    <w:p>
      <w:r>
        <w:t>生物学</w:t>
      </w:r>
    </w:p>
    <w:p>
      <w:r>
        <w:t>张淑源</w:t>
      </w:r>
    </w:p>
    <w:p>
      <w:r>
        <w:t>4401****4428</w:t>
      </w:r>
    </w:p>
    <w:p>
      <w:r>
        <w:t>硕士</w:t>
      </w:r>
    </w:p>
    <w:p>
      <w:r>
        <w:t>生命科学学院</w:t>
      </w:r>
    </w:p>
    <w:p>
      <w:r>
        <w:t>071000</w:t>
      </w:r>
    </w:p>
    <w:p>
      <w:r>
        <w:t>生物学</w:t>
      </w:r>
    </w:p>
    <w:p>
      <w:r>
        <w:t>张育鹏</w:t>
      </w:r>
    </w:p>
    <w:p>
      <w:r>
        <w:t>3601****0318</w:t>
      </w:r>
    </w:p>
    <w:p>
      <w:r>
        <w:t>硕士</w:t>
      </w:r>
    </w:p>
    <w:p>
      <w:r>
        <w:t>生命科学学院</w:t>
      </w:r>
    </w:p>
    <w:p>
      <w:r>
        <w:t>071000</w:t>
      </w:r>
    </w:p>
    <w:p>
      <w:r>
        <w:t>生物学</w:t>
      </w:r>
    </w:p>
    <w:p>
      <w:r>
        <w:t>国优计划</w:t>
      </w:r>
    </w:p>
    <w:p>
      <w:r>
        <w:t>周松原</w:t>
      </w:r>
    </w:p>
    <w:p>
      <w:r>
        <w:t>4101****0117</w:t>
      </w:r>
    </w:p>
    <w:p>
      <w:r>
        <w:t>硕士</w:t>
      </w:r>
    </w:p>
    <w:p>
      <w:r>
        <w:t>生命科学学院</w:t>
      </w:r>
    </w:p>
    <w:p>
      <w:r>
        <w:t>071000</w:t>
      </w:r>
    </w:p>
    <w:p>
      <w:r>
        <w:t>生物学</w:t>
      </w:r>
    </w:p>
    <w:p>
      <w:r>
        <w:t>何硕怡</w:t>
      </w:r>
    </w:p>
    <w:p>
      <w:r>
        <w:t>3414****3787</w:t>
      </w:r>
    </w:p>
    <w:p>
      <w:r>
        <w:t>直博生</w:t>
      </w:r>
    </w:p>
    <w:p>
      <w:r>
        <w:t>生命科学学院</w:t>
      </w:r>
    </w:p>
    <w:p>
      <w:r>
        <w:t>071000</w:t>
      </w:r>
    </w:p>
    <w:p>
      <w:r>
        <w:t>生物学</w:t>
      </w:r>
    </w:p>
    <w:p>
      <w:r>
        <w:t>刘柯慧</w:t>
      </w:r>
    </w:p>
    <w:p>
      <w:r>
        <w:t>4302****9122</w:t>
      </w:r>
    </w:p>
    <w:p>
      <w:r>
        <w:t>直博生</w:t>
      </w:r>
    </w:p>
    <w:p>
      <w:r>
        <w:t>生命科学学院</w:t>
      </w:r>
    </w:p>
    <w:p>
      <w:r>
        <w:t>071000</w:t>
      </w:r>
    </w:p>
    <w:p>
      <w:r>
        <w:t>生物学</w:t>
      </w:r>
    </w:p>
    <w:p>
      <w:r>
        <w:t>赵恩冲</w:t>
      </w:r>
    </w:p>
    <w:p>
      <w:r>
        <w:t>3713****4432</w:t>
      </w:r>
    </w:p>
    <w:p>
      <w:r>
        <w:t>直博生</w:t>
      </w:r>
    </w:p>
    <w:p>
      <w:r>
        <w:t>生命科学学院</w:t>
      </w:r>
    </w:p>
    <w:p>
      <w:r>
        <w:t>071000</w:t>
      </w:r>
    </w:p>
    <w:p>
      <w:r>
        <w:t>生物学</w:t>
      </w:r>
    </w:p>
    <w:p>
      <w:r>
        <w:t>艾慕</w:t>
      </w:r>
    </w:p>
    <w:p>
      <w:r>
        <w:t>3625****6819</w:t>
      </w:r>
    </w:p>
    <w:p>
      <w:r>
        <w:t>硕士</w:t>
      </w:r>
    </w:p>
    <w:p>
      <w:r>
        <w:t>电子与电气工程系</w:t>
      </w:r>
    </w:p>
    <w:p>
      <w:r>
        <w:t>080900</w:t>
      </w:r>
    </w:p>
    <w:p>
      <w:r>
        <w:t>电子科学与技术</w:t>
      </w:r>
    </w:p>
    <w:p>
      <w:r>
        <w:t>蔡任平</w:t>
      </w:r>
    </w:p>
    <w:p>
      <w:r>
        <w:t>4452****3914</w:t>
      </w:r>
    </w:p>
    <w:p>
      <w:r>
        <w:t>硕士</w:t>
      </w:r>
    </w:p>
    <w:p>
      <w:r>
        <w:t>电子与电气工程系</w:t>
      </w:r>
    </w:p>
    <w:p>
      <w:r>
        <w:t>080900</w:t>
      </w:r>
    </w:p>
    <w:p>
      <w:r>
        <w:t>电子科学与技术</w:t>
      </w:r>
    </w:p>
    <w:p>
      <w:r>
        <w:t>陈奕中</w:t>
      </w:r>
    </w:p>
    <w:p>
      <w:r>
        <w:t>4452****2730</w:t>
      </w:r>
    </w:p>
    <w:p>
      <w:r>
        <w:t>硕士</w:t>
      </w:r>
    </w:p>
    <w:p>
      <w:r>
        <w:t>电子与电气工程系</w:t>
      </w:r>
    </w:p>
    <w:p>
      <w:r>
        <w:t>080900</w:t>
      </w:r>
    </w:p>
    <w:p>
      <w:r>
        <w:t>电子科学与技术</w:t>
      </w:r>
    </w:p>
    <w:p>
      <w:r>
        <w:t>单鸣月</w:t>
      </w:r>
    </w:p>
    <w:p>
      <w:r>
        <w:t>4401****0326</w:t>
      </w:r>
    </w:p>
    <w:p>
      <w:r>
        <w:t>硕士</w:t>
      </w:r>
    </w:p>
    <w:p>
      <w:r>
        <w:t>电子与电气工程系</w:t>
      </w:r>
    </w:p>
    <w:p>
      <w:r>
        <w:t>080900</w:t>
      </w:r>
    </w:p>
    <w:p>
      <w:r>
        <w:t>电子科学与技术</w:t>
      </w:r>
    </w:p>
    <w:p>
      <w:r>
        <w:t>丁度尹</w:t>
      </w:r>
    </w:p>
    <w:p>
      <w:r>
        <w:t>4405****0338</w:t>
      </w:r>
    </w:p>
    <w:p>
      <w:r>
        <w:t>硕士</w:t>
      </w:r>
    </w:p>
    <w:p>
      <w:r>
        <w:t>电子与电气工程系</w:t>
      </w:r>
    </w:p>
    <w:p>
      <w:r>
        <w:t>080900</w:t>
      </w:r>
    </w:p>
    <w:p>
      <w:r>
        <w:t>电子科学与技术</w:t>
      </w:r>
    </w:p>
    <w:p>
      <w:r>
        <w:t>何先锋</w:t>
      </w:r>
    </w:p>
    <w:p>
      <w:r>
        <w:t>4408****189X</w:t>
      </w:r>
    </w:p>
    <w:p>
      <w:r>
        <w:t>硕士</w:t>
      </w:r>
    </w:p>
    <w:p>
      <w:r>
        <w:t>电子与电气工程系</w:t>
      </w:r>
    </w:p>
    <w:p>
      <w:r>
        <w:t>080900</w:t>
      </w:r>
    </w:p>
    <w:p>
      <w:r>
        <w:t>电子科学与技术</w:t>
      </w:r>
    </w:p>
    <w:p>
      <w:r>
        <w:t>洪泉生</w:t>
      </w:r>
    </w:p>
    <w:p>
      <w:r>
        <w:t>3623****7134</w:t>
      </w:r>
    </w:p>
    <w:p>
      <w:r>
        <w:t>硕士</w:t>
      </w:r>
    </w:p>
    <w:p>
      <w:r>
        <w:t>电子与电气工程系</w:t>
      </w:r>
    </w:p>
    <w:p>
      <w:r>
        <w:t>080900</w:t>
      </w:r>
    </w:p>
    <w:p>
      <w:r>
        <w:t>电子科学与技术</w:t>
      </w:r>
    </w:p>
    <w:p>
      <w:r>
        <w:t>黄嘉洛</w:t>
      </w:r>
    </w:p>
    <w:p>
      <w:r>
        <w:t>4407****0011</w:t>
      </w:r>
    </w:p>
    <w:p>
      <w:r>
        <w:t>硕士</w:t>
      </w:r>
    </w:p>
    <w:p>
      <w:r>
        <w:t>电子与电气工程系</w:t>
      </w:r>
    </w:p>
    <w:p>
      <w:r>
        <w:t>080900</w:t>
      </w:r>
    </w:p>
    <w:p>
      <w:r>
        <w:t>电子科学与技术</w:t>
      </w:r>
    </w:p>
    <w:p>
      <w:r>
        <w:t>雷天永</w:t>
      </w:r>
    </w:p>
    <w:p>
      <w:r>
        <w:t>4228****1541</w:t>
      </w:r>
    </w:p>
    <w:p>
      <w:r>
        <w:t>硕士</w:t>
      </w:r>
    </w:p>
    <w:p>
      <w:r>
        <w:t>电子与电气工程系</w:t>
      </w:r>
    </w:p>
    <w:p>
      <w:r>
        <w:t>080900</w:t>
      </w:r>
    </w:p>
    <w:p>
      <w:r>
        <w:t>电子科学与技术</w:t>
      </w:r>
    </w:p>
    <w:p>
      <w:r>
        <w:t>李飞燕</w:t>
      </w:r>
    </w:p>
    <w:p>
      <w:r>
        <w:t>3607****4542</w:t>
      </w:r>
    </w:p>
    <w:p>
      <w:r>
        <w:t>硕士</w:t>
      </w:r>
    </w:p>
    <w:p>
      <w:r>
        <w:t>电子与电气工程系</w:t>
      </w:r>
    </w:p>
    <w:p>
      <w:r>
        <w:t>080900</w:t>
      </w:r>
    </w:p>
    <w:p>
      <w:r>
        <w:t>电子科学与技术</w:t>
      </w:r>
    </w:p>
    <w:p>
      <w:r>
        <w:t>李家锐</w:t>
      </w:r>
    </w:p>
    <w:p>
      <w:r>
        <w:t>4407****6618</w:t>
      </w:r>
    </w:p>
    <w:p>
      <w:r>
        <w:t>硕士</w:t>
      </w:r>
    </w:p>
    <w:p>
      <w:r>
        <w:t>电子与电气工程系</w:t>
      </w:r>
    </w:p>
    <w:p>
      <w:r>
        <w:t>080900</w:t>
      </w:r>
    </w:p>
    <w:p>
      <w:r>
        <w:t>电子科学与技术</w:t>
      </w:r>
    </w:p>
    <w:p>
      <w:r>
        <w:t>林锦涛</w:t>
      </w:r>
    </w:p>
    <w:p>
      <w:r>
        <w:t>3505****3773</w:t>
      </w:r>
    </w:p>
    <w:p>
      <w:r>
        <w:t>硕士</w:t>
      </w:r>
    </w:p>
    <w:p>
      <w:r>
        <w:t>电子与电气工程系</w:t>
      </w:r>
    </w:p>
    <w:p>
      <w:r>
        <w:t>080900</w:t>
      </w:r>
    </w:p>
    <w:p>
      <w:r>
        <w:t>电子科学与技术</w:t>
      </w:r>
    </w:p>
    <w:p>
      <w:r>
        <w:t>林芷晴</w:t>
      </w:r>
    </w:p>
    <w:p>
      <w:r>
        <w:t>4407****2528</w:t>
      </w:r>
    </w:p>
    <w:p>
      <w:r>
        <w:t>硕士</w:t>
      </w:r>
    </w:p>
    <w:p>
      <w:r>
        <w:t>电子与电气工程系</w:t>
      </w:r>
    </w:p>
    <w:p>
      <w:r>
        <w:t>080900</w:t>
      </w:r>
    </w:p>
    <w:p>
      <w:r>
        <w:t>电子科学与技术</w:t>
      </w:r>
    </w:p>
    <w:p>
      <w:r>
        <w:t>刘凤娇</w:t>
      </w:r>
    </w:p>
    <w:p>
      <w:r>
        <w:t>4116****3742</w:t>
      </w:r>
    </w:p>
    <w:p>
      <w:r>
        <w:t>硕士</w:t>
      </w:r>
    </w:p>
    <w:p>
      <w:r>
        <w:t>电子与电气工程系</w:t>
      </w:r>
    </w:p>
    <w:p>
      <w:r>
        <w:t>080900</w:t>
      </w:r>
    </w:p>
    <w:p>
      <w:r>
        <w:t>电子科学与技术</w:t>
      </w:r>
    </w:p>
    <w:p>
      <w:r>
        <w:t>南方科技大学2026级推免生（含直博生）拟录取名单</w:t>
      </w:r>
    </w:p>
    <w:p>
      <w:r>
        <w:t>姓名</w:t>
      </w:r>
    </w:p>
    <w:p>
      <w:r>
        <w:t>证件号码</w:t>
      </w:r>
    </w:p>
    <w:p>
      <w:r>
        <w:t>录取类别</w:t>
      </w:r>
    </w:p>
    <w:p>
      <w:r>
        <w:t>录取院系名称</w:t>
      </w:r>
    </w:p>
    <w:p>
      <w:r>
        <w:t>录取专业代码</w:t>
      </w:r>
    </w:p>
    <w:p>
      <w:r>
        <w:t>录取专业名称</w:t>
      </w:r>
    </w:p>
    <w:p>
      <w:r>
        <w:t>备注</w:t>
      </w:r>
    </w:p>
    <w:p>
      <w:r>
        <w:t>刘廷楷</w:t>
      </w:r>
    </w:p>
    <w:p>
      <w:r>
        <w:t>4405****3114</w:t>
      </w:r>
    </w:p>
    <w:p>
      <w:r>
        <w:t>硕士</w:t>
      </w:r>
    </w:p>
    <w:p>
      <w:r>
        <w:t>电子与电气工程系</w:t>
      </w:r>
    </w:p>
    <w:p>
      <w:r>
        <w:t>080900</w:t>
      </w:r>
    </w:p>
    <w:p>
      <w:r>
        <w:t>电子科学与技术</w:t>
      </w:r>
    </w:p>
    <w:p>
      <w:r>
        <w:t>隆行</w:t>
      </w:r>
    </w:p>
    <w:p>
      <w:r>
        <w:t>4301****0014</w:t>
      </w:r>
    </w:p>
    <w:p>
      <w:r>
        <w:t>硕士</w:t>
      </w:r>
    </w:p>
    <w:p>
      <w:r>
        <w:t>电子与电气工程系</w:t>
      </w:r>
    </w:p>
    <w:p>
      <w:r>
        <w:t>080900</w:t>
      </w:r>
    </w:p>
    <w:p>
      <w:r>
        <w:t>电子科学与技术</w:t>
      </w:r>
    </w:p>
    <w:p>
      <w:r>
        <w:t>卢鸿志</w:t>
      </w:r>
    </w:p>
    <w:p>
      <w:r>
        <w:t>4202****4911</w:t>
      </w:r>
    </w:p>
    <w:p>
      <w:r>
        <w:t>硕士</w:t>
      </w:r>
    </w:p>
    <w:p>
      <w:r>
        <w:t>电子与电气工程系</w:t>
      </w:r>
    </w:p>
    <w:p>
      <w:r>
        <w:t>080900</w:t>
      </w:r>
    </w:p>
    <w:p>
      <w:r>
        <w:t>电子科学与技术</w:t>
      </w:r>
    </w:p>
    <w:p>
      <w:r>
        <w:t>吕子轩</w:t>
      </w:r>
    </w:p>
    <w:p>
      <w:r>
        <w:t>1410****015X</w:t>
      </w:r>
    </w:p>
    <w:p>
      <w:r>
        <w:t>硕士</w:t>
      </w:r>
    </w:p>
    <w:p>
      <w:r>
        <w:t>电子与电气工程系</w:t>
      </w:r>
    </w:p>
    <w:p>
      <w:r>
        <w:t>080900</w:t>
      </w:r>
    </w:p>
    <w:p>
      <w:r>
        <w:t>电子科学与技术</w:t>
      </w:r>
    </w:p>
    <w:p>
      <w:r>
        <w:t>孙铭</w:t>
      </w:r>
    </w:p>
    <w:p>
      <w:r>
        <w:t>3212****0412</w:t>
      </w:r>
    </w:p>
    <w:p>
      <w:r>
        <w:t>硕士</w:t>
      </w:r>
    </w:p>
    <w:p>
      <w:r>
        <w:t>电子与电气工程系</w:t>
      </w:r>
    </w:p>
    <w:p>
      <w:r>
        <w:t>080900</w:t>
      </w:r>
    </w:p>
    <w:p>
      <w:r>
        <w:t>电子科学与技术</w:t>
      </w:r>
    </w:p>
    <w:p>
      <w:r>
        <w:t>孙杨洋</w:t>
      </w:r>
    </w:p>
    <w:p>
      <w:r>
        <w:t>4403****6719</w:t>
      </w:r>
    </w:p>
    <w:p>
      <w:r>
        <w:t>硕士</w:t>
      </w:r>
    </w:p>
    <w:p>
      <w:r>
        <w:t>电子与电气工程系</w:t>
      </w:r>
    </w:p>
    <w:p>
      <w:r>
        <w:t>080900</w:t>
      </w:r>
    </w:p>
    <w:p>
      <w:r>
        <w:t>电子科学与技术</w:t>
      </w:r>
    </w:p>
    <w:p>
      <w:r>
        <w:t>唐易凤</w:t>
      </w:r>
    </w:p>
    <w:p>
      <w:r>
        <w:t>4312****0203</w:t>
      </w:r>
    </w:p>
    <w:p>
      <w:r>
        <w:t>硕士</w:t>
      </w:r>
    </w:p>
    <w:p>
      <w:r>
        <w:t>电子与电气工程系</w:t>
      </w:r>
    </w:p>
    <w:p>
      <w:r>
        <w:t>080900</w:t>
      </w:r>
    </w:p>
    <w:p>
      <w:r>
        <w:t>电子科学与技术</w:t>
      </w:r>
    </w:p>
    <w:p>
      <w:r>
        <w:t>王莫涵</w:t>
      </w:r>
    </w:p>
    <w:p>
      <w:r>
        <w:t>3707****426X</w:t>
      </w:r>
    </w:p>
    <w:p>
      <w:r>
        <w:t>硕士</w:t>
      </w:r>
    </w:p>
    <w:p>
      <w:r>
        <w:t>电子与电气工程系</w:t>
      </w:r>
    </w:p>
    <w:p>
      <w:r>
        <w:t>080900</w:t>
      </w:r>
    </w:p>
    <w:p>
      <w:r>
        <w:t>电子科学与技术</w:t>
      </w:r>
    </w:p>
    <w:p>
      <w:r>
        <w:t>王帅迪</w:t>
      </w:r>
    </w:p>
    <w:p>
      <w:r>
        <w:t>4103****8573</w:t>
      </w:r>
    </w:p>
    <w:p>
      <w:r>
        <w:t>硕士</w:t>
      </w:r>
    </w:p>
    <w:p>
      <w:r>
        <w:t>电子与电气工程系</w:t>
      </w:r>
    </w:p>
    <w:p>
      <w:r>
        <w:t>080900</w:t>
      </w:r>
    </w:p>
    <w:p>
      <w:r>
        <w:t>电子科学与技术</w:t>
      </w:r>
    </w:p>
    <w:p>
      <w:r>
        <w:t>韦逸鑫</w:t>
      </w:r>
    </w:p>
    <w:p>
      <w:r>
        <w:t>4509****0729</w:t>
      </w:r>
    </w:p>
    <w:p>
      <w:r>
        <w:t>硕士</w:t>
      </w:r>
    </w:p>
    <w:p>
      <w:r>
        <w:t>电子与电气工程系</w:t>
      </w:r>
    </w:p>
    <w:p>
      <w:r>
        <w:t>080900</w:t>
      </w:r>
    </w:p>
    <w:p>
      <w:r>
        <w:t>电子科学与技术</w:t>
      </w:r>
    </w:p>
    <w:p>
      <w:r>
        <w:t>吴昊</w:t>
      </w:r>
    </w:p>
    <w:p>
      <w:r>
        <w:t>5115****1418</w:t>
      </w:r>
    </w:p>
    <w:p>
      <w:r>
        <w:t>硕士</w:t>
      </w:r>
    </w:p>
    <w:p>
      <w:r>
        <w:t>电子与电气工程系</w:t>
      </w:r>
    </w:p>
    <w:p>
      <w:r>
        <w:t>080900</w:t>
      </w:r>
    </w:p>
    <w:p>
      <w:r>
        <w:t>电子科学与技术</w:t>
      </w:r>
    </w:p>
    <w:p>
      <w:r>
        <w:t>张宸</w:t>
      </w:r>
    </w:p>
    <w:p>
      <w:r>
        <w:t>3505****4019</w:t>
      </w:r>
    </w:p>
    <w:p>
      <w:r>
        <w:t>硕士</w:t>
      </w:r>
    </w:p>
    <w:p>
      <w:r>
        <w:t>电子与电气工程系</w:t>
      </w:r>
    </w:p>
    <w:p>
      <w:r>
        <w:t>080900</w:t>
      </w:r>
    </w:p>
    <w:p>
      <w:r>
        <w:t>电子科学与技术</w:t>
      </w:r>
    </w:p>
    <w:p>
      <w:r>
        <w:t>张文欣</w:t>
      </w:r>
    </w:p>
    <w:p>
      <w:r>
        <w:t>4408****0341</w:t>
      </w:r>
    </w:p>
    <w:p>
      <w:r>
        <w:t>硕士</w:t>
      </w:r>
    </w:p>
    <w:p>
      <w:r>
        <w:t>电子与电气工程系</w:t>
      </w:r>
    </w:p>
    <w:p>
      <w:r>
        <w:t>080900</w:t>
      </w:r>
    </w:p>
    <w:p>
      <w:r>
        <w:t>电子科学与技术</w:t>
      </w:r>
    </w:p>
    <w:p>
      <w:r>
        <w:t>张莹莹</w:t>
      </w:r>
    </w:p>
    <w:p>
      <w:r>
        <w:t>5109****4821</w:t>
      </w:r>
    </w:p>
    <w:p>
      <w:r>
        <w:t>硕士</w:t>
      </w:r>
    </w:p>
    <w:p>
      <w:r>
        <w:t>电子与电气工程系</w:t>
      </w:r>
    </w:p>
    <w:p>
      <w:r>
        <w:t>080900</w:t>
      </w:r>
    </w:p>
    <w:p>
      <w:r>
        <w:t>电子科学与技术</w:t>
      </w:r>
    </w:p>
    <w:p>
      <w:r>
        <w:t>周泓骏</w:t>
      </w:r>
    </w:p>
    <w:p>
      <w:r>
        <w:t>4401****4218</w:t>
      </w:r>
    </w:p>
    <w:p>
      <w:r>
        <w:t>硕士</w:t>
      </w:r>
    </w:p>
    <w:p>
      <w:r>
        <w:t>电子与电气工程系</w:t>
      </w:r>
    </w:p>
    <w:p>
      <w:r>
        <w:t>080900</w:t>
      </w:r>
    </w:p>
    <w:p>
      <w:r>
        <w:t>电子科学与技术</w:t>
      </w:r>
    </w:p>
    <w:p>
      <w:r>
        <w:t>周志赋</w:t>
      </w:r>
    </w:p>
    <w:p>
      <w:r>
        <w:t>4521****301X</w:t>
      </w:r>
    </w:p>
    <w:p>
      <w:r>
        <w:t>硕士</w:t>
      </w:r>
    </w:p>
    <w:p>
      <w:r>
        <w:t>电子与电气工程系</w:t>
      </w:r>
    </w:p>
    <w:p>
      <w:r>
        <w:t>080900</w:t>
      </w:r>
    </w:p>
    <w:p>
      <w:r>
        <w:t>电子科学与技术</w:t>
      </w:r>
    </w:p>
    <w:p>
      <w:r>
        <w:t>蔡世豪</w:t>
      </w:r>
    </w:p>
    <w:p>
      <w:r>
        <w:t>4409****0554</w:t>
      </w:r>
    </w:p>
    <w:p>
      <w:r>
        <w:t>硕士</w:t>
      </w:r>
    </w:p>
    <w:p>
      <w:r>
        <w:t>电子与电气工程系</w:t>
      </w:r>
    </w:p>
    <w:p>
      <w:r>
        <w:t>085400</w:t>
      </w:r>
    </w:p>
    <w:p>
      <w:r>
        <w:t>电子信息</w:t>
      </w:r>
    </w:p>
    <w:p>
      <w:r>
        <w:t>工程硕博士专项</w:t>
      </w:r>
    </w:p>
    <w:p>
      <w:r>
        <w:t>陈力恺</w:t>
      </w:r>
    </w:p>
    <w:p>
      <w:r>
        <w:t>4301****3615</w:t>
      </w:r>
    </w:p>
    <w:p>
      <w:r>
        <w:t>硕士</w:t>
      </w:r>
    </w:p>
    <w:p>
      <w:r>
        <w:t>电子与电气工程系</w:t>
      </w:r>
    </w:p>
    <w:p>
      <w:r>
        <w:t>085400</w:t>
      </w:r>
    </w:p>
    <w:p>
      <w:r>
        <w:t>电子信息</w:t>
      </w:r>
    </w:p>
    <w:p>
      <w:r>
        <w:t>冯健君</w:t>
      </w:r>
    </w:p>
    <w:p>
      <w:r>
        <w:t>4407****4811</w:t>
      </w:r>
    </w:p>
    <w:p>
      <w:r>
        <w:t>硕士</w:t>
      </w:r>
    </w:p>
    <w:p>
      <w:r>
        <w:t>电子与电气工程系</w:t>
      </w:r>
    </w:p>
    <w:p>
      <w:r>
        <w:t>085400</w:t>
      </w:r>
    </w:p>
    <w:p>
      <w:r>
        <w:t>电子信息</w:t>
      </w:r>
    </w:p>
    <w:p>
      <w:r>
        <w:t>姜昊</w:t>
      </w:r>
    </w:p>
    <w:p>
      <w:r>
        <w:t>4312****0033</w:t>
      </w:r>
    </w:p>
    <w:p>
      <w:r>
        <w:t>硕士</w:t>
      </w:r>
    </w:p>
    <w:p>
      <w:r>
        <w:t>电子与电气工程系</w:t>
      </w:r>
    </w:p>
    <w:p>
      <w:r>
        <w:t>085400</w:t>
      </w:r>
    </w:p>
    <w:p>
      <w:r>
        <w:t>电子信息</w:t>
      </w:r>
    </w:p>
    <w:p>
      <w:r>
        <w:t>黎晋栩</w:t>
      </w:r>
    </w:p>
    <w:p>
      <w:r>
        <w:t>4419****1358</w:t>
      </w:r>
    </w:p>
    <w:p>
      <w:r>
        <w:t>硕士</w:t>
      </w:r>
    </w:p>
    <w:p>
      <w:r>
        <w:t>电子与电气工程系</w:t>
      </w:r>
    </w:p>
    <w:p>
      <w:r>
        <w:t>085400</w:t>
      </w:r>
    </w:p>
    <w:p>
      <w:r>
        <w:t>电子信息</w:t>
      </w:r>
    </w:p>
    <w:p>
      <w:r>
        <w:t>工程硕博士专项</w:t>
      </w:r>
    </w:p>
    <w:p>
      <w:r>
        <w:t>李佳倩</w:t>
      </w:r>
    </w:p>
    <w:p>
      <w:r>
        <w:t>1411****0122</w:t>
      </w:r>
    </w:p>
    <w:p>
      <w:r>
        <w:t>硕士</w:t>
      </w:r>
    </w:p>
    <w:p>
      <w:r>
        <w:t>电子与电气工程系</w:t>
      </w:r>
    </w:p>
    <w:p>
      <w:r>
        <w:t>085400</w:t>
      </w:r>
    </w:p>
    <w:p>
      <w:r>
        <w:t>电子信息</w:t>
      </w:r>
    </w:p>
    <w:p>
      <w:r>
        <w:t>李钇漳</w:t>
      </w:r>
    </w:p>
    <w:p>
      <w:r>
        <w:t>4307****0139</w:t>
      </w:r>
    </w:p>
    <w:p>
      <w:r>
        <w:t>硕士</w:t>
      </w:r>
    </w:p>
    <w:p>
      <w:r>
        <w:t>电子与电气工程系</w:t>
      </w:r>
    </w:p>
    <w:p>
      <w:r>
        <w:t>085400</w:t>
      </w:r>
    </w:p>
    <w:p>
      <w:r>
        <w:t>电子信息</w:t>
      </w:r>
    </w:p>
    <w:p>
      <w:r>
        <w:t>彭诗桐</w:t>
      </w:r>
    </w:p>
    <w:p>
      <w:r>
        <w:t>3504****1029</w:t>
      </w:r>
    </w:p>
    <w:p>
      <w:r>
        <w:t>硕士</w:t>
      </w:r>
    </w:p>
    <w:p>
      <w:r>
        <w:t>电子与电气工程系</w:t>
      </w:r>
    </w:p>
    <w:p>
      <w:r>
        <w:t>085400</w:t>
      </w:r>
    </w:p>
    <w:p>
      <w:r>
        <w:t>电子信息</w:t>
      </w:r>
    </w:p>
    <w:p>
      <w:r>
        <w:t>王楠渝</w:t>
      </w:r>
    </w:p>
    <w:p>
      <w:r>
        <w:t>4403****0034</w:t>
      </w:r>
    </w:p>
    <w:p>
      <w:r>
        <w:t>硕士</w:t>
      </w:r>
    </w:p>
    <w:p>
      <w:r>
        <w:t>电子与电气工程系</w:t>
      </w:r>
    </w:p>
    <w:p>
      <w:r>
        <w:t>085400</w:t>
      </w:r>
    </w:p>
    <w:p>
      <w:r>
        <w:t>电子信息</w:t>
      </w:r>
    </w:p>
    <w:p>
      <w:r>
        <w:t>工程硕博士专项</w:t>
      </w:r>
    </w:p>
    <w:p>
      <w:r>
        <w:t>王源</w:t>
      </w:r>
    </w:p>
    <w:p>
      <w:r>
        <w:t>2301****4017</w:t>
      </w:r>
    </w:p>
    <w:p>
      <w:r>
        <w:t>硕士</w:t>
      </w:r>
    </w:p>
    <w:p>
      <w:r>
        <w:t>电子与电气工程系</w:t>
      </w:r>
    </w:p>
    <w:p>
      <w:r>
        <w:t>085400</w:t>
      </w:r>
    </w:p>
    <w:p>
      <w:r>
        <w:t>电子信息</w:t>
      </w:r>
    </w:p>
    <w:p>
      <w:r>
        <w:t>工程硕博士专项</w:t>
      </w:r>
    </w:p>
    <w:p>
      <w:r>
        <w:t>吴宗洋</w:t>
      </w:r>
    </w:p>
    <w:p>
      <w:r>
        <w:t>5201****6710</w:t>
      </w:r>
    </w:p>
    <w:p>
      <w:r>
        <w:t>硕士</w:t>
      </w:r>
    </w:p>
    <w:p>
      <w:r>
        <w:t>电子与电气工程系</w:t>
      </w:r>
    </w:p>
    <w:p>
      <w:r>
        <w:t>085400</w:t>
      </w:r>
    </w:p>
    <w:p>
      <w:r>
        <w:t>电子信息</w:t>
      </w:r>
    </w:p>
    <w:p>
      <w:r>
        <w:t>伍悦</w:t>
      </w:r>
    </w:p>
    <w:p>
      <w:r>
        <w:t>4301****4042</w:t>
      </w:r>
    </w:p>
    <w:p>
      <w:r>
        <w:t>硕士</w:t>
      </w:r>
    </w:p>
    <w:p>
      <w:r>
        <w:t>电子与电气工程系</w:t>
      </w:r>
    </w:p>
    <w:p>
      <w:r>
        <w:t>085400</w:t>
      </w:r>
    </w:p>
    <w:p>
      <w:r>
        <w:t>电子信息</w:t>
      </w:r>
    </w:p>
    <w:p>
      <w:r>
        <w:t>高珩珺</w:t>
      </w:r>
    </w:p>
    <w:p>
      <w:r>
        <w:t>1309****6519</w:t>
      </w:r>
    </w:p>
    <w:p>
      <w:r>
        <w:t>直博生</w:t>
      </w:r>
    </w:p>
    <w:p>
      <w:r>
        <w:t>电子与电气工程系</w:t>
      </w:r>
    </w:p>
    <w:p>
      <w:r>
        <w:t>085400</w:t>
      </w:r>
    </w:p>
    <w:p>
      <w:r>
        <w:t>电子信息</w:t>
      </w:r>
    </w:p>
    <w:p>
      <w:r>
        <w:t>工程硕博士专项</w:t>
      </w:r>
    </w:p>
    <w:p>
      <w:r>
        <w:t>江子晗</w:t>
      </w:r>
    </w:p>
    <w:p>
      <w:r>
        <w:t>3407****4023</w:t>
      </w:r>
    </w:p>
    <w:p>
      <w:r>
        <w:t>直博生</w:t>
      </w:r>
    </w:p>
    <w:p>
      <w:r>
        <w:t>电子与电气工程系</w:t>
      </w:r>
    </w:p>
    <w:p>
      <w:r>
        <w:t>085400</w:t>
      </w:r>
    </w:p>
    <w:p>
      <w:r>
        <w:t>电子信息</w:t>
      </w:r>
    </w:p>
    <w:p>
      <w:r>
        <w:t>工程硕博士专项</w:t>
      </w:r>
    </w:p>
    <w:p>
      <w:r>
        <w:t>康瑛凯</w:t>
      </w:r>
    </w:p>
    <w:p>
      <w:r>
        <w:t>4409****0833</w:t>
      </w:r>
    </w:p>
    <w:p>
      <w:r>
        <w:t>直博生</w:t>
      </w:r>
    </w:p>
    <w:p>
      <w:r>
        <w:t>电子与电气工程系</w:t>
      </w:r>
    </w:p>
    <w:p>
      <w:r>
        <w:t>085400</w:t>
      </w:r>
    </w:p>
    <w:p>
      <w:r>
        <w:t>电子信息</w:t>
      </w:r>
    </w:p>
    <w:p>
      <w:r>
        <w:t>工程硕博士专项</w:t>
      </w:r>
    </w:p>
    <w:p>
      <w:r>
        <w:t>刘子洋</w:t>
      </w:r>
    </w:p>
    <w:p>
      <w:r>
        <w:t>3702****4911</w:t>
      </w:r>
    </w:p>
    <w:p>
      <w:r>
        <w:t>直博生</w:t>
      </w:r>
    </w:p>
    <w:p>
      <w:r>
        <w:t>电子与电气工程系</w:t>
      </w:r>
    </w:p>
    <w:p>
      <w:r>
        <w:t>085400</w:t>
      </w:r>
    </w:p>
    <w:p>
      <w:r>
        <w:t>电子信息</w:t>
      </w:r>
    </w:p>
    <w:p>
      <w:r>
        <w:t>工程硕博士专项</w:t>
      </w:r>
    </w:p>
    <w:p>
      <w:r>
        <w:t>卢君妍</w:t>
      </w:r>
    </w:p>
    <w:p>
      <w:r>
        <w:t>4406****2645</w:t>
      </w:r>
    </w:p>
    <w:p>
      <w:r>
        <w:t>直博生</w:t>
      </w:r>
    </w:p>
    <w:p>
      <w:r>
        <w:t>电子与电气工程系</w:t>
      </w:r>
    </w:p>
    <w:p>
      <w:r>
        <w:t>085400</w:t>
      </w:r>
    </w:p>
    <w:p>
      <w:r>
        <w:t>电子信息</w:t>
      </w:r>
    </w:p>
    <w:p>
      <w:r>
        <w:t>工程硕博士专项</w:t>
      </w:r>
    </w:p>
    <w:p>
      <w:r>
        <w:t>王春林</w:t>
      </w:r>
    </w:p>
    <w:p>
      <w:r>
        <w:t>4403****1210</w:t>
      </w:r>
    </w:p>
    <w:p>
      <w:r>
        <w:t>直博生</w:t>
      </w:r>
    </w:p>
    <w:p>
      <w:r>
        <w:t>电子与电气工程系</w:t>
      </w:r>
    </w:p>
    <w:p>
      <w:r>
        <w:t>085400</w:t>
      </w:r>
    </w:p>
    <w:p>
      <w:r>
        <w:t>电子信息</w:t>
      </w:r>
    </w:p>
    <w:p>
      <w:r>
        <w:t>工程硕博士专项</w:t>
      </w:r>
    </w:p>
    <w:p>
      <w:r>
        <w:t>赵威强</w:t>
      </w:r>
    </w:p>
    <w:p>
      <w:r>
        <w:t>4105****019X</w:t>
      </w:r>
    </w:p>
    <w:p>
      <w:r>
        <w:t>直博生</w:t>
      </w:r>
    </w:p>
    <w:p>
      <w:r>
        <w:t>电子与电气工程系</w:t>
      </w:r>
    </w:p>
    <w:p>
      <w:r>
        <w:t>085400</w:t>
      </w:r>
    </w:p>
    <w:p>
      <w:r>
        <w:t>电子信息</w:t>
      </w:r>
    </w:p>
    <w:p>
      <w:r>
        <w:t>工程硕博士专项</w:t>
      </w:r>
    </w:p>
    <w:p>
      <w:r>
        <w:t>朱翔</w:t>
      </w:r>
    </w:p>
    <w:p>
      <w:r>
        <w:t>3713****0018</w:t>
      </w:r>
    </w:p>
    <w:p>
      <w:r>
        <w:t>直博生</w:t>
      </w:r>
    </w:p>
    <w:p>
      <w:r>
        <w:t>电子与电气工程系</w:t>
      </w:r>
    </w:p>
    <w:p>
      <w:r>
        <w:t>085400</w:t>
      </w:r>
    </w:p>
    <w:p>
      <w:r>
        <w:t>电子信息</w:t>
      </w:r>
    </w:p>
    <w:p>
      <w:r>
        <w:t>工程硕博士专项</w:t>
      </w:r>
    </w:p>
    <w:p>
      <w:r>
        <w:t>陈佳玲</w:t>
      </w:r>
    </w:p>
    <w:p>
      <w:r>
        <w:t>4405****6325</w:t>
      </w:r>
    </w:p>
    <w:p>
      <w:r>
        <w:t>硕士</w:t>
      </w:r>
    </w:p>
    <w:p>
      <w:r>
        <w:t>材料科学与工程系</w:t>
      </w:r>
    </w:p>
    <w:p>
      <w:r>
        <w:t>080500</w:t>
      </w:r>
    </w:p>
    <w:p>
      <w:r>
        <w:t>材料科学与工程</w:t>
      </w:r>
    </w:p>
    <w:p>
      <w:r>
        <w:t>陈铭容</w:t>
      </w:r>
    </w:p>
    <w:p>
      <w:r>
        <w:t>3505****4526</w:t>
      </w:r>
    </w:p>
    <w:p>
      <w:r>
        <w:t>硕士</w:t>
      </w:r>
    </w:p>
    <w:p>
      <w:r>
        <w:t>材料科学与工程系</w:t>
      </w:r>
    </w:p>
    <w:p>
      <w:r>
        <w:t>080500</w:t>
      </w:r>
    </w:p>
    <w:p>
      <w:r>
        <w:t>材料科学与工程</w:t>
      </w:r>
    </w:p>
    <w:p>
      <w:r>
        <w:t>邓诗妍</w:t>
      </w:r>
    </w:p>
    <w:p>
      <w:r>
        <w:t>4311****0081</w:t>
      </w:r>
    </w:p>
    <w:p>
      <w:r>
        <w:t>硕士</w:t>
      </w:r>
    </w:p>
    <w:p>
      <w:r>
        <w:t>材料科学与工程系</w:t>
      </w:r>
    </w:p>
    <w:p>
      <w:r>
        <w:t>080500</w:t>
      </w:r>
    </w:p>
    <w:p>
      <w:r>
        <w:t>材料科学与工程</w:t>
      </w:r>
    </w:p>
    <w:p>
      <w:r>
        <w:t>邓耀楚</w:t>
      </w:r>
    </w:p>
    <w:p>
      <w:r>
        <w:t>4304****0375</w:t>
      </w:r>
    </w:p>
    <w:p>
      <w:r>
        <w:t>硕士</w:t>
      </w:r>
    </w:p>
    <w:p>
      <w:r>
        <w:t>材料科学与工程系</w:t>
      </w:r>
    </w:p>
    <w:p>
      <w:r>
        <w:t>080500</w:t>
      </w:r>
    </w:p>
    <w:p>
      <w:r>
        <w:t>材料科学与工程</w:t>
      </w:r>
    </w:p>
    <w:p>
      <w:r>
        <w:t>董易鸣</w:t>
      </w:r>
    </w:p>
    <w:p>
      <w:r>
        <w:t>4104****553X</w:t>
      </w:r>
    </w:p>
    <w:p>
      <w:r>
        <w:t>硕士</w:t>
      </w:r>
    </w:p>
    <w:p>
      <w:r>
        <w:t>材料科学与工程系</w:t>
      </w:r>
    </w:p>
    <w:p>
      <w:r>
        <w:t>080500</w:t>
      </w:r>
    </w:p>
    <w:p>
      <w:r>
        <w:t>材料科学与工程</w:t>
      </w:r>
    </w:p>
    <w:p>
      <w:r>
        <w:t>方俊</w:t>
      </w:r>
    </w:p>
    <w:p>
      <w:r>
        <w:t>3301****2719</w:t>
      </w:r>
    </w:p>
    <w:p>
      <w:r>
        <w:t>硕士</w:t>
      </w:r>
    </w:p>
    <w:p>
      <w:r>
        <w:t>材料科学与工程系</w:t>
      </w:r>
    </w:p>
    <w:p>
      <w:r>
        <w:t>080500</w:t>
      </w:r>
    </w:p>
    <w:p>
      <w:r>
        <w:t>材料科学与工程</w:t>
      </w:r>
    </w:p>
    <w:p>
      <w:r>
        <w:t>高晓明</w:t>
      </w:r>
    </w:p>
    <w:p>
      <w:r>
        <w:t>1309****261X</w:t>
      </w:r>
    </w:p>
    <w:p>
      <w:r>
        <w:t>硕士</w:t>
      </w:r>
    </w:p>
    <w:p>
      <w:r>
        <w:t>材料科学与工程系</w:t>
      </w:r>
    </w:p>
    <w:p>
      <w:r>
        <w:t>080500</w:t>
      </w:r>
    </w:p>
    <w:p>
      <w:r>
        <w:t>材料科学与工程</w:t>
      </w:r>
    </w:p>
    <w:p>
      <w:r>
        <w:t>龚奕涵</w:t>
      </w:r>
    </w:p>
    <w:p>
      <w:r>
        <w:t>1306****1527</w:t>
      </w:r>
    </w:p>
    <w:p>
      <w:r>
        <w:t>硕士</w:t>
      </w:r>
    </w:p>
    <w:p>
      <w:r>
        <w:t>材料科学与工程系</w:t>
      </w:r>
    </w:p>
    <w:p>
      <w:r>
        <w:t>080500</w:t>
      </w:r>
    </w:p>
    <w:p>
      <w:r>
        <w:t>材料科学与工程</w:t>
      </w:r>
    </w:p>
    <w:p>
      <w:r>
        <w:t>贺雅楠</w:t>
      </w:r>
    </w:p>
    <w:p>
      <w:r>
        <w:t>1501****3620</w:t>
      </w:r>
    </w:p>
    <w:p>
      <w:r>
        <w:t>硕士</w:t>
      </w:r>
    </w:p>
    <w:p>
      <w:r>
        <w:t>材料科学与工程系</w:t>
      </w:r>
    </w:p>
    <w:p>
      <w:r>
        <w:t>080500</w:t>
      </w:r>
    </w:p>
    <w:p>
      <w:r>
        <w:t>材料科学与工程</w:t>
      </w:r>
    </w:p>
    <w:p>
      <w:r>
        <w:t>黄迪</w:t>
      </w:r>
    </w:p>
    <w:p>
      <w:r>
        <w:t>4401****0042</w:t>
      </w:r>
    </w:p>
    <w:p>
      <w:r>
        <w:t>硕士</w:t>
      </w:r>
    </w:p>
    <w:p>
      <w:r>
        <w:t>材料科学与工程系</w:t>
      </w:r>
    </w:p>
    <w:p>
      <w:r>
        <w:t>080500</w:t>
      </w:r>
    </w:p>
    <w:p>
      <w:r>
        <w:t>材料科学与工程</w:t>
      </w:r>
    </w:p>
    <w:p>
      <w:r>
        <w:t>南方科技大学2026级推免生（含直博生）拟录取名单</w:t>
      </w:r>
    </w:p>
    <w:p>
      <w:r>
        <w:t>姓名</w:t>
      </w:r>
    </w:p>
    <w:p>
      <w:r>
        <w:t>证件号码</w:t>
      </w:r>
    </w:p>
    <w:p>
      <w:r>
        <w:t>录取类别</w:t>
      </w:r>
    </w:p>
    <w:p>
      <w:r>
        <w:t>录取院系名称</w:t>
      </w:r>
    </w:p>
    <w:p>
      <w:r>
        <w:t>录取专业代码</w:t>
      </w:r>
    </w:p>
    <w:p>
      <w:r>
        <w:t>录取专业名称</w:t>
      </w:r>
    </w:p>
    <w:p>
      <w:r>
        <w:t>备注</w:t>
      </w:r>
    </w:p>
    <w:p>
      <w:r>
        <w:t>黄健伟</w:t>
      </w:r>
    </w:p>
    <w:p>
      <w:r>
        <w:t>4419****3012</w:t>
      </w:r>
    </w:p>
    <w:p>
      <w:r>
        <w:t>硕士</w:t>
      </w:r>
    </w:p>
    <w:p>
      <w:r>
        <w:t>材料科学与工程系</w:t>
      </w:r>
    </w:p>
    <w:p>
      <w:r>
        <w:t>080500</w:t>
      </w:r>
    </w:p>
    <w:p>
      <w:r>
        <w:t>材料科学与工程</w:t>
      </w:r>
    </w:p>
    <w:p>
      <w:r>
        <w:t>黄校英</w:t>
      </w:r>
    </w:p>
    <w:p>
      <w:r>
        <w:t>4401****4217</w:t>
      </w:r>
    </w:p>
    <w:p>
      <w:r>
        <w:t>硕士</w:t>
      </w:r>
    </w:p>
    <w:p>
      <w:r>
        <w:t>材料科学与工程系</w:t>
      </w:r>
    </w:p>
    <w:p>
      <w:r>
        <w:t>080500</w:t>
      </w:r>
    </w:p>
    <w:p>
      <w:r>
        <w:t>材料科学与工程</w:t>
      </w:r>
    </w:p>
    <w:p>
      <w:r>
        <w:t>贾云婷</w:t>
      </w:r>
    </w:p>
    <w:p>
      <w:r>
        <w:t>2101****3621</w:t>
      </w:r>
    </w:p>
    <w:p>
      <w:r>
        <w:t>硕士</w:t>
      </w:r>
    </w:p>
    <w:p>
      <w:r>
        <w:t>材料科学与工程系</w:t>
      </w:r>
    </w:p>
    <w:p>
      <w:r>
        <w:t>080500</w:t>
      </w:r>
    </w:p>
    <w:p>
      <w:r>
        <w:t>材料科学与工程</w:t>
      </w:r>
    </w:p>
    <w:p>
      <w:r>
        <w:t>蓝佳曼</w:t>
      </w:r>
    </w:p>
    <w:p>
      <w:r>
        <w:t>4452****2468</w:t>
      </w:r>
    </w:p>
    <w:p>
      <w:r>
        <w:t>硕士</w:t>
      </w:r>
    </w:p>
    <w:p>
      <w:r>
        <w:t>材料科学与工程系</w:t>
      </w:r>
    </w:p>
    <w:p>
      <w:r>
        <w:t>080500</w:t>
      </w:r>
    </w:p>
    <w:p>
      <w:r>
        <w:t>材料科学与工程</w:t>
      </w:r>
    </w:p>
    <w:p>
      <w:r>
        <w:t>李经韬</w:t>
      </w:r>
    </w:p>
    <w:p>
      <w:r>
        <w:t>4310****0017</w:t>
      </w:r>
    </w:p>
    <w:p>
      <w:r>
        <w:t>硕士</w:t>
      </w:r>
    </w:p>
    <w:p>
      <w:r>
        <w:t>材料科学与工程系</w:t>
      </w:r>
    </w:p>
    <w:p>
      <w:r>
        <w:t>080500</w:t>
      </w:r>
    </w:p>
    <w:p>
      <w:r>
        <w:t>材料科学与工程</w:t>
      </w:r>
    </w:p>
    <w:p>
      <w:r>
        <w:t>李沁懿</w:t>
      </w:r>
    </w:p>
    <w:p>
      <w:r>
        <w:t>4311****009X</w:t>
      </w:r>
    </w:p>
    <w:p>
      <w:r>
        <w:t>硕士</w:t>
      </w:r>
    </w:p>
    <w:p>
      <w:r>
        <w:t>材料科学与工程系</w:t>
      </w:r>
    </w:p>
    <w:p>
      <w:r>
        <w:t>080500</w:t>
      </w:r>
    </w:p>
    <w:p>
      <w:r>
        <w:t>材料科学与工程</w:t>
      </w:r>
    </w:p>
    <w:p>
      <w:r>
        <w:t>李奕可</w:t>
      </w:r>
    </w:p>
    <w:p>
      <w:r>
        <w:t>4403****6714</w:t>
      </w:r>
    </w:p>
    <w:p>
      <w:r>
        <w:t>硕士</w:t>
      </w:r>
    </w:p>
    <w:p>
      <w:r>
        <w:t>材料科学与工程系</w:t>
      </w:r>
    </w:p>
    <w:p>
      <w:r>
        <w:t>080500</w:t>
      </w:r>
    </w:p>
    <w:p>
      <w:r>
        <w:t>材料科学与工程</w:t>
      </w:r>
    </w:p>
    <w:p>
      <w:r>
        <w:t>李英杰</w:t>
      </w:r>
    </w:p>
    <w:p>
      <w:r>
        <w:t>5110****8797</w:t>
      </w:r>
    </w:p>
    <w:p>
      <w:r>
        <w:t>硕士</w:t>
      </w:r>
    </w:p>
    <w:p>
      <w:r>
        <w:t>材料科学与工程系</w:t>
      </w:r>
    </w:p>
    <w:p>
      <w:r>
        <w:t>080500</w:t>
      </w:r>
    </w:p>
    <w:p>
      <w:r>
        <w:t>材料科学与工程</w:t>
      </w:r>
    </w:p>
    <w:p>
      <w:r>
        <w:t>李莹</w:t>
      </w:r>
    </w:p>
    <w:p>
      <w:r>
        <w:t>4313****0283</w:t>
      </w:r>
    </w:p>
    <w:p>
      <w:r>
        <w:t>硕士</w:t>
      </w:r>
    </w:p>
    <w:p>
      <w:r>
        <w:t>材料科学与工程系</w:t>
      </w:r>
    </w:p>
    <w:p>
      <w:r>
        <w:t>080500</w:t>
      </w:r>
    </w:p>
    <w:p>
      <w:r>
        <w:t>材料科学与工程</w:t>
      </w:r>
    </w:p>
    <w:p>
      <w:r>
        <w:t>李毓源</w:t>
      </w:r>
    </w:p>
    <w:p>
      <w:r>
        <w:t>4401****335X</w:t>
      </w:r>
    </w:p>
    <w:p>
      <w:r>
        <w:t>硕士</w:t>
      </w:r>
    </w:p>
    <w:p>
      <w:r>
        <w:t>材料科学与工程系</w:t>
      </w:r>
    </w:p>
    <w:p>
      <w:r>
        <w:t>080500</w:t>
      </w:r>
    </w:p>
    <w:p>
      <w:r>
        <w:t>材料科学与工程</w:t>
      </w:r>
    </w:p>
    <w:p>
      <w:r>
        <w:t>刘广荣</w:t>
      </w:r>
    </w:p>
    <w:p>
      <w:r>
        <w:t>4509****3212</w:t>
      </w:r>
    </w:p>
    <w:p>
      <w:r>
        <w:t>硕士</w:t>
      </w:r>
    </w:p>
    <w:p>
      <w:r>
        <w:t>材料科学与工程系</w:t>
      </w:r>
    </w:p>
    <w:p>
      <w:r>
        <w:t>080500</w:t>
      </w:r>
    </w:p>
    <w:p>
      <w:r>
        <w:t>材料科学与工程</w:t>
      </w:r>
    </w:p>
    <w:p>
      <w:r>
        <w:t>刘吉达</w:t>
      </w:r>
    </w:p>
    <w:p>
      <w:r>
        <w:t>4310****6217</w:t>
      </w:r>
    </w:p>
    <w:p>
      <w:r>
        <w:t>硕士</w:t>
      </w:r>
    </w:p>
    <w:p>
      <w:r>
        <w:t>材料科学与工程系</w:t>
      </w:r>
    </w:p>
    <w:p>
      <w:r>
        <w:t>080500</w:t>
      </w:r>
    </w:p>
    <w:p>
      <w:r>
        <w:t>材料科学与工程</w:t>
      </w:r>
    </w:p>
    <w:p>
      <w:r>
        <w:t>刘泰来</w:t>
      </w:r>
    </w:p>
    <w:p>
      <w:r>
        <w:t>2201****0215</w:t>
      </w:r>
    </w:p>
    <w:p>
      <w:r>
        <w:t>硕士</w:t>
      </w:r>
    </w:p>
    <w:p>
      <w:r>
        <w:t>材料科学与工程系</w:t>
      </w:r>
    </w:p>
    <w:p>
      <w:r>
        <w:t>080500</w:t>
      </w:r>
    </w:p>
    <w:p>
      <w:r>
        <w:t>材料科学与工程</w:t>
      </w:r>
    </w:p>
    <w:p>
      <w:r>
        <w:t>刘新宇</w:t>
      </w:r>
    </w:p>
    <w:p>
      <w:r>
        <w:t>4302****0048</w:t>
      </w:r>
    </w:p>
    <w:p>
      <w:r>
        <w:t>硕士</w:t>
      </w:r>
    </w:p>
    <w:p>
      <w:r>
        <w:t>材料科学与工程系</w:t>
      </w:r>
    </w:p>
    <w:p>
      <w:r>
        <w:t>080500</w:t>
      </w:r>
    </w:p>
    <w:p>
      <w:r>
        <w:t>材料科学与工程</w:t>
      </w:r>
    </w:p>
    <w:p>
      <w:r>
        <w:t>罗舒扬</w:t>
      </w:r>
    </w:p>
    <w:p>
      <w:r>
        <w:t>4508****1979</w:t>
      </w:r>
    </w:p>
    <w:p>
      <w:r>
        <w:t>硕士</w:t>
      </w:r>
    </w:p>
    <w:p>
      <w:r>
        <w:t>材料科学与工程系</w:t>
      </w:r>
    </w:p>
    <w:p>
      <w:r>
        <w:t>080500</w:t>
      </w:r>
    </w:p>
    <w:p>
      <w:r>
        <w:t>材料科学与工程</w:t>
      </w:r>
    </w:p>
    <w:p>
      <w:r>
        <w:t>麦浩婷</w:t>
      </w:r>
    </w:p>
    <w:p>
      <w:r>
        <w:t>4453****332X</w:t>
      </w:r>
    </w:p>
    <w:p>
      <w:r>
        <w:t>硕士</w:t>
      </w:r>
    </w:p>
    <w:p>
      <w:r>
        <w:t>材料科学与工程系</w:t>
      </w:r>
    </w:p>
    <w:p>
      <w:r>
        <w:t>080500</w:t>
      </w:r>
    </w:p>
    <w:p>
      <w:r>
        <w:t>材料科学与工程</w:t>
      </w:r>
    </w:p>
    <w:p>
      <w:r>
        <w:t>彭代钟</w:t>
      </w:r>
    </w:p>
    <w:p>
      <w:r>
        <w:t>5226****401X</w:t>
      </w:r>
    </w:p>
    <w:p>
      <w:r>
        <w:t>硕士</w:t>
      </w:r>
    </w:p>
    <w:p>
      <w:r>
        <w:t>材料科学与工程系</w:t>
      </w:r>
    </w:p>
    <w:p>
      <w:r>
        <w:t>080500</w:t>
      </w:r>
    </w:p>
    <w:p>
      <w:r>
        <w:t>材料科学与工程</w:t>
      </w:r>
    </w:p>
    <w:p>
      <w:r>
        <w:t>曲其壮</w:t>
      </w:r>
    </w:p>
    <w:p>
      <w:r>
        <w:t>3715****5337</w:t>
      </w:r>
    </w:p>
    <w:p>
      <w:r>
        <w:t>硕士</w:t>
      </w:r>
    </w:p>
    <w:p>
      <w:r>
        <w:t>材料科学与工程系</w:t>
      </w:r>
    </w:p>
    <w:p>
      <w:r>
        <w:t>080500</w:t>
      </w:r>
    </w:p>
    <w:p>
      <w:r>
        <w:t>材料科学与工程</w:t>
      </w:r>
    </w:p>
    <w:p>
      <w:r>
        <w:t>任卓航</w:t>
      </w:r>
    </w:p>
    <w:p>
      <w:r>
        <w:t>3407****1018</w:t>
      </w:r>
    </w:p>
    <w:p>
      <w:r>
        <w:t>硕士</w:t>
      </w:r>
    </w:p>
    <w:p>
      <w:r>
        <w:t>材料科学与工程系</w:t>
      </w:r>
    </w:p>
    <w:p>
      <w:r>
        <w:t>080500</w:t>
      </w:r>
    </w:p>
    <w:p>
      <w:r>
        <w:t>材料科学与工程</w:t>
      </w:r>
    </w:p>
    <w:p>
      <w:r>
        <w:t>史宸语</w:t>
      </w:r>
    </w:p>
    <w:p>
      <w:r>
        <w:t>4310****4567</w:t>
      </w:r>
    </w:p>
    <w:p>
      <w:r>
        <w:t>硕士</w:t>
      </w:r>
    </w:p>
    <w:p>
      <w:r>
        <w:t>材料科学与工程系</w:t>
      </w:r>
    </w:p>
    <w:p>
      <w:r>
        <w:t>080500</w:t>
      </w:r>
    </w:p>
    <w:p>
      <w:r>
        <w:t>材料科学与工程</w:t>
      </w:r>
    </w:p>
    <w:p>
      <w:r>
        <w:t>孙传玺</w:t>
      </w:r>
    </w:p>
    <w:p>
      <w:r>
        <w:t>1311****6019</w:t>
      </w:r>
    </w:p>
    <w:p>
      <w:r>
        <w:t>硕士</w:t>
      </w:r>
    </w:p>
    <w:p>
      <w:r>
        <w:t>材料科学与工程系</w:t>
      </w:r>
    </w:p>
    <w:p>
      <w:r>
        <w:t>080500</w:t>
      </w:r>
    </w:p>
    <w:p>
      <w:r>
        <w:t>材料科学与工程</w:t>
      </w:r>
    </w:p>
    <w:p>
      <w:r>
        <w:t>孙方一</w:t>
      </w:r>
    </w:p>
    <w:p>
      <w:r>
        <w:t>3715****0051</w:t>
      </w:r>
    </w:p>
    <w:p>
      <w:r>
        <w:t>硕士</w:t>
      </w:r>
    </w:p>
    <w:p>
      <w:r>
        <w:t>材料科学与工程系</w:t>
      </w:r>
    </w:p>
    <w:p>
      <w:r>
        <w:t>080500</w:t>
      </w:r>
    </w:p>
    <w:p>
      <w:r>
        <w:t>材料科学与工程</w:t>
      </w:r>
    </w:p>
    <w:p>
      <w:r>
        <w:t>谭树煌</w:t>
      </w:r>
    </w:p>
    <w:p>
      <w:r>
        <w:t>3607****6412</w:t>
      </w:r>
    </w:p>
    <w:p>
      <w:r>
        <w:t>硕士</w:t>
      </w:r>
    </w:p>
    <w:p>
      <w:r>
        <w:t>材料科学与工程系</w:t>
      </w:r>
    </w:p>
    <w:p>
      <w:r>
        <w:t>080500</w:t>
      </w:r>
    </w:p>
    <w:p>
      <w:r>
        <w:t>材料科学与工程</w:t>
      </w:r>
    </w:p>
    <w:p>
      <w:r>
        <w:t>王安知</w:t>
      </w:r>
    </w:p>
    <w:p>
      <w:r>
        <w:t>5001****7514</w:t>
      </w:r>
    </w:p>
    <w:p>
      <w:r>
        <w:t>硕士</w:t>
      </w:r>
    </w:p>
    <w:p>
      <w:r>
        <w:t>材料科学与工程系</w:t>
      </w:r>
    </w:p>
    <w:p>
      <w:r>
        <w:t>080500</w:t>
      </w:r>
    </w:p>
    <w:p>
      <w:r>
        <w:t>材料科学与工程</w:t>
      </w:r>
    </w:p>
    <w:p>
      <w:r>
        <w:t>吴搏扬</w:t>
      </w:r>
    </w:p>
    <w:p>
      <w:r>
        <w:t>3604****7614</w:t>
      </w:r>
    </w:p>
    <w:p>
      <w:r>
        <w:t>硕士</w:t>
      </w:r>
    </w:p>
    <w:p>
      <w:r>
        <w:t>材料科学与工程系</w:t>
      </w:r>
    </w:p>
    <w:p>
      <w:r>
        <w:t>080500</w:t>
      </w:r>
    </w:p>
    <w:p>
      <w:r>
        <w:t>材料科学与工程</w:t>
      </w:r>
    </w:p>
    <w:p>
      <w:r>
        <w:t>吴琦美</w:t>
      </w:r>
    </w:p>
    <w:p>
      <w:r>
        <w:t>5113****0325</w:t>
      </w:r>
    </w:p>
    <w:p>
      <w:r>
        <w:t>硕士</w:t>
      </w:r>
    </w:p>
    <w:p>
      <w:r>
        <w:t>材料科学与工程系</w:t>
      </w:r>
    </w:p>
    <w:p>
      <w:r>
        <w:t>080500</w:t>
      </w:r>
    </w:p>
    <w:p>
      <w:r>
        <w:t>材料科学与工程</w:t>
      </w:r>
    </w:p>
    <w:p>
      <w:r>
        <w:t>吴志翔</w:t>
      </w:r>
    </w:p>
    <w:p>
      <w:r>
        <w:t>4310****0078</w:t>
      </w:r>
    </w:p>
    <w:p>
      <w:r>
        <w:t>硕士</w:t>
      </w:r>
    </w:p>
    <w:p>
      <w:r>
        <w:t>材料科学与工程系</w:t>
      </w:r>
    </w:p>
    <w:p>
      <w:r>
        <w:t>080500</w:t>
      </w:r>
    </w:p>
    <w:p>
      <w:r>
        <w:t>材料科学与工程</w:t>
      </w:r>
    </w:p>
    <w:p>
      <w:r>
        <w:t>夏倪</w:t>
      </w:r>
    </w:p>
    <w:p>
      <w:r>
        <w:t>4307****0103</w:t>
      </w:r>
    </w:p>
    <w:p>
      <w:r>
        <w:t>硕士</w:t>
      </w:r>
    </w:p>
    <w:p>
      <w:r>
        <w:t>材料科学与工程系</w:t>
      </w:r>
    </w:p>
    <w:p>
      <w:r>
        <w:t>080500</w:t>
      </w:r>
    </w:p>
    <w:p>
      <w:r>
        <w:t>材料科学与工程</w:t>
      </w:r>
    </w:p>
    <w:p>
      <w:r>
        <w:t>熊承峰</w:t>
      </w:r>
    </w:p>
    <w:p>
      <w:r>
        <w:t>3601****4511</w:t>
      </w:r>
    </w:p>
    <w:p>
      <w:r>
        <w:t>硕士</w:t>
      </w:r>
    </w:p>
    <w:p>
      <w:r>
        <w:t>材料科学与工程系</w:t>
      </w:r>
    </w:p>
    <w:p>
      <w:r>
        <w:t>080500</w:t>
      </w:r>
    </w:p>
    <w:p>
      <w:r>
        <w:t>材料科学与工程</w:t>
      </w:r>
    </w:p>
    <w:p>
      <w:r>
        <w:t>徐汉宇</w:t>
      </w:r>
    </w:p>
    <w:p>
      <w:r>
        <w:t>4309****3910</w:t>
      </w:r>
    </w:p>
    <w:p>
      <w:r>
        <w:t>硕士</w:t>
      </w:r>
    </w:p>
    <w:p>
      <w:r>
        <w:t>材料科学与工程系</w:t>
      </w:r>
    </w:p>
    <w:p>
      <w:r>
        <w:t>080500</w:t>
      </w:r>
    </w:p>
    <w:p>
      <w:r>
        <w:t>材料科学与工程</w:t>
      </w:r>
    </w:p>
    <w:p>
      <w:r>
        <w:t>徐昕宁</w:t>
      </w:r>
    </w:p>
    <w:p>
      <w:r>
        <w:t>4301****1723</w:t>
      </w:r>
    </w:p>
    <w:p>
      <w:r>
        <w:t>硕士</w:t>
      </w:r>
    </w:p>
    <w:p>
      <w:r>
        <w:t>材料科学与工程系</w:t>
      </w:r>
    </w:p>
    <w:p>
      <w:r>
        <w:t>080500</w:t>
      </w:r>
    </w:p>
    <w:p>
      <w:r>
        <w:t>材料科学与工程</w:t>
      </w:r>
    </w:p>
    <w:p>
      <w:r>
        <w:t>闫承泽</w:t>
      </w:r>
    </w:p>
    <w:p>
      <w:r>
        <w:t>4101****0054</w:t>
      </w:r>
    </w:p>
    <w:p>
      <w:r>
        <w:t>硕士</w:t>
      </w:r>
    </w:p>
    <w:p>
      <w:r>
        <w:t>材料科学与工程系</w:t>
      </w:r>
    </w:p>
    <w:p>
      <w:r>
        <w:t>080500</w:t>
      </w:r>
    </w:p>
    <w:p>
      <w:r>
        <w:t>材料科学与工程</w:t>
      </w:r>
    </w:p>
    <w:p>
      <w:r>
        <w:t>闫艺媛</w:t>
      </w:r>
    </w:p>
    <w:p>
      <w:r>
        <w:t>4205****2229</w:t>
      </w:r>
    </w:p>
    <w:p>
      <w:r>
        <w:t>硕士</w:t>
      </w:r>
    </w:p>
    <w:p>
      <w:r>
        <w:t>材料科学与工程系</w:t>
      </w:r>
    </w:p>
    <w:p>
      <w:r>
        <w:t>080500</w:t>
      </w:r>
    </w:p>
    <w:p>
      <w:r>
        <w:t>材料科学与工程</w:t>
      </w:r>
    </w:p>
    <w:p>
      <w:r>
        <w:t>姚超凡</w:t>
      </w:r>
    </w:p>
    <w:p>
      <w:r>
        <w:t>4210****1025</w:t>
      </w:r>
    </w:p>
    <w:p>
      <w:r>
        <w:t>硕士</w:t>
      </w:r>
    </w:p>
    <w:p>
      <w:r>
        <w:t>材料科学与工程系</w:t>
      </w:r>
    </w:p>
    <w:p>
      <w:r>
        <w:t>080500</w:t>
      </w:r>
    </w:p>
    <w:p>
      <w:r>
        <w:t>材料科学与工程</w:t>
      </w:r>
    </w:p>
    <w:p>
      <w:r>
        <w:t>张鸿堽</w:t>
      </w:r>
    </w:p>
    <w:p>
      <w:r>
        <w:t>5111****2552</w:t>
      </w:r>
    </w:p>
    <w:p>
      <w:r>
        <w:t>硕士</w:t>
      </w:r>
    </w:p>
    <w:p>
      <w:r>
        <w:t>材料科学与工程系</w:t>
      </w:r>
    </w:p>
    <w:p>
      <w:r>
        <w:t>080500</w:t>
      </w:r>
    </w:p>
    <w:p>
      <w:r>
        <w:t>材料科学与工程</w:t>
      </w:r>
    </w:p>
    <w:p>
      <w:r>
        <w:t>张毅帆</w:t>
      </w:r>
    </w:p>
    <w:p>
      <w:r>
        <w:t>4301****8678</w:t>
      </w:r>
    </w:p>
    <w:p>
      <w:r>
        <w:t>硕士</w:t>
      </w:r>
    </w:p>
    <w:p>
      <w:r>
        <w:t>材料科学与工程系</w:t>
      </w:r>
    </w:p>
    <w:p>
      <w:r>
        <w:t>080500</w:t>
      </w:r>
    </w:p>
    <w:p>
      <w:r>
        <w:t>材料科学与工程</w:t>
      </w:r>
    </w:p>
    <w:p>
      <w:r>
        <w:t>张子贤</w:t>
      </w:r>
    </w:p>
    <w:p>
      <w:r>
        <w:t>4405****5115</w:t>
      </w:r>
    </w:p>
    <w:p>
      <w:r>
        <w:t>硕士</w:t>
      </w:r>
    </w:p>
    <w:p>
      <w:r>
        <w:t>材料科学与工程系</w:t>
      </w:r>
    </w:p>
    <w:p>
      <w:r>
        <w:t>080500</w:t>
      </w:r>
    </w:p>
    <w:p>
      <w:r>
        <w:t>材料科学与工程</w:t>
      </w:r>
    </w:p>
    <w:p>
      <w:r>
        <w:t>章程锦</w:t>
      </w:r>
    </w:p>
    <w:p>
      <w:r>
        <w:t>3601****5735</w:t>
      </w:r>
    </w:p>
    <w:p>
      <w:r>
        <w:t>硕士</w:t>
      </w:r>
    </w:p>
    <w:p>
      <w:r>
        <w:t>材料科学与工程系</w:t>
      </w:r>
    </w:p>
    <w:p>
      <w:r>
        <w:t>080500</w:t>
      </w:r>
    </w:p>
    <w:p>
      <w:r>
        <w:t>材料科学与工程</w:t>
      </w:r>
    </w:p>
    <w:p>
      <w:r>
        <w:t>赵浩然</w:t>
      </w:r>
    </w:p>
    <w:p>
      <w:r>
        <w:t>4305****8474</w:t>
      </w:r>
    </w:p>
    <w:p>
      <w:r>
        <w:t>硕士</w:t>
      </w:r>
    </w:p>
    <w:p>
      <w:r>
        <w:t>材料科学与工程系</w:t>
      </w:r>
    </w:p>
    <w:p>
      <w:r>
        <w:t>080500</w:t>
      </w:r>
    </w:p>
    <w:p>
      <w:r>
        <w:t>材料科学与工程</w:t>
      </w:r>
    </w:p>
    <w:p>
      <w:r>
        <w:t>赵梦媛</w:t>
      </w:r>
    </w:p>
    <w:p>
      <w:r>
        <w:t>3708****5223</w:t>
      </w:r>
    </w:p>
    <w:p>
      <w:r>
        <w:t>硕士</w:t>
      </w:r>
    </w:p>
    <w:p>
      <w:r>
        <w:t>材料科学与工程系</w:t>
      </w:r>
    </w:p>
    <w:p>
      <w:r>
        <w:t>080500</w:t>
      </w:r>
    </w:p>
    <w:p>
      <w:r>
        <w:t>材料科学与工程</w:t>
      </w:r>
    </w:p>
    <w:p>
      <w:r>
        <w:t>赵一嵘</w:t>
      </w:r>
    </w:p>
    <w:p>
      <w:r>
        <w:t>4203****2410</w:t>
      </w:r>
    </w:p>
    <w:p>
      <w:r>
        <w:t>硕士</w:t>
      </w:r>
    </w:p>
    <w:p>
      <w:r>
        <w:t>材料科学与工程系</w:t>
      </w:r>
    </w:p>
    <w:p>
      <w:r>
        <w:t>080500</w:t>
      </w:r>
    </w:p>
    <w:p>
      <w:r>
        <w:t>材料科学与工程</w:t>
      </w:r>
    </w:p>
    <w:p>
      <w:r>
        <w:t>邓皞程</w:t>
      </w:r>
    </w:p>
    <w:p>
      <w:r>
        <w:t>4401****0032</w:t>
      </w:r>
    </w:p>
    <w:p>
      <w:r>
        <w:t>硕士</w:t>
      </w:r>
    </w:p>
    <w:p>
      <w:r>
        <w:t>材料科学与工程系</w:t>
      </w:r>
    </w:p>
    <w:p>
      <w:r>
        <w:t>085600</w:t>
      </w:r>
    </w:p>
    <w:p>
      <w:r>
        <w:t>材料与化工</w:t>
      </w:r>
    </w:p>
    <w:p>
      <w:r>
        <w:t>工程硕博士专项</w:t>
      </w:r>
    </w:p>
    <w:p>
      <w:r>
        <w:t>杜佳浩</w:t>
      </w:r>
    </w:p>
    <w:p>
      <w:r>
        <w:t>1304****7512</w:t>
      </w:r>
    </w:p>
    <w:p>
      <w:r>
        <w:t>硕士</w:t>
      </w:r>
    </w:p>
    <w:p>
      <w:r>
        <w:t>材料科学与工程系</w:t>
      </w:r>
    </w:p>
    <w:p>
      <w:r>
        <w:t>085600</w:t>
      </w:r>
    </w:p>
    <w:p>
      <w:r>
        <w:t>材料与化工</w:t>
      </w:r>
    </w:p>
    <w:p>
      <w:r>
        <w:t>工程硕博士专项</w:t>
      </w:r>
    </w:p>
    <w:p>
      <w:r>
        <w:t>樊友康</w:t>
      </w:r>
    </w:p>
    <w:p>
      <w:r>
        <w:t>3604****0017</w:t>
      </w:r>
    </w:p>
    <w:p>
      <w:r>
        <w:t>硕士</w:t>
      </w:r>
    </w:p>
    <w:p>
      <w:r>
        <w:t>材料科学与工程系</w:t>
      </w:r>
    </w:p>
    <w:p>
      <w:r>
        <w:t>085600</w:t>
      </w:r>
    </w:p>
    <w:p>
      <w:r>
        <w:t>材料与化工</w:t>
      </w:r>
    </w:p>
    <w:p>
      <w:r>
        <w:t>工程硕博士专项</w:t>
      </w:r>
    </w:p>
    <w:p>
      <w:r>
        <w:t>林子淳</w:t>
      </w:r>
    </w:p>
    <w:p>
      <w:r>
        <w:t>4405****4819</w:t>
      </w:r>
    </w:p>
    <w:p>
      <w:r>
        <w:t>硕士</w:t>
      </w:r>
    </w:p>
    <w:p>
      <w:r>
        <w:t>材料科学与工程系</w:t>
      </w:r>
    </w:p>
    <w:p>
      <w:r>
        <w:t>085600</w:t>
      </w:r>
    </w:p>
    <w:p>
      <w:r>
        <w:t>材料与化工</w:t>
      </w:r>
    </w:p>
    <w:p>
      <w:r>
        <w:t>工程硕博士专项</w:t>
      </w:r>
    </w:p>
    <w:p>
      <w:r>
        <w:t>秦圣凡</w:t>
      </w:r>
    </w:p>
    <w:p>
      <w:r>
        <w:t>4503****2719</w:t>
      </w:r>
    </w:p>
    <w:p>
      <w:r>
        <w:t>硕士</w:t>
      </w:r>
    </w:p>
    <w:p>
      <w:r>
        <w:t>材料科学与工程系</w:t>
      </w:r>
    </w:p>
    <w:p>
      <w:r>
        <w:t>085600</w:t>
      </w:r>
    </w:p>
    <w:p>
      <w:r>
        <w:t>材料与化工</w:t>
      </w:r>
    </w:p>
    <w:p>
      <w:r>
        <w:t>工程硕博士专项</w:t>
      </w:r>
    </w:p>
    <w:p>
      <w:r>
        <w:t>南方科技大学2026级推免生（含直博生）拟录取名单</w:t>
      </w:r>
    </w:p>
    <w:p>
      <w:r>
        <w:t>姓名</w:t>
      </w:r>
    </w:p>
    <w:p>
      <w:r>
        <w:t>证件号码</w:t>
      </w:r>
    </w:p>
    <w:p>
      <w:r>
        <w:t>录取类别</w:t>
      </w:r>
    </w:p>
    <w:p>
      <w:r>
        <w:t>录取院系名称</w:t>
      </w:r>
    </w:p>
    <w:p>
      <w:r>
        <w:t>录取专业代码</w:t>
      </w:r>
    </w:p>
    <w:p>
      <w:r>
        <w:t>录取专业名称</w:t>
      </w:r>
    </w:p>
    <w:p>
      <w:r>
        <w:t>备注</w:t>
      </w:r>
    </w:p>
    <w:p>
      <w:r>
        <w:t>张晨曦</w:t>
      </w:r>
    </w:p>
    <w:p>
      <w:r>
        <w:t>4290****405X</w:t>
      </w:r>
    </w:p>
    <w:p>
      <w:r>
        <w:t>硕士</w:t>
      </w:r>
    </w:p>
    <w:p>
      <w:r>
        <w:t>材料科学与工程系</w:t>
      </w:r>
    </w:p>
    <w:p>
      <w:r>
        <w:t>085600</w:t>
      </w:r>
    </w:p>
    <w:p>
      <w:r>
        <w:t>材料与化工</w:t>
      </w:r>
    </w:p>
    <w:p>
      <w:r>
        <w:t>工程硕博士专项</w:t>
      </w:r>
    </w:p>
    <w:p>
      <w:r>
        <w:t>郑双成</w:t>
      </w:r>
    </w:p>
    <w:p>
      <w:r>
        <w:t>4408****0054</w:t>
      </w:r>
    </w:p>
    <w:p>
      <w:r>
        <w:t>硕士</w:t>
      </w:r>
    </w:p>
    <w:p>
      <w:r>
        <w:t>材料科学与工程系</w:t>
      </w:r>
    </w:p>
    <w:p>
      <w:r>
        <w:t>085600</w:t>
      </w:r>
    </w:p>
    <w:p>
      <w:r>
        <w:t>材料与化工</w:t>
      </w:r>
    </w:p>
    <w:p>
      <w:r>
        <w:t>工程硕博士专项</w:t>
      </w:r>
    </w:p>
    <w:p>
      <w:r>
        <w:t>黄宸</w:t>
      </w:r>
    </w:p>
    <w:p>
      <w:r>
        <w:t>4115****0016</w:t>
      </w:r>
    </w:p>
    <w:p>
      <w:r>
        <w:t>直博生</w:t>
      </w:r>
    </w:p>
    <w:p>
      <w:r>
        <w:t>材料科学与工程系</w:t>
      </w:r>
    </w:p>
    <w:p>
      <w:r>
        <w:t>085600</w:t>
      </w:r>
    </w:p>
    <w:p>
      <w:r>
        <w:t>材料与化工</w:t>
      </w:r>
    </w:p>
    <w:p>
      <w:r>
        <w:t>工程硕博士专项</w:t>
      </w:r>
    </w:p>
    <w:p>
      <w:r>
        <w:t>罗思敏</w:t>
      </w:r>
    </w:p>
    <w:p>
      <w:r>
        <w:t>4301****7939</w:t>
      </w:r>
    </w:p>
    <w:p>
      <w:r>
        <w:t>直博生</w:t>
      </w:r>
    </w:p>
    <w:p>
      <w:r>
        <w:t>材料科学与工程系</w:t>
      </w:r>
    </w:p>
    <w:p>
      <w:r>
        <w:t>085600</w:t>
      </w:r>
    </w:p>
    <w:p>
      <w:r>
        <w:t>材料与化工</w:t>
      </w:r>
    </w:p>
    <w:p>
      <w:r>
        <w:t>工程硕博士专项</w:t>
      </w:r>
    </w:p>
    <w:p>
      <w:r>
        <w:t>蒙德凤</w:t>
      </w:r>
    </w:p>
    <w:p>
      <w:r>
        <w:t>4503****2421</w:t>
      </w:r>
    </w:p>
    <w:p>
      <w:r>
        <w:t>直博生</w:t>
      </w:r>
    </w:p>
    <w:p>
      <w:r>
        <w:t>材料科学与工程系</w:t>
      </w:r>
    </w:p>
    <w:p>
      <w:r>
        <w:t>085600</w:t>
      </w:r>
    </w:p>
    <w:p>
      <w:r>
        <w:t>材料与化工</w:t>
      </w:r>
    </w:p>
    <w:p>
      <w:r>
        <w:t>工程硕博士专项</w:t>
      </w:r>
    </w:p>
    <w:p>
      <w:r>
        <w:t>汤嘉恒</w:t>
      </w:r>
    </w:p>
    <w:p>
      <w:r>
        <w:t>3504****6012</w:t>
      </w:r>
    </w:p>
    <w:p>
      <w:r>
        <w:t>直博生</w:t>
      </w:r>
    </w:p>
    <w:p>
      <w:r>
        <w:t>材料科学与工程系</w:t>
      </w:r>
    </w:p>
    <w:p>
      <w:r>
        <w:t>085600</w:t>
      </w:r>
    </w:p>
    <w:p>
      <w:r>
        <w:t>材料与化工</w:t>
      </w:r>
    </w:p>
    <w:p>
      <w:r>
        <w:t>工程硕博士专项</w:t>
      </w:r>
    </w:p>
    <w:p>
      <w:r>
        <w:t>杨浩楠</w:t>
      </w:r>
    </w:p>
    <w:p>
      <w:r>
        <w:t>4114****8034</w:t>
      </w:r>
    </w:p>
    <w:p>
      <w:r>
        <w:t>直博生</w:t>
      </w:r>
    </w:p>
    <w:p>
      <w:r>
        <w:t>材料科学与工程系</w:t>
      </w:r>
    </w:p>
    <w:p>
      <w:r>
        <w:t>085600</w:t>
      </w:r>
    </w:p>
    <w:p>
      <w:r>
        <w:t>材料与化工</w:t>
      </w:r>
    </w:p>
    <w:p>
      <w:r>
        <w:t>工程硕博士专项</w:t>
      </w:r>
    </w:p>
    <w:p>
      <w:r>
        <w:t>胡叶锦轩</w:t>
      </w:r>
    </w:p>
    <w:p>
      <w:r>
        <w:t>3303****5729</w:t>
      </w:r>
    </w:p>
    <w:p>
      <w:r>
        <w:t>硕士</w:t>
      </w:r>
    </w:p>
    <w:p>
      <w:r>
        <w:t>商学院</w:t>
      </w:r>
    </w:p>
    <w:p>
      <w:r>
        <w:t>120100</w:t>
      </w:r>
    </w:p>
    <w:p>
      <w:r>
        <w:t>管理科学与工程</w:t>
      </w:r>
    </w:p>
    <w:p>
      <w:r>
        <w:t>李俊宏</w:t>
      </w:r>
    </w:p>
    <w:p>
      <w:r>
        <w:t>5002****543X</w:t>
      </w:r>
    </w:p>
    <w:p>
      <w:r>
        <w:t>硕士</w:t>
      </w:r>
    </w:p>
    <w:p>
      <w:r>
        <w:t>商学院</w:t>
      </w:r>
    </w:p>
    <w:p>
      <w:r>
        <w:t>120100</w:t>
      </w:r>
    </w:p>
    <w:p>
      <w:r>
        <w:t>管理科学与工程</w:t>
      </w:r>
    </w:p>
    <w:p>
      <w:r>
        <w:t>李玉</w:t>
      </w:r>
    </w:p>
    <w:p>
      <w:r>
        <w:t>4452****6243</w:t>
      </w:r>
    </w:p>
    <w:p>
      <w:r>
        <w:t>硕士</w:t>
      </w:r>
    </w:p>
    <w:p>
      <w:r>
        <w:t>商学院</w:t>
      </w:r>
    </w:p>
    <w:p>
      <w:r>
        <w:t>120100</w:t>
      </w:r>
    </w:p>
    <w:p>
      <w:r>
        <w:t>管理科学与工程</w:t>
      </w:r>
    </w:p>
    <w:p>
      <w:r>
        <w:t>林子涵</w:t>
      </w:r>
    </w:p>
    <w:p>
      <w:r>
        <w:t>3508****0536</w:t>
      </w:r>
    </w:p>
    <w:p>
      <w:r>
        <w:t>硕士</w:t>
      </w:r>
    </w:p>
    <w:p>
      <w:r>
        <w:t>商学院</w:t>
      </w:r>
    </w:p>
    <w:p>
      <w:r>
        <w:t>120100</w:t>
      </w:r>
    </w:p>
    <w:p>
      <w:r>
        <w:t>管理科学与工程</w:t>
      </w:r>
    </w:p>
    <w:p>
      <w:r>
        <w:t>刘晓阳</w:t>
      </w:r>
    </w:p>
    <w:p>
      <w:r>
        <w:t>4416****4173</w:t>
      </w:r>
    </w:p>
    <w:p>
      <w:r>
        <w:t>硕士</w:t>
      </w:r>
    </w:p>
    <w:p>
      <w:r>
        <w:t>商学院</w:t>
      </w:r>
    </w:p>
    <w:p>
      <w:r>
        <w:t>120100</w:t>
      </w:r>
    </w:p>
    <w:p>
      <w:r>
        <w:t>管理科学与工程</w:t>
      </w:r>
    </w:p>
    <w:p>
      <w:r>
        <w:t>毛柯杰</w:t>
      </w:r>
    </w:p>
    <w:p>
      <w:r>
        <w:t>5101****7735</w:t>
      </w:r>
    </w:p>
    <w:p>
      <w:r>
        <w:t>硕士</w:t>
      </w:r>
    </w:p>
    <w:p>
      <w:r>
        <w:t>商学院</w:t>
      </w:r>
    </w:p>
    <w:p>
      <w:r>
        <w:t>120100</w:t>
      </w:r>
    </w:p>
    <w:p>
      <w:r>
        <w:t>管理科学与工程</w:t>
      </w:r>
    </w:p>
    <w:p>
      <w:r>
        <w:t>覃奕颖</w:t>
      </w:r>
    </w:p>
    <w:p>
      <w:r>
        <w:t>4501****302X</w:t>
      </w:r>
    </w:p>
    <w:p>
      <w:r>
        <w:t>硕士</w:t>
      </w:r>
    </w:p>
    <w:p>
      <w:r>
        <w:t>商学院</w:t>
      </w:r>
    </w:p>
    <w:p>
      <w:r>
        <w:t>120100</w:t>
      </w:r>
    </w:p>
    <w:p>
      <w:r>
        <w:t>管理科学与工程</w:t>
      </w:r>
    </w:p>
    <w:p>
      <w:r>
        <w:t>肖涵曦</w:t>
      </w:r>
    </w:p>
    <w:p>
      <w:r>
        <w:t>2208****0916</w:t>
      </w:r>
    </w:p>
    <w:p>
      <w:r>
        <w:t>硕士</w:t>
      </w:r>
    </w:p>
    <w:p>
      <w:r>
        <w:t>商学院</w:t>
      </w:r>
    </w:p>
    <w:p>
      <w:r>
        <w:t>120100</w:t>
      </w:r>
    </w:p>
    <w:p>
      <w:r>
        <w:t>管理科学与工程</w:t>
      </w:r>
    </w:p>
    <w:p>
      <w:r>
        <w:t>许正宇</w:t>
      </w:r>
    </w:p>
    <w:p>
      <w:r>
        <w:t>3411****4055</w:t>
      </w:r>
    </w:p>
    <w:p>
      <w:r>
        <w:t>硕士</w:t>
      </w:r>
    </w:p>
    <w:p>
      <w:r>
        <w:t>商学院</w:t>
      </w:r>
    </w:p>
    <w:p>
      <w:r>
        <w:t>120100</w:t>
      </w:r>
    </w:p>
    <w:p>
      <w:r>
        <w:t>管理科学与工程</w:t>
      </w:r>
    </w:p>
    <w:p>
      <w:r>
        <w:t>杨宜婷</w:t>
      </w:r>
    </w:p>
    <w:p>
      <w:r>
        <w:t>4202****0825</w:t>
      </w:r>
    </w:p>
    <w:p>
      <w:r>
        <w:t>硕士</w:t>
      </w:r>
    </w:p>
    <w:p>
      <w:r>
        <w:t>商学院</w:t>
      </w:r>
    </w:p>
    <w:p>
      <w:r>
        <w:t>120100</w:t>
      </w:r>
    </w:p>
    <w:p>
      <w:r>
        <w:t>管理科学与工程</w:t>
      </w:r>
    </w:p>
    <w:p>
      <w:r>
        <w:t>张昊飞</w:t>
      </w:r>
    </w:p>
    <w:p>
      <w:r>
        <w:t>3712****0313</w:t>
      </w:r>
    </w:p>
    <w:p>
      <w:r>
        <w:t>硕士</w:t>
      </w:r>
    </w:p>
    <w:p>
      <w:r>
        <w:t>商学院</w:t>
      </w:r>
    </w:p>
    <w:p>
      <w:r>
        <w:t>120100</w:t>
      </w:r>
    </w:p>
    <w:p>
      <w:r>
        <w:t>管理科学与工程</w:t>
      </w:r>
    </w:p>
    <w:p>
      <w:r>
        <w:t>钟煜基</w:t>
      </w:r>
    </w:p>
    <w:p>
      <w:r>
        <w:t>4414****0614</w:t>
      </w:r>
    </w:p>
    <w:p>
      <w:r>
        <w:t>硕士</w:t>
      </w:r>
    </w:p>
    <w:p>
      <w:r>
        <w:t>商学院</w:t>
      </w:r>
    </w:p>
    <w:p>
      <w:r>
        <w:t>120100</w:t>
      </w:r>
    </w:p>
    <w:p>
      <w:r>
        <w:t>管理科学与工程</w:t>
      </w:r>
    </w:p>
    <w:p>
      <w:r>
        <w:t>白舒媛</w:t>
      </w:r>
    </w:p>
    <w:p>
      <w:r>
        <w:t>4601****1321</w:t>
      </w:r>
    </w:p>
    <w:p>
      <w:r>
        <w:t>硕士</w:t>
      </w:r>
    </w:p>
    <w:p>
      <w:r>
        <w:t>商学院</w:t>
      </w:r>
    </w:p>
    <w:p>
      <w:r>
        <w:t>025100</w:t>
      </w:r>
    </w:p>
    <w:p>
      <w:r>
        <w:t>金融</w:t>
      </w:r>
    </w:p>
    <w:p>
      <w:r>
        <w:t>陈羽林</w:t>
      </w:r>
    </w:p>
    <w:p>
      <w:r>
        <w:t>4401****6916</w:t>
      </w:r>
    </w:p>
    <w:p>
      <w:r>
        <w:t>硕士</w:t>
      </w:r>
    </w:p>
    <w:p>
      <w:r>
        <w:t>商学院</w:t>
      </w:r>
    </w:p>
    <w:p>
      <w:r>
        <w:t>025100</w:t>
      </w:r>
    </w:p>
    <w:p>
      <w:r>
        <w:t>金融</w:t>
      </w:r>
    </w:p>
    <w:p>
      <w:r>
        <w:t>程璐</w:t>
      </w:r>
    </w:p>
    <w:p>
      <w:r>
        <w:t>4403****0064</w:t>
      </w:r>
    </w:p>
    <w:p>
      <w:r>
        <w:t>硕士</w:t>
      </w:r>
    </w:p>
    <w:p>
      <w:r>
        <w:t>商学院</w:t>
      </w:r>
    </w:p>
    <w:p>
      <w:r>
        <w:t>025100</w:t>
      </w:r>
    </w:p>
    <w:p>
      <w:r>
        <w:t>金融</w:t>
      </w:r>
    </w:p>
    <w:p>
      <w:r>
        <w:t>董万昌</w:t>
      </w:r>
    </w:p>
    <w:p>
      <w:r>
        <w:t>3303****2010</w:t>
      </w:r>
    </w:p>
    <w:p>
      <w:r>
        <w:t>硕士</w:t>
      </w:r>
    </w:p>
    <w:p>
      <w:r>
        <w:t>商学院</w:t>
      </w:r>
    </w:p>
    <w:p>
      <w:r>
        <w:t>025100</w:t>
      </w:r>
    </w:p>
    <w:p>
      <w:r>
        <w:t>金融</w:t>
      </w:r>
    </w:p>
    <w:p>
      <w:r>
        <w:t>郭翔冲</w:t>
      </w:r>
    </w:p>
    <w:p>
      <w:r>
        <w:t>4205****0016</w:t>
      </w:r>
    </w:p>
    <w:p>
      <w:r>
        <w:t>硕士</w:t>
      </w:r>
    </w:p>
    <w:p>
      <w:r>
        <w:t>商学院</w:t>
      </w:r>
    </w:p>
    <w:p>
      <w:r>
        <w:t>025100</w:t>
      </w:r>
    </w:p>
    <w:p>
      <w:r>
        <w:t>金融</w:t>
      </w:r>
    </w:p>
    <w:p>
      <w:r>
        <w:t>韩佳夏</w:t>
      </w:r>
    </w:p>
    <w:p>
      <w:r>
        <w:t>4114****104X</w:t>
      </w:r>
    </w:p>
    <w:p>
      <w:r>
        <w:t>硕士</w:t>
      </w:r>
    </w:p>
    <w:p>
      <w:r>
        <w:t>商学院</w:t>
      </w:r>
    </w:p>
    <w:p>
      <w:r>
        <w:t>025100</w:t>
      </w:r>
    </w:p>
    <w:p>
      <w:r>
        <w:t>金融</w:t>
      </w:r>
    </w:p>
    <w:p>
      <w:r>
        <w:t>姜昱丞</w:t>
      </w:r>
    </w:p>
    <w:p>
      <w:r>
        <w:t>6101****0517</w:t>
      </w:r>
    </w:p>
    <w:p>
      <w:r>
        <w:t>硕士</w:t>
      </w:r>
    </w:p>
    <w:p>
      <w:r>
        <w:t>商学院</w:t>
      </w:r>
    </w:p>
    <w:p>
      <w:r>
        <w:t>025100</w:t>
      </w:r>
    </w:p>
    <w:p>
      <w:r>
        <w:t>金融</w:t>
      </w:r>
    </w:p>
    <w:p>
      <w:r>
        <w:t>李博然</w:t>
      </w:r>
    </w:p>
    <w:p>
      <w:r>
        <w:t>4403****771X</w:t>
      </w:r>
    </w:p>
    <w:p>
      <w:r>
        <w:t>硕士</w:t>
      </w:r>
    </w:p>
    <w:p>
      <w:r>
        <w:t>商学院</w:t>
      </w:r>
    </w:p>
    <w:p>
      <w:r>
        <w:t>025100</w:t>
      </w:r>
    </w:p>
    <w:p>
      <w:r>
        <w:t>金融</w:t>
      </w:r>
    </w:p>
    <w:p>
      <w:r>
        <w:t>李可轩</w:t>
      </w:r>
    </w:p>
    <w:p>
      <w:r>
        <w:t>3603****1049</w:t>
      </w:r>
    </w:p>
    <w:p>
      <w:r>
        <w:t>硕士</w:t>
      </w:r>
    </w:p>
    <w:p>
      <w:r>
        <w:t>商学院</w:t>
      </w:r>
    </w:p>
    <w:p>
      <w:r>
        <w:t>025100</w:t>
      </w:r>
    </w:p>
    <w:p>
      <w:r>
        <w:t>金融</w:t>
      </w:r>
    </w:p>
    <w:p>
      <w:r>
        <w:t>梁福炎</w:t>
      </w:r>
    </w:p>
    <w:p>
      <w:r>
        <w:t>3715****4433</w:t>
      </w:r>
    </w:p>
    <w:p>
      <w:r>
        <w:t>硕士</w:t>
      </w:r>
    </w:p>
    <w:p>
      <w:r>
        <w:t>商学院</w:t>
      </w:r>
    </w:p>
    <w:p>
      <w:r>
        <w:t>025100</w:t>
      </w:r>
    </w:p>
    <w:p>
      <w:r>
        <w:t>金融</w:t>
      </w:r>
    </w:p>
    <w:p>
      <w:r>
        <w:t>彭兆阳</w:t>
      </w:r>
    </w:p>
    <w:p>
      <w:r>
        <w:t>4301****0712</w:t>
      </w:r>
    </w:p>
    <w:p>
      <w:r>
        <w:t>硕士</w:t>
      </w:r>
    </w:p>
    <w:p>
      <w:r>
        <w:t>商学院</w:t>
      </w:r>
    </w:p>
    <w:p>
      <w:r>
        <w:t>025100</w:t>
      </w:r>
    </w:p>
    <w:p>
      <w:r>
        <w:t>金融</w:t>
      </w:r>
    </w:p>
    <w:p>
      <w:r>
        <w:t>皮宇</w:t>
      </w:r>
    </w:p>
    <w:p>
      <w:r>
        <w:t>4307****0081</w:t>
      </w:r>
    </w:p>
    <w:p>
      <w:r>
        <w:t>硕士</w:t>
      </w:r>
    </w:p>
    <w:p>
      <w:r>
        <w:t>商学院</w:t>
      </w:r>
    </w:p>
    <w:p>
      <w:r>
        <w:t>025100</w:t>
      </w:r>
    </w:p>
    <w:p>
      <w:r>
        <w:t>金融</w:t>
      </w:r>
    </w:p>
    <w:p>
      <w:r>
        <w:t>任思妤</w:t>
      </w:r>
    </w:p>
    <w:p>
      <w:r>
        <w:t>4304****0326</w:t>
      </w:r>
    </w:p>
    <w:p>
      <w:r>
        <w:t>硕士</w:t>
      </w:r>
    </w:p>
    <w:p>
      <w:r>
        <w:t>商学院</w:t>
      </w:r>
    </w:p>
    <w:p>
      <w:r>
        <w:t>025100</w:t>
      </w:r>
    </w:p>
    <w:p>
      <w:r>
        <w:t>金融</w:t>
      </w:r>
    </w:p>
    <w:p>
      <w:r>
        <w:t>邵俊鹏</w:t>
      </w:r>
    </w:p>
    <w:p>
      <w:r>
        <w:t>4418****0010</w:t>
      </w:r>
    </w:p>
    <w:p>
      <w:r>
        <w:t>硕士</w:t>
      </w:r>
    </w:p>
    <w:p>
      <w:r>
        <w:t>商学院</w:t>
      </w:r>
    </w:p>
    <w:p>
      <w:r>
        <w:t>025100</w:t>
      </w:r>
    </w:p>
    <w:p>
      <w:r>
        <w:t>金融</w:t>
      </w:r>
    </w:p>
    <w:p>
      <w:r>
        <w:t>孙沐妍</w:t>
      </w:r>
    </w:p>
    <w:p>
      <w:r>
        <w:t>3714****3542</w:t>
      </w:r>
    </w:p>
    <w:p>
      <w:r>
        <w:t>硕士</w:t>
      </w:r>
    </w:p>
    <w:p>
      <w:r>
        <w:t>商学院</w:t>
      </w:r>
    </w:p>
    <w:p>
      <w:r>
        <w:t>025100</w:t>
      </w:r>
    </w:p>
    <w:p>
      <w:r>
        <w:t>金融</w:t>
      </w:r>
    </w:p>
    <w:p>
      <w:r>
        <w:t>文玺荧</w:t>
      </w:r>
    </w:p>
    <w:p>
      <w:r>
        <w:t>4403****4527</w:t>
      </w:r>
    </w:p>
    <w:p>
      <w:r>
        <w:t>硕士</w:t>
      </w:r>
    </w:p>
    <w:p>
      <w:r>
        <w:t>商学院</w:t>
      </w:r>
    </w:p>
    <w:p>
      <w:r>
        <w:t>025100</w:t>
      </w:r>
    </w:p>
    <w:p>
      <w:r>
        <w:t>金融</w:t>
      </w:r>
    </w:p>
    <w:p>
      <w:r>
        <w:t>张诗悦</w:t>
      </w:r>
    </w:p>
    <w:p>
      <w:r>
        <w:t>4502****0725</w:t>
      </w:r>
    </w:p>
    <w:p>
      <w:r>
        <w:t>硕士</w:t>
      </w:r>
    </w:p>
    <w:p>
      <w:r>
        <w:t>商学院</w:t>
      </w:r>
    </w:p>
    <w:p>
      <w:r>
        <w:t>025100</w:t>
      </w:r>
    </w:p>
    <w:p>
      <w:r>
        <w:t>金融</w:t>
      </w:r>
    </w:p>
    <w:p>
      <w:r>
        <w:t>章文翰</w:t>
      </w:r>
    </w:p>
    <w:p>
      <w:r>
        <w:t>3601****2214</w:t>
      </w:r>
    </w:p>
    <w:p>
      <w:r>
        <w:t>硕士</w:t>
      </w:r>
    </w:p>
    <w:p>
      <w:r>
        <w:t>商学院</w:t>
      </w:r>
    </w:p>
    <w:p>
      <w:r>
        <w:t>025100</w:t>
      </w:r>
    </w:p>
    <w:p>
      <w:r>
        <w:t>金融</w:t>
      </w:r>
    </w:p>
    <w:p>
      <w:r>
        <w:t>郑妙心</w:t>
      </w:r>
    </w:p>
    <w:p>
      <w:r>
        <w:t>6205****002X</w:t>
      </w:r>
    </w:p>
    <w:p>
      <w:r>
        <w:t>硕士</w:t>
      </w:r>
    </w:p>
    <w:p>
      <w:r>
        <w:t>商学院</w:t>
      </w:r>
    </w:p>
    <w:p>
      <w:r>
        <w:t>025100</w:t>
      </w:r>
    </w:p>
    <w:p>
      <w:r>
        <w:t>金融</w:t>
      </w:r>
    </w:p>
    <w:p>
      <w:r>
        <w:t>郑玥坤</w:t>
      </w:r>
    </w:p>
    <w:p>
      <w:r>
        <w:t>2206****0281</w:t>
      </w:r>
    </w:p>
    <w:p>
      <w:r>
        <w:t>硕士</w:t>
      </w:r>
    </w:p>
    <w:p>
      <w:r>
        <w:t>商学院</w:t>
      </w:r>
    </w:p>
    <w:p>
      <w:r>
        <w:t>025100</w:t>
      </w:r>
    </w:p>
    <w:p>
      <w:r>
        <w:t>金融</w:t>
      </w:r>
    </w:p>
    <w:p>
      <w:r>
        <w:t>庄熙文</w:t>
      </w:r>
    </w:p>
    <w:p>
      <w:r>
        <w:t>4408****1213</w:t>
      </w:r>
    </w:p>
    <w:p>
      <w:r>
        <w:t>硕士</w:t>
      </w:r>
    </w:p>
    <w:p>
      <w:r>
        <w:t>商学院</w:t>
      </w:r>
    </w:p>
    <w:p>
      <w:r>
        <w:t>025100</w:t>
      </w:r>
    </w:p>
    <w:p>
      <w:r>
        <w:t>金融</w:t>
      </w:r>
    </w:p>
    <w:p>
      <w:r>
        <w:t>陈宝妮</w:t>
      </w:r>
    </w:p>
    <w:p>
      <w:r>
        <w:t>6501****282X</w:t>
      </w:r>
    </w:p>
    <w:p>
      <w:r>
        <w:t>硕士</w:t>
      </w:r>
    </w:p>
    <w:p>
      <w:r>
        <w:t>环境科学与工程学院</w:t>
      </w:r>
    </w:p>
    <w:p>
      <w:r>
        <w:t>083000</w:t>
      </w:r>
    </w:p>
    <w:p>
      <w:r>
        <w:t>环境科学与工程</w:t>
      </w:r>
    </w:p>
    <w:p>
      <w:r>
        <w:t>陈燕</w:t>
      </w:r>
    </w:p>
    <w:p>
      <w:r>
        <w:t>4505****6143</w:t>
      </w:r>
    </w:p>
    <w:p>
      <w:r>
        <w:t>硕士</w:t>
      </w:r>
    </w:p>
    <w:p>
      <w:r>
        <w:t>环境科学与工程学院</w:t>
      </w:r>
    </w:p>
    <w:p>
      <w:r>
        <w:t>083000</w:t>
      </w:r>
    </w:p>
    <w:p>
      <w:r>
        <w:t>环境科学与工程</w:t>
      </w:r>
    </w:p>
    <w:p>
      <w:r>
        <w:t>陈钰炫</w:t>
      </w:r>
    </w:p>
    <w:p>
      <w:r>
        <w:t>4401****4820</w:t>
      </w:r>
    </w:p>
    <w:p>
      <w:r>
        <w:t>硕士</w:t>
      </w:r>
    </w:p>
    <w:p>
      <w:r>
        <w:t>环境科学与工程学院</w:t>
      </w:r>
    </w:p>
    <w:p>
      <w:r>
        <w:t>083000</w:t>
      </w:r>
    </w:p>
    <w:p>
      <w:r>
        <w:t>环境科学与工程</w:t>
      </w:r>
    </w:p>
    <w:p>
      <w:r>
        <w:t>陈智豪</w:t>
      </w:r>
    </w:p>
    <w:p>
      <w:r>
        <w:t>4304****0015</w:t>
      </w:r>
    </w:p>
    <w:p>
      <w:r>
        <w:t>硕士</w:t>
      </w:r>
    </w:p>
    <w:p>
      <w:r>
        <w:t>环境科学与工程学院</w:t>
      </w:r>
    </w:p>
    <w:p>
      <w:r>
        <w:t>083000</w:t>
      </w:r>
    </w:p>
    <w:p>
      <w:r>
        <w:t>环境科学与工程</w:t>
      </w:r>
    </w:p>
    <w:p>
      <w:r>
        <w:t>戴锐</w:t>
      </w:r>
    </w:p>
    <w:p>
      <w:r>
        <w:t>4301****2923</w:t>
      </w:r>
    </w:p>
    <w:p>
      <w:r>
        <w:t>硕士</w:t>
      </w:r>
    </w:p>
    <w:p>
      <w:r>
        <w:t>环境科学与工程学院</w:t>
      </w:r>
    </w:p>
    <w:p>
      <w:r>
        <w:t>083000</w:t>
      </w:r>
    </w:p>
    <w:p>
      <w:r>
        <w:t>环境科学与工程</w:t>
      </w:r>
    </w:p>
    <w:p>
      <w:r>
        <w:t>杜婉瑄</w:t>
      </w:r>
    </w:p>
    <w:p>
      <w:r>
        <w:t>4313****0122</w:t>
      </w:r>
    </w:p>
    <w:p>
      <w:r>
        <w:t>硕士</w:t>
      </w:r>
    </w:p>
    <w:p>
      <w:r>
        <w:t>环境科学与工程学院</w:t>
      </w:r>
    </w:p>
    <w:p>
      <w:r>
        <w:t>083000</w:t>
      </w:r>
    </w:p>
    <w:p>
      <w:r>
        <w:t>环境科学与工程</w:t>
      </w:r>
    </w:p>
    <w:p>
      <w:r>
        <w:t>南方科技大学2026级推免生（含直博生）拟录取名单</w:t>
      </w:r>
    </w:p>
    <w:p>
      <w:r>
        <w:t>姓名</w:t>
      </w:r>
    </w:p>
    <w:p>
      <w:r>
        <w:t>证件号码</w:t>
      </w:r>
    </w:p>
    <w:p>
      <w:r>
        <w:t>录取类别</w:t>
      </w:r>
    </w:p>
    <w:p>
      <w:r>
        <w:t>录取院系名称</w:t>
      </w:r>
    </w:p>
    <w:p>
      <w:r>
        <w:t>录取专业代码</w:t>
      </w:r>
    </w:p>
    <w:p>
      <w:r>
        <w:t>录取专业名称</w:t>
      </w:r>
    </w:p>
    <w:p>
      <w:r>
        <w:t>备注</w:t>
      </w:r>
    </w:p>
    <w:p>
      <w:r>
        <w:t>甘欣玉</w:t>
      </w:r>
    </w:p>
    <w:p>
      <w:r>
        <w:t>3609****5045</w:t>
      </w:r>
    </w:p>
    <w:p>
      <w:r>
        <w:t>硕士</w:t>
      </w:r>
    </w:p>
    <w:p>
      <w:r>
        <w:t>环境科学与工程学院</w:t>
      </w:r>
    </w:p>
    <w:p>
      <w:r>
        <w:t>083000</w:t>
      </w:r>
    </w:p>
    <w:p>
      <w:r>
        <w:t>环境科学与工程</w:t>
      </w:r>
    </w:p>
    <w:p>
      <w:r>
        <w:t>高子淇</w:t>
      </w:r>
    </w:p>
    <w:p>
      <w:r>
        <w:t>1401****194X</w:t>
      </w:r>
    </w:p>
    <w:p>
      <w:r>
        <w:t>硕士</w:t>
      </w:r>
    </w:p>
    <w:p>
      <w:r>
        <w:t>环境科学与工程学院</w:t>
      </w:r>
    </w:p>
    <w:p>
      <w:r>
        <w:t>083000</w:t>
      </w:r>
    </w:p>
    <w:p>
      <w:r>
        <w:t>环境科学与工程</w:t>
      </w:r>
    </w:p>
    <w:p>
      <w:r>
        <w:t>黄晓琪</w:t>
      </w:r>
    </w:p>
    <w:p>
      <w:r>
        <w:t>4451****142X</w:t>
      </w:r>
    </w:p>
    <w:p>
      <w:r>
        <w:t>硕士</w:t>
      </w:r>
    </w:p>
    <w:p>
      <w:r>
        <w:t>环境科学与工程学院</w:t>
      </w:r>
    </w:p>
    <w:p>
      <w:r>
        <w:t>083000</w:t>
      </w:r>
    </w:p>
    <w:p>
      <w:r>
        <w:t>环境科学与工程</w:t>
      </w:r>
    </w:p>
    <w:p>
      <w:r>
        <w:t>李佳晨</w:t>
      </w:r>
    </w:p>
    <w:p>
      <w:r>
        <w:t>1311****4415</w:t>
      </w:r>
    </w:p>
    <w:p>
      <w:r>
        <w:t>硕士</w:t>
      </w:r>
    </w:p>
    <w:p>
      <w:r>
        <w:t>环境科学与工程学院</w:t>
      </w:r>
    </w:p>
    <w:p>
      <w:r>
        <w:t>083000</w:t>
      </w:r>
    </w:p>
    <w:p>
      <w:r>
        <w:t>环境科学与工程</w:t>
      </w:r>
    </w:p>
    <w:p>
      <w:r>
        <w:t>李江海</w:t>
      </w:r>
    </w:p>
    <w:p>
      <w:r>
        <w:t>3603****0538</w:t>
      </w:r>
    </w:p>
    <w:p>
      <w:r>
        <w:t>硕士</w:t>
      </w:r>
    </w:p>
    <w:p>
      <w:r>
        <w:t>环境科学与工程学院</w:t>
      </w:r>
    </w:p>
    <w:p>
      <w:r>
        <w:t>083000</w:t>
      </w:r>
    </w:p>
    <w:p>
      <w:r>
        <w:t>环境科学与工程</w:t>
      </w:r>
    </w:p>
    <w:p>
      <w:r>
        <w:t>李科</w:t>
      </w:r>
    </w:p>
    <w:p>
      <w:r>
        <w:t>3714****0614</w:t>
      </w:r>
    </w:p>
    <w:p>
      <w:r>
        <w:t>硕士</w:t>
      </w:r>
    </w:p>
    <w:p>
      <w:r>
        <w:t>环境科学与工程学院</w:t>
      </w:r>
    </w:p>
    <w:p>
      <w:r>
        <w:t>083000</w:t>
      </w:r>
    </w:p>
    <w:p>
      <w:r>
        <w:t>环境科学与工程</w:t>
      </w:r>
    </w:p>
    <w:p>
      <w:r>
        <w:t>林佳敏</w:t>
      </w:r>
    </w:p>
    <w:p>
      <w:r>
        <w:t>3505****0022</w:t>
      </w:r>
    </w:p>
    <w:p>
      <w:r>
        <w:t>硕士</w:t>
      </w:r>
    </w:p>
    <w:p>
      <w:r>
        <w:t>环境科学与工程学院</w:t>
      </w:r>
    </w:p>
    <w:p>
      <w:r>
        <w:t>083000</w:t>
      </w:r>
    </w:p>
    <w:p>
      <w:r>
        <w:t>环境科学与工程</w:t>
      </w:r>
    </w:p>
    <w:p>
      <w:r>
        <w:t>刘天赐</w:t>
      </w:r>
    </w:p>
    <w:p>
      <w:r>
        <w:t>4115****7617</w:t>
      </w:r>
    </w:p>
    <w:p>
      <w:r>
        <w:t>硕士</w:t>
      </w:r>
    </w:p>
    <w:p>
      <w:r>
        <w:t>环境科学与工程学院</w:t>
      </w:r>
    </w:p>
    <w:p>
      <w:r>
        <w:t>083000</w:t>
      </w:r>
    </w:p>
    <w:p>
      <w:r>
        <w:t>环境科学与工程</w:t>
      </w:r>
    </w:p>
    <w:p>
      <w:r>
        <w:t>刘鑫</w:t>
      </w:r>
    </w:p>
    <w:p>
      <w:r>
        <w:t>4313****9311</w:t>
      </w:r>
    </w:p>
    <w:p>
      <w:r>
        <w:t>硕士</w:t>
      </w:r>
    </w:p>
    <w:p>
      <w:r>
        <w:t>环境科学与工程学院</w:t>
      </w:r>
    </w:p>
    <w:p>
      <w:r>
        <w:t>083000</w:t>
      </w:r>
    </w:p>
    <w:p>
      <w:r>
        <w:t>环境科学与工程</w:t>
      </w:r>
    </w:p>
    <w:p>
      <w:r>
        <w:t>罗载扬</w:t>
      </w:r>
    </w:p>
    <w:p>
      <w:r>
        <w:t>4307****0177</w:t>
      </w:r>
    </w:p>
    <w:p>
      <w:r>
        <w:t>硕士</w:t>
      </w:r>
    </w:p>
    <w:p>
      <w:r>
        <w:t>环境科学与工程学院</w:t>
      </w:r>
    </w:p>
    <w:p>
      <w:r>
        <w:t>083000</w:t>
      </w:r>
    </w:p>
    <w:p>
      <w:r>
        <w:t>环境科学与工程</w:t>
      </w:r>
    </w:p>
    <w:p>
      <w:r>
        <w:t>苗子凡</w:t>
      </w:r>
    </w:p>
    <w:p>
      <w:r>
        <w:t>4403****2014</w:t>
      </w:r>
    </w:p>
    <w:p>
      <w:r>
        <w:t>硕士</w:t>
      </w:r>
    </w:p>
    <w:p>
      <w:r>
        <w:t>环境科学与工程学院</w:t>
      </w:r>
    </w:p>
    <w:p>
      <w:r>
        <w:t>083000</w:t>
      </w:r>
    </w:p>
    <w:p>
      <w:r>
        <w:t>环境科学与工程</w:t>
      </w:r>
    </w:p>
    <w:p>
      <w:r>
        <w:t>欧荣</w:t>
      </w:r>
    </w:p>
    <w:p>
      <w:r>
        <w:t>3607****0051</w:t>
      </w:r>
    </w:p>
    <w:p>
      <w:r>
        <w:t>硕士</w:t>
      </w:r>
    </w:p>
    <w:p>
      <w:r>
        <w:t>环境科学与工程学院</w:t>
      </w:r>
    </w:p>
    <w:p>
      <w:r>
        <w:t>083000</w:t>
      </w:r>
    </w:p>
    <w:p>
      <w:r>
        <w:t>环境科学与工程</w:t>
      </w:r>
    </w:p>
    <w:p>
      <w:r>
        <w:t>齐国琳</w:t>
      </w:r>
    </w:p>
    <w:p>
      <w:r>
        <w:t>3715****6068</w:t>
      </w:r>
    </w:p>
    <w:p>
      <w:r>
        <w:t>硕士</w:t>
      </w:r>
    </w:p>
    <w:p>
      <w:r>
        <w:t>环境科学与工程学院</w:t>
      </w:r>
    </w:p>
    <w:p>
      <w:r>
        <w:t>083000</w:t>
      </w:r>
    </w:p>
    <w:p>
      <w:r>
        <w:t>环境科学与工程</w:t>
      </w:r>
    </w:p>
    <w:p>
      <w:r>
        <w:t>上官立昕</w:t>
      </w:r>
    </w:p>
    <w:p>
      <w:r>
        <w:t>5115****2425</w:t>
      </w:r>
    </w:p>
    <w:p>
      <w:r>
        <w:t>硕士</w:t>
      </w:r>
    </w:p>
    <w:p>
      <w:r>
        <w:t>环境科学与工程学院</w:t>
      </w:r>
    </w:p>
    <w:p>
      <w:r>
        <w:t>083000</w:t>
      </w:r>
    </w:p>
    <w:p>
      <w:r>
        <w:t>环境科学与工程</w:t>
      </w:r>
    </w:p>
    <w:p>
      <w:r>
        <w:t>孙铠璐</w:t>
      </w:r>
    </w:p>
    <w:p>
      <w:r>
        <w:t>2201****1225</w:t>
      </w:r>
    </w:p>
    <w:p>
      <w:r>
        <w:t>硕士</w:t>
      </w:r>
    </w:p>
    <w:p>
      <w:r>
        <w:t>环境科学与工程学院</w:t>
      </w:r>
    </w:p>
    <w:p>
      <w:r>
        <w:t>083000</w:t>
      </w:r>
    </w:p>
    <w:p>
      <w:r>
        <w:t>环境科学与工程</w:t>
      </w:r>
    </w:p>
    <w:p>
      <w:r>
        <w:t>孙一涵</w:t>
      </w:r>
    </w:p>
    <w:p>
      <w:r>
        <w:t>3204****5123</w:t>
      </w:r>
    </w:p>
    <w:p>
      <w:r>
        <w:t>硕士</w:t>
      </w:r>
    </w:p>
    <w:p>
      <w:r>
        <w:t>环境科学与工程学院</w:t>
      </w:r>
    </w:p>
    <w:p>
      <w:r>
        <w:t>083000</w:t>
      </w:r>
    </w:p>
    <w:p>
      <w:r>
        <w:t>环境科学与工程</w:t>
      </w:r>
    </w:p>
    <w:p>
      <w:r>
        <w:t>王淇</w:t>
      </w:r>
    </w:p>
    <w:p>
      <w:r>
        <w:t>4452****0621</w:t>
      </w:r>
    </w:p>
    <w:p>
      <w:r>
        <w:t>硕士</w:t>
      </w:r>
    </w:p>
    <w:p>
      <w:r>
        <w:t>环境科学与工程学院</w:t>
      </w:r>
    </w:p>
    <w:p>
      <w:r>
        <w:t>083000</w:t>
      </w:r>
    </w:p>
    <w:p>
      <w:r>
        <w:t>环境科学与工程</w:t>
      </w:r>
    </w:p>
    <w:p>
      <w:r>
        <w:t>王翕</w:t>
      </w:r>
    </w:p>
    <w:p>
      <w:r>
        <w:t>4402****1641</w:t>
      </w:r>
    </w:p>
    <w:p>
      <w:r>
        <w:t>硕士</w:t>
      </w:r>
    </w:p>
    <w:p>
      <w:r>
        <w:t>环境科学与工程学院</w:t>
      </w:r>
    </w:p>
    <w:p>
      <w:r>
        <w:t>083000</w:t>
      </w:r>
    </w:p>
    <w:p>
      <w:r>
        <w:t>环境科学与工程</w:t>
      </w:r>
    </w:p>
    <w:p>
      <w:r>
        <w:t>王玥</w:t>
      </w:r>
    </w:p>
    <w:p>
      <w:r>
        <w:t>1407****0085</w:t>
      </w:r>
    </w:p>
    <w:p>
      <w:r>
        <w:t>硕士</w:t>
      </w:r>
    </w:p>
    <w:p>
      <w:r>
        <w:t>环境科学与工程学院</w:t>
      </w:r>
    </w:p>
    <w:p>
      <w:r>
        <w:t>083000</w:t>
      </w:r>
    </w:p>
    <w:p>
      <w:r>
        <w:t>环境科学与工程</w:t>
      </w:r>
    </w:p>
    <w:p>
      <w:r>
        <w:t>魏健莹</w:t>
      </w:r>
    </w:p>
    <w:p>
      <w:r>
        <w:t>4406****4724</w:t>
      </w:r>
    </w:p>
    <w:p>
      <w:r>
        <w:t>硕士</w:t>
      </w:r>
    </w:p>
    <w:p>
      <w:r>
        <w:t>环境科学与工程学院</w:t>
      </w:r>
    </w:p>
    <w:p>
      <w:r>
        <w:t>083000</w:t>
      </w:r>
    </w:p>
    <w:p>
      <w:r>
        <w:t>环境科学与工程</w:t>
      </w:r>
    </w:p>
    <w:p>
      <w:r>
        <w:t>魏欣怡</w:t>
      </w:r>
    </w:p>
    <w:p>
      <w:r>
        <w:t>6105****4445</w:t>
      </w:r>
    </w:p>
    <w:p>
      <w:r>
        <w:t>硕士</w:t>
      </w:r>
    </w:p>
    <w:p>
      <w:r>
        <w:t>环境科学与工程学院</w:t>
      </w:r>
    </w:p>
    <w:p>
      <w:r>
        <w:t>083000</w:t>
      </w:r>
    </w:p>
    <w:p>
      <w:r>
        <w:t>环境科学与工程</w:t>
      </w:r>
    </w:p>
    <w:p>
      <w:r>
        <w:t>吴棋焯</w:t>
      </w:r>
    </w:p>
    <w:p>
      <w:r>
        <w:t>4453****3115</w:t>
      </w:r>
    </w:p>
    <w:p>
      <w:r>
        <w:t>硕士</w:t>
      </w:r>
    </w:p>
    <w:p>
      <w:r>
        <w:t>环境科学与工程学院</w:t>
      </w:r>
    </w:p>
    <w:p>
      <w:r>
        <w:t>083000</w:t>
      </w:r>
    </w:p>
    <w:p>
      <w:r>
        <w:t>环境科学与工程</w:t>
      </w:r>
    </w:p>
    <w:p>
      <w:r>
        <w:t>吴昱萱</w:t>
      </w:r>
    </w:p>
    <w:p>
      <w:r>
        <w:t>3707****0030</w:t>
      </w:r>
    </w:p>
    <w:p>
      <w:r>
        <w:t>硕士</w:t>
      </w:r>
    </w:p>
    <w:p>
      <w:r>
        <w:t>环境科学与工程学院</w:t>
      </w:r>
    </w:p>
    <w:p>
      <w:r>
        <w:t>083000</w:t>
      </w:r>
    </w:p>
    <w:p>
      <w:r>
        <w:t>环境科学与工程</w:t>
      </w:r>
    </w:p>
    <w:p>
      <w:r>
        <w:t>谢豪杰</w:t>
      </w:r>
    </w:p>
    <w:p>
      <w:r>
        <w:t>5224****0230</w:t>
      </w:r>
    </w:p>
    <w:p>
      <w:r>
        <w:t>硕士</w:t>
      </w:r>
    </w:p>
    <w:p>
      <w:r>
        <w:t>环境科学与工程学院</w:t>
      </w:r>
    </w:p>
    <w:p>
      <w:r>
        <w:t>083000</w:t>
      </w:r>
    </w:p>
    <w:p>
      <w:r>
        <w:t>环境科学与工程</w:t>
      </w:r>
    </w:p>
    <w:p>
      <w:r>
        <w:t>徐凯丽</w:t>
      </w:r>
    </w:p>
    <w:p>
      <w:r>
        <w:t>4211****1766</w:t>
      </w:r>
    </w:p>
    <w:p>
      <w:r>
        <w:t>硕士</w:t>
      </w:r>
    </w:p>
    <w:p>
      <w:r>
        <w:t>环境科学与工程学院</w:t>
      </w:r>
    </w:p>
    <w:p>
      <w:r>
        <w:t>083000</w:t>
      </w:r>
    </w:p>
    <w:p>
      <w:r>
        <w:t>环境科学与工程</w:t>
      </w:r>
    </w:p>
    <w:p>
      <w:r>
        <w:t>杨成</w:t>
      </w:r>
    </w:p>
    <w:p>
      <w:r>
        <w:t>3412****0017</w:t>
      </w:r>
    </w:p>
    <w:p>
      <w:r>
        <w:t>硕士</w:t>
      </w:r>
    </w:p>
    <w:p>
      <w:r>
        <w:t>环境科学与工程学院</w:t>
      </w:r>
    </w:p>
    <w:p>
      <w:r>
        <w:t>083000</w:t>
      </w:r>
    </w:p>
    <w:p>
      <w:r>
        <w:t>环境科学与工程</w:t>
      </w:r>
    </w:p>
    <w:p>
      <w:r>
        <w:t>杨经纬</w:t>
      </w:r>
    </w:p>
    <w:p>
      <w:r>
        <w:t>4228****2077</w:t>
      </w:r>
    </w:p>
    <w:p>
      <w:r>
        <w:t>硕士</w:t>
      </w:r>
    </w:p>
    <w:p>
      <w:r>
        <w:t>环境科学与工程学院</w:t>
      </w:r>
    </w:p>
    <w:p>
      <w:r>
        <w:t>083000</w:t>
      </w:r>
    </w:p>
    <w:p>
      <w:r>
        <w:t>环境科学与工程</w:t>
      </w:r>
    </w:p>
    <w:p>
      <w:r>
        <w:t>杨馨澜</w:t>
      </w:r>
    </w:p>
    <w:p>
      <w:r>
        <w:t>4403****482X</w:t>
      </w:r>
    </w:p>
    <w:p>
      <w:r>
        <w:t>硕士</w:t>
      </w:r>
    </w:p>
    <w:p>
      <w:r>
        <w:t>环境科学与工程学院</w:t>
      </w:r>
    </w:p>
    <w:p>
      <w:r>
        <w:t>083000</w:t>
      </w:r>
    </w:p>
    <w:p>
      <w:r>
        <w:t>环境科学与工程</w:t>
      </w:r>
    </w:p>
    <w:p>
      <w:r>
        <w:t>姚童宇</w:t>
      </w:r>
    </w:p>
    <w:p>
      <w:r>
        <w:t>1302****8337</w:t>
      </w:r>
    </w:p>
    <w:p>
      <w:r>
        <w:t>硕士</w:t>
      </w:r>
    </w:p>
    <w:p>
      <w:r>
        <w:t>环境科学与工程学院</w:t>
      </w:r>
    </w:p>
    <w:p>
      <w:r>
        <w:t>083000</w:t>
      </w:r>
    </w:p>
    <w:p>
      <w:r>
        <w:t>环境科学与工程</w:t>
      </w:r>
    </w:p>
    <w:p>
      <w:r>
        <w:t>原茵</w:t>
      </w:r>
    </w:p>
    <w:p>
      <w:r>
        <w:t>4401****1523</w:t>
      </w:r>
    </w:p>
    <w:p>
      <w:r>
        <w:t>硕士</w:t>
      </w:r>
    </w:p>
    <w:p>
      <w:r>
        <w:t>环境科学与工程学院</w:t>
      </w:r>
    </w:p>
    <w:p>
      <w:r>
        <w:t>083000</w:t>
      </w:r>
    </w:p>
    <w:p>
      <w:r>
        <w:t>环境科学与工程</w:t>
      </w:r>
    </w:p>
    <w:p>
      <w:r>
        <w:t>张妙英</w:t>
      </w:r>
    </w:p>
    <w:p>
      <w:r>
        <w:t>4452****1824</w:t>
      </w:r>
    </w:p>
    <w:p>
      <w:r>
        <w:t>硕士</w:t>
      </w:r>
    </w:p>
    <w:p>
      <w:r>
        <w:t>环境科学与工程学院</w:t>
      </w:r>
    </w:p>
    <w:p>
      <w:r>
        <w:t>083000</w:t>
      </w:r>
    </w:p>
    <w:p>
      <w:r>
        <w:t>环境科学与工程</w:t>
      </w:r>
    </w:p>
    <w:p>
      <w:r>
        <w:t>张皖秋</w:t>
      </w:r>
    </w:p>
    <w:p>
      <w:r>
        <w:t>5001****2693</w:t>
      </w:r>
    </w:p>
    <w:p>
      <w:r>
        <w:t>硕士</w:t>
      </w:r>
    </w:p>
    <w:p>
      <w:r>
        <w:t>环境科学与工程学院</w:t>
      </w:r>
    </w:p>
    <w:p>
      <w:r>
        <w:t>083000</w:t>
      </w:r>
    </w:p>
    <w:p>
      <w:r>
        <w:t>环境科学与工程</w:t>
      </w:r>
    </w:p>
    <w:p>
      <w:r>
        <w:t>郑玮</w:t>
      </w:r>
    </w:p>
    <w:p>
      <w:r>
        <w:t>3509****0053</w:t>
      </w:r>
    </w:p>
    <w:p>
      <w:r>
        <w:t>硕士</w:t>
      </w:r>
    </w:p>
    <w:p>
      <w:r>
        <w:t>环境科学与工程学院</w:t>
      </w:r>
    </w:p>
    <w:p>
      <w:r>
        <w:t>083000</w:t>
      </w:r>
    </w:p>
    <w:p>
      <w:r>
        <w:t>环境科学与工程</w:t>
      </w:r>
    </w:p>
    <w:p>
      <w:r>
        <w:t>周璇</w:t>
      </w:r>
    </w:p>
    <w:p>
      <w:r>
        <w:t>5120****3265</w:t>
      </w:r>
    </w:p>
    <w:p>
      <w:r>
        <w:t>硕士</w:t>
      </w:r>
    </w:p>
    <w:p>
      <w:r>
        <w:t>环境科学与工程学院</w:t>
      </w:r>
    </w:p>
    <w:p>
      <w:r>
        <w:t>083000</w:t>
      </w:r>
    </w:p>
    <w:p>
      <w:r>
        <w:t>环境科学与工程</w:t>
      </w:r>
    </w:p>
    <w:p>
      <w:r>
        <w:t>邹艇</w:t>
      </w:r>
    </w:p>
    <w:p>
      <w:r>
        <w:t>4313****0346</w:t>
      </w:r>
    </w:p>
    <w:p>
      <w:r>
        <w:t>硕士</w:t>
      </w:r>
    </w:p>
    <w:p>
      <w:r>
        <w:t>环境科学与工程学院</w:t>
      </w:r>
    </w:p>
    <w:p>
      <w:r>
        <w:t>083000</w:t>
      </w:r>
    </w:p>
    <w:p>
      <w:r>
        <w:t>环境科学与工程</w:t>
      </w:r>
    </w:p>
    <w:p>
      <w:r>
        <w:t>龚弘</w:t>
      </w:r>
    </w:p>
    <w:p>
      <w:r>
        <w:t>3605****7139</w:t>
      </w:r>
    </w:p>
    <w:p>
      <w:r>
        <w:t>硕士</w:t>
      </w:r>
    </w:p>
    <w:p>
      <w:r>
        <w:t>环境科学与工程学院</w:t>
      </w:r>
    </w:p>
    <w:p>
      <w:r>
        <w:t>085700</w:t>
      </w:r>
    </w:p>
    <w:p>
      <w:r>
        <w:t>资源与环境</w:t>
      </w:r>
    </w:p>
    <w:p>
      <w:r>
        <w:t>冷阔</w:t>
      </w:r>
    </w:p>
    <w:p>
      <w:r>
        <w:t>3717****061X</w:t>
      </w:r>
    </w:p>
    <w:p>
      <w:r>
        <w:t>硕士</w:t>
      </w:r>
    </w:p>
    <w:p>
      <w:r>
        <w:t>环境科学与工程学院</w:t>
      </w:r>
    </w:p>
    <w:p>
      <w:r>
        <w:t>085700</w:t>
      </w:r>
    </w:p>
    <w:p>
      <w:r>
        <w:t>资源与环境</w:t>
      </w:r>
    </w:p>
    <w:p>
      <w:r>
        <w:t>王子聪</w:t>
      </w:r>
    </w:p>
    <w:p>
      <w:r>
        <w:t>4113****0091</w:t>
      </w:r>
    </w:p>
    <w:p>
      <w:r>
        <w:t>硕士</w:t>
      </w:r>
    </w:p>
    <w:p>
      <w:r>
        <w:t>环境科学与工程学院</w:t>
      </w:r>
    </w:p>
    <w:p>
      <w:r>
        <w:t>085700</w:t>
      </w:r>
    </w:p>
    <w:p>
      <w:r>
        <w:t>资源与环境</w:t>
      </w:r>
    </w:p>
    <w:p>
      <w:r>
        <w:t>奚杨</w:t>
      </w:r>
    </w:p>
    <w:p>
      <w:r>
        <w:t>2101****3227</w:t>
      </w:r>
    </w:p>
    <w:p>
      <w:r>
        <w:t>硕士</w:t>
      </w:r>
    </w:p>
    <w:p>
      <w:r>
        <w:t>环境科学与工程学院</w:t>
      </w:r>
    </w:p>
    <w:p>
      <w:r>
        <w:t>085700</w:t>
      </w:r>
    </w:p>
    <w:p>
      <w:r>
        <w:t>资源与环境</w:t>
      </w:r>
    </w:p>
    <w:p>
      <w:r>
        <w:t>工程硕博士专项</w:t>
      </w:r>
    </w:p>
    <w:p>
      <w:r>
        <w:t>张士状</w:t>
      </w:r>
    </w:p>
    <w:p>
      <w:r>
        <w:t>4113****4532</w:t>
      </w:r>
    </w:p>
    <w:p>
      <w:r>
        <w:t>硕士</w:t>
      </w:r>
    </w:p>
    <w:p>
      <w:r>
        <w:t>环境科学与工程学院</w:t>
      </w:r>
    </w:p>
    <w:p>
      <w:r>
        <w:t>085700</w:t>
      </w:r>
    </w:p>
    <w:p>
      <w:r>
        <w:t>资源与环境</w:t>
      </w:r>
    </w:p>
    <w:p>
      <w:r>
        <w:t>张腾蛟</w:t>
      </w:r>
    </w:p>
    <w:p>
      <w:r>
        <w:t>4109****3033</w:t>
      </w:r>
    </w:p>
    <w:p>
      <w:r>
        <w:t>硕士</w:t>
      </w:r>
    </w:p>
    <w:p>
      <w:r>
        <w:t>环境科学与工程学院</w:t>
      </w:r>
    </w:p>
    <w:p>
      <w:r>
        <w:t>085700</w:t>
      </w:r>
    </w:p>
    <w:p>
      <w:r>
        <w:t>资源与环境</w:t>
      </w:r>
    </w:p>
    <w:p>
      <w:r>
        <w:t>工程硕博士专项</w:t>
      </w:r>
    </w:p>
    <w:p>
      <w:r>
        <w:t>梁煦</w:t>
      </w:r>
    </w:p>
    <w:p>
      <w:r>
        <w:t>4601****1827</w:t>
      </w:r>
    </w:p>
    <w:p>
      <w:r>
        <w:t>直博生</w:t>
      </w:r>
    </w:p>
    <w:p>
      <w:r>
        <w:t>环境科学与工程学院</w:t>
      </w:r>
    </w:p>
    <w:p>
      <w:r>
        <w:t>083000</w:t>
      </w:r>
    </w:p>
    <w:p>
      <w:r>
        <w:t>环境科学与工程</w:t>
      </w:r>
    </w:p>
    <w:p>
      <w:r>
        <w:t>工程硕博士专项</w:t>
      </w:r>
    </w:p>
    <w:p>
      <w:r>
        <w:t>蒋若琳</w:t>
      </w:r>
    </w:p>
    <w:p>
      <w:r>
        <w:t>3505****5522</w:t>
      </w:r>
    </w:p>
    <w:p>
      <w:r>
        <w:t>硕士</w:t>
      </w:r>
    </w:p>
    <w:p>
      <w:r>
        <w:t>海洋科学与工程系</w:t>
      </w:r>
    </w:p>
    <w:p>
      <w:r>
        <w:t>0708Z1</w:t>
      </w:r>
    </w:p>
    <w:p>
      <w:r>
        <w:t>海洋地球物理学</w:t>
      </w:r>
    </w:p>
    <w:p>
      <w:r>
        <w:t>林晖</w:t>
      </w:r>
    </w:p>
    <w:p>
      <w:r>
        <w:t>3504****0016</w:t>
      </w:r>
    </w:p>
    <w:p>
      <w:r>
        <w:t>硕士</w:t>
      </w:r>
    </w:p>
    <w:p>
      <w:r>
        <w:t>海洋科学与工程系</w:t>
      </w:r>
    </w:p>
    <w:p>
      <w:r>
        <w:t>0708Z1</w:t>
      </w:r>
    </w:p>
    <w:p>
      <w:r>
        <w:t>海洋地球物理学</w:t>
      </w:r>
    </w:p>
    <w:p>
      <w:r>
        <w:t>刘虎益</w:t>
      </w:r>
    </w:p>
    <w:p>
      <w:r>
        <w:t>5306****0553</w:t>
      </w:r>
    </w:p>
    <w:p>
      <w:r>
        <w:t>硕士</w:t>
      </w:r>
    </w:p>
    <w:p>
      <w:r>
        <w:t>海洋科学与工程系</w:t>
      </w:r>
    </w:p>
    <w:p>
      <w:r>
        <w:t>0708Z1</w:t>
      </w:r>
    </w:p>
    <w:p>
      <w:r>
        <w:t>海洋地球物理学</w:t>
      </w:r>
    </w:p>
    <w:p>
      <w:r>
        <w:t>王彦洁</w:t>
      </w:r>
    </w:p>
    <w:p>
      <w:r>
        <w:t>4108****0027</w:t>
      </w:r>
    </w:p>
    <w:p>
      <w:r>
        <w:t>硕士</w:t>
      </w:r>
    </w:p>
    <w:p>
      <w:r>
        <w:t>海洋科学与工程系</w:t>
      </w:r>
    </w:p>
    <w:p>
      <w:r>
        <w:t>0708Z1</w:t>
      </w:r>
    </w:p>
    <w:p>
      <w:r>
        <w:t>海洋地球物理学</w:t>
      </w:r>
    </w:p>
    <w:p>
      <w:r>
        <w:t>南方科技大学2026级推免生（含直博生）拟录取名单</w:t>
      </w:r>
    </w:p>
    <w:p>
      <w:r>
        <w:t>姓名</w:t>
      </w:r>
    </w:p>
    <w:p>
      <w:r>
        <w:t>证件号码</w:t>
      </w:r>
    </w:p>
    <w:p>
      <w:r>
        <w:t>录取类别</w:t>
      </w:r>
    </w:p>
    <w:p>
      <w:r>
        <w:t>录取院系名称</w:t>
      </w:r>
    </w:p>
    <w:p>
      <w:r>
        <w:t>录取专业代码</w:t>
      </w:r>
    </w:p>
    <w:p>
      <w:r>
        <w:t>录取专业名称</w:t>
      </w:r>
    </w:p>
    <w:p>
      <w:r>
        <w:t>备注</w:t>
      </w:r>
    </w:p>
    <w:p>
      <w:r>
        <w:t>何丽珍</w:t>
      </w:r>
    </w:p>
    <w:p>
      <w:r>
        <w:t>3607****3521</w:t>
      </w:r>
    </w:p>
    <w:p>
      <w:r>
        <w:t>硕士</w:t>
      </w:r>
    </w:p>
    <w:p>
      <w:r>
        <w:t>海洋科学与工程系</w:t>
      </w:r>
    </w:p>
    <w:p>
      <w:r>
        <w:t>070300</w:t>
      </w:r>
    </w:p>
    <w:p>
      <w:r>
        <w:t>化学</w:t>
      </w:r>
    </w:p>
    <w:p>
      <w:r>
        <w:t>林曈</w:t>
      </w:r>
    </w:p>
    <w:p>
      <w:r>
        <w:t>3706****0021</w:t>
      </w:r>
    </w:p>
    <w:p>
      <w:r>
        <w:t>硕士</w:t>
      </w:r>
    </w:p>
    <w:p>
      <w:r>
        <w:t>海洋科学与工程系</w:t>
      </w:r>
    </w:p>
    <w:p>
      <w:r>
        <w:t>070300</w:t>
      </w:r>
    </w:p>
    <w:p>
      <w:r>
        <w:t>化学</w:t>
      </w:r>
    </w:p>
    <w:p>
      <w:r>
        <w:t>邹炘志</w:t>
      </w:r>
    </w:p>
    <w:p>
      <w:r>
        <w:t>3609****6812</w:t>
      </w:r>
    </w:p>
    <w:p>
      <w:r>
        <w:t>硕士</w:t>
      </w:r>
    </w:p>
    <w:p>
      <w:r>
        <w:t>海洋科学与工程系</w:t>
      </w:r>
    </w:p>
    <w:p>
      <w:r>
        <w:t>070300</w:t>
      </w:r>
    </w:p>
    <w:p>
      <w:r>
        <w:t>化学</w:t>
      </w:r>
    </w:p>
    <w:p>
      <w:r>
        <w:t>肖梦楠</w:t>
      </w:r>
    </w:p>
    <w:p>
      <w:r>
        <w:t>4101****0065</w:t>
      </w:r>
    </w:p>
    <w:p>
      <w:r>
        <w:t>硕士</w:t>
      </w:r>
    </w:p>
    <w:p>
      <w:r>
        <w:t>海洋科学与工程系</w:t>
      </w:r>
    </w:p>
    <w:p>
      <w:r>
        <w:t>083000</w:t>
      </w:r>
    </w:p>
    <w:p>
      <w:r>
        <w:t>环境科学与工程</w:t>
      </w:r>
    </w:p>
    <w:p>
      <w:r>
        <w:t>曹铮阁</w:t>
      </w:r>
    </w:p>
    <w:p>
      <w:r>
        <w:t>1302****2312</w:t>
      </w:r>
    </w:p>
    <w:p>
      <w:r>
        <w:t>硕士</w:t>
      </w:r>
    </w:p>
    <w:p>
      <w:r>
        <w:t>海洋科学与工程系</w:t>
      </w:r>
    </w:p>
    <w:p>
      <w:r>
        <w:t>080100</w:t>
      </w:r>
    </w:p>
    <w:p>
      <w:r>
        <w:t>力学</w:t>
      </w:r>
    </w:p>
    <w:p>
      <w:r>
        <w:t>邓佳楠</w:t>
      </w:r>
    </w:p>
    <w:p>
      <w:r>
        <w:t>5116****3413</w:t>
      </w:r>
    </w:p>
    <w:p>
      <w:r>
        <w:t>硕士</w:t>
      </w:r>
    </w:p>
    <w:p>
      <w:r>
        <w:t>海洋科学与工程系</w:t>
      </w:r>
    </w:p>
    <w:p>
      <w:r>
        <w:t>080100</w:t>
      </w:r>
    </w:p>
    <w:p>
      <w:r>
        <w:t>力学</w:t>
      </w:r>
    </w:p>
    <w:p>
      <w:r>
        <w:t>蒋政</w:t>
      </w:r>
    </w:p>
    <w:p>
      <w:r>
        <w:t>4420****2595</w:t>
      </w:r>
    </w:p>
    <w:p>
      <w:r>
        <w:t>硕士</w:t>
      </w:r>
    </w:p>
    <w:p>
      <w:r>
        <w:t>海洋科学与工程系</w:t>
      </w:r>
    </w:p>
    <w:p>
      <w:r>
        <w:t>080100</w:t>
      </w:r>
    </w:p>
    <w:p>
      <w:r>
        <w:t>力学</w:t>
      </w:r>
    </w:p>
    <w:p>
      <w:r>
        <w:t>刘过</w:t>
      </w:r>
    </w:p>
    <w:p>
      <w:r>
        <w:t>3209****1975</w:t>
      </w:r>
    </w:p>
    <w:p>
      <w:r>
        <w:t>硕士</w:t>
      </w:r>
    </w:p>
    <w:p>
      <w:r>
        <w:t>海洋科学与工程系</w:t>
      </w:r>
    </w:p>
    <w:p>
      <w:r>
        <w:t>080100</w:t>
      </w:r>
    </w:p>
    <w:p>
      <w:r>
        <w:t>力学</w:t>
      </w:r>
    </w:p>
    <w:p>
      <w:r>
        <w:t>汪刘阳</w:t>
      </w:r>
    </w:p>
    <w:p>
      <w:r>
        <w:t>4302****7213</w:t>
      </w:r>
    </w:p>
    <w:p>
      <w:r>
        <w:t>硕士</w:t>
      </w:r>
    </w:p>
    <w:p>
      <w:r>
        <w:t>海洋科学与工程系</w:t>
      </w:r>
    </w:p>
    <w:p>
      <w:r>
        <w:t>080100</w:t>
      </w:r>
    </w:p>
    <w:p>
      <w:r>
        <w:t>力学</w:t>
      </w:r>
    </w:p>
    <w:p>
      <w:r>
        <w:t>黎生菜</w:t>
      </w:r>
    </w:p>
    <w:p>
      <w:r>
        <w:t>3607****0082</w:t>
      </w:r>
    </w:p>
    <w:p>
      <w:r>
        <w:t>硕士</w:t>
      </w:r>
    </w:p>
    <w:p>
      <w:r>
        <w:t>海洋科学与工程系</w:t>
      </w:r>
    </w:p>
    <w:p>
      <w:r>
        <w:t>071000</w:t>
      </w:r>
    </w:p>
    <w:p>
      <w:r>
        <w:t>生物学</w:t>
      </w:r>
    </w:p>
    <w:p>
      <w:r>
        <w:t>李方乐</w:t>
      </w:r>
    </w:p>
    <w:p>
      <w:r>
        <w:t>3424****5827</w:t>
      </w:r>
    </w:p>
    <w:p>
      <w:r>
        <w:t>硕士</w:t>
      </w:r>
    </w:p>
    <w:p>
      <w:r>
        <w:t>海洋科学与工程系</w:t>
      </w:r>
    </w:p>
    <w:p>
      <w:r>
        <w:t>071000</w:t>
      </w:r>
    </w:p>
    <w:p>
      <w:r>
        <w:t>生物学</w:t>
      </w:r>
    </w:p>
    <w:p>
      <w:r>
        <w:t>钟子傲</w:t>
      </w:r>
    </w:p>
    <w:p>
      <w:r>
        <w:t>4504****0012</w:t>
      </w:r>
    </w:p>
    <w:p>
      <w:r>
        <w:t>硕士</w:t>
      </w:r>
    </w:p>
    <w:p>
      <w:r>
        <w:t>海洋科学与工程系</w:t>
      </w:r>
    </w:p>
    <w:p>
      <w:r>
        <w:t>071000</w:t>
      </w:r>
    </w:p>
    <w:p>
      <w:r>
        <w:t>生物学</w:t>
      </w:r>
    </w:p>
    <w:p>
      <w:r>
        <w:t>王铭杰</w:t>
      </w:r>
    </w:p>
    <w:p>
      <w:r>
        <w:t>3306****5918</w:t>
      </w:r>
    </w:p>
    <w:p>
      <w:r>
        <w:t>直博生</w:t>
      </w:r>
    </w:p>
    <w:p>
      <w:r>
        <w:t>海洋科学与工程系</w:t>
      </w:r>
    </w:p>
    <w:p>
      <w:r>
        <w:t>080100</w:t>
      </w:r>
    </w:p>
    <w:p>
      <w:r>
        <w:t>力学</w:t>
      </w:r>
    </w:p>
    <w:p>
      <w:r>
        <w:t>吕彩茹</w:t>
      </w:r>
    </w:p>
    <w:p>
      <w:r>
        <w:t>4417****462X</w:t>
      </w:r>
    </w:p>
    <w:p>
      <w:r>
        <w:t>硕士</w:t>
      </w:r>
    </w:p>
    <w:p>
      <w:r>
        <w:t>力学与航空航天工程系</w:t>
      </w:r>
    </w:p>
    <w:p>
      <w:r>
        <w:t>0801Z2</w:t>
      </w:r>
    </w:p>
    <w:p>
      <w:r>
        <w:t>低空技术与工程</w:t>
      </w:r>
    </w:p>
    <w:p>
      <w:r>
        <w:t>戚洺硕</w:t>
      </w:r>
    </w:p>
    <w:p>
      <w:r>
        <w:t>3203****0218</w:t>
      </w:r>
    </w:p>
    <w:p>
      <w:r>
        <w:t>硕士</w:t>
      </w:r>
    </w:p>
    <w:p>
      <w:r>
        <w:t>力学与航空航天工程系</w:t>
      </w:r>
    </w:p>
    <w:p>
      <w:r>
        <w:t>0801Z2</w:t>
      </w:r>
    </w:p>
    <w:p>
      <w:r>
        <w:t>低空技术与工程</w:t>
      </w:r>
    </w:p>
    <w:p>
      <w:r>
        <w:t>徐嫚琦</w:t>
      </w:r>
    </w:p>
    <w:p>
      <w:r>
        <w:t>4416****296X</w:t>
      </w:r>
    </w:p>
    <w:p>
      <w:r>
        <w:t>硕士</w:t>
      </w:r>
    </w:p>
    <w:p>
      <w:r>
        <w:t>力学与航空航天工程系</w:t>
      </w:r>
    </w:p>
    <w:p>
      <w:r>
        <w:t>0801Z2</w:t>
      </w:r>
    </w:p>
    <w:p>
      <w:r>
        <w:t>低空技术与工程</w:t>
      </w:r>
    </w:p>
    <w:p>
      <w:r>
        <w:t>常伟琦</w:t>
      </w:r>
    </w:p>
    <w:p>
      <w:r>
        <w:t>1310****1232</w:t>
      </w:r>
    </w:p>
    <w:p>
      <w:r>
        <w:t>硕士</w:t>
      </w:r>
    </w:p>
    <w:p>
      <w:r>
        <w:t>力学与航空航天工程系</w:t>
      </w:r>
    </w:p>
    <w:p>
      <w:r>
        <w:t>085500</w:t>
      </w:r>
    </w:p>
    <w:p>
      <w:r>
        <w:t>机械</w:t>
      </w:r>
    </w:p>
    <w:p>
      <w:r>
        <w:t>韩嘉茗</w:t>
      </w:r>
    </w:p>
    <w:p>
      <w:r>
        <w:t>4312****0036</w:t>
      </w:r>
    </w:p>
    <w:p>
      <w:r>
        <w:t>硕士</w:t>
      </w:r>
    </w:p>
    <w:p>
      <w:r>
        <w:t>力学与航空航天工程系</w:t>
      </w:r>
    </w:p>
    <w:p>
      <w:r>
        <w:t>085500</w:t>
      </w:r>
    </w:p>
    <w:p>
      <w:r>
        <w:t>机械</w:t>
      </w:r>
    </w:p>
    <w:p>
      <w:r>
        <w:t>刘灵军</w:t>
      </w:r>
    </w:p>
    <w:p>
      <w:r>
        <w:t>3603****4773</w:t>
      </w:r>
    </w:p>
    <w:p>
      <w:r>
        <w:t>硕士</w:t>
      </w:r>
    </w:p>
    <w:p>
      <w:r>
        <w:t>力学与航空航天工程系</w:t>
      </w:r>
    </w:p>
    <w:p>
      <w:r>
        <w:t>085500</w:t>
      </w:r>
    </w:p>
    <w:p>
      <w:r>
        <w:t>机械</w:t>
      </w:r>
    </w:p>
    <w:p>
      <w:r>
        <w:t>工程硕博士专项</w:t>
      </w:r>
    </w:p>
    <w:p>
      <w:r>
        <w:t>苏凌欣</w:t>
      </w:r>
    </w:p>
    <w:p>
      <w:r>
        <w:t>3603****2024</w:t>
      </w:r>
    </w:p>
    <w:p>
      <w:r>
        <w:t>硕士</w:t>
      </w:r>
    </w:p>
    <w:p>
      <w:r>
        <w:t>力学与航空航天工程系</w:t>
      </w:r>
    </w:p>
    <w:p>
      <w:r>
        <w:t>085500</w:t>
      </w:r>
    </w:p>
    <w:p>
      <w:r>
        <w:t>机械</w:t>
      </w:r>
    </w:p>
    <w:p>
      <w:r>
        <w:t>许文科</w:t>
      </w:r>
    </w:p>
    <w:p>
      <w:r>
        <w:t>3712****1211</w:t>
      </w:r>
    </w:p>
    <w:p>
      <w:r>
        <w:t>硕士</w:t>
      </w:r>
    </w:p>
    <w:p>
      <w:r>
        <w:t>力学与航空航天工程系</w:t>
      </w:r>
    </w:p>
    <w:p>
      <w:r>
        <w:t>085500</w:t>
      </w:r>
    </w:p>
    <w:p>
      <w:r>
        <w:t>机械</w:t>
      </w:r>
    </w:p>
    <w:p>
      <w:r>
        <w:t>钟嘉俊</w:t>
      </w:r>
    </w:p>
    <w:p>
      <w:r>
        <w:t>4401****3331</w:t>
      </w:r>
    </w:p>
    <w:p>
      <w:r>
        <w:t>硕士</w:t>
      </w:r>
    </w:p>
    <w:p>
      <w:r>
        <w:t>力学与航空航天工程系</w:t>
      </w:r>
    </w:p>
    <w:p>
      <w:r>
        <w:t>085500</w:t>
      </w:r>
    </w:p>
    <w:p>
      <w:r>
        <w:t>机械</w:t>
      </w:r>
    </w:p>
    <w:p>
      <w:r>
        <w:t>工程硕博士专项</w:t>
      </w:r>
    </w:p>
    <w:p>
      <w:r>
        <w:t>白航雨帆</w:t>
      </w:r>
    </w:p>
    <w:p>
      <w:r>
        <w:t>2101****5318</w:t>
      </w:r>
    </w:p>
    <w:p>
      <w:r>
        <w:t>硕士</w:t>
      </w:r>
    </w:p>
    <w:p>
      <w:r>
        <w:t>力学与航空航天工程系</w:t>
      </w:r>
    </w:p>
    <w:p>
      <w:r>
        <w:t>080100</w:t>
      </w:r>
    </w:p>
    <w:p>
      <w:r>
        <w:t>力学</w:t>
      </w:r>
    </w:p>
    <w:p>
      <w:r>
        <w:t>陈雨果</w:t>
      </w:r>
    </w:p>
    <w:p>
      <w:r>
        <w:t>4201****0446</w:t>
      </w:r>
    </w:p>
    <w:p>
      <w:r>
        <w:t>硕士</w:t>
      </w:r>
    </w:p>
    <w:p>
      <w:r>
        <w:t>力学与航空航天工程系</w:t>
      </w:r>
    </w:p>
    <w:p>
      <w:r>
        <w:t>080100</w:t>
      </w:r>
    </w:p>
    <w:p>
      <w:r>
        <w:t>力学</w:t>
      </w:r>
    </w:p>
    <w:p>
      <w:r>
        <w:t>付宛昕</w:t>
      </w:r>
    </w:p>
    <w:p>
      <w:r>
        <w:t>3601****0022</w:t>
      </w:r>
    </w:p>
    <w:p>
      <w:r>
        <w:t>硕士</w:t>
      </w:r>
    </w:p>
    <w:p>
      <w:r>
        <w:t>力学与航空航天工程系</w:t>
      </w:r>
    </w:p>
    <w:p>
      <w:r>
        <w:t>080100</w:t>
      </w:r>
    </w:p>
    <w:p>
      <w:r>
        <w:t>力学</w:t>
      </w:r>
    </w:p>
    <w:p>
      <w:r>
        <w:t>郭天瑞</w:t>
      </w:r>
    </w:p>
    <w:p>
      <w:r>
        <w:t>3303****0236</w:t>
      </w:r>
    </w:p>
    <w:p>
      <w:r>
        <w:t>硕士</w:t>
      </w:r>
    </w:p>
    <w:p>
      <w:r>
        <w:t>力学与航空航天工程系</w:t>
      </w:r>
    </w:p>
    <w:p>
      <w:r>
        <w:t>080100</w:t>
      </w:r>
    </w:p>
    <w:p>
      <w:r>
        <w:t>力学</w:t>
      </w:r>
    </w:p>
    <w:p>
      <w:r>
        <w:t>郝芮莹</w:t>
      </w:r>
    </w:p>
    <w:p>
      <w:r>
        <w:t>2107****1720</w:t>
      </w:r>
    </w:p>
    <w:p>
      <w:r>
        <w:t>硕士</w:t>
      </w:r>
    </w:p>
    <w:p>
      <w:r>
        <w:t>力学与航空航天工程系</w:t>
      </w:r>
    </w:p>
    <w:p>
      <w:r>
        <w:t>080100</w:t>
      </w:r>
    </w:p>
    <w:p>
      <w:r>
        <w:t>力学</w:t>
      </w:r>
    </w:p>
    <w:p>
      <w:r>
        <w:t>洪汀渊</w:t>
      </w:r>
    </w:p>
    <w:p>
      <w:r>
        <w:t>4601****2711</w:t>
      </w:r>
    </w:p>
    <w:p>
      <w:r>
        <w:t>硕士</w:t>
      </w:r>
    </w:p>
    <w:p>
      <w:r>
        <w:t>力学与航空航天工程系</w:t>
      </w:r>
    </w:p>
    <w:p>
      <w:r>
        <w:t>080100</w:t>
      </w:r>
    </w:p>
    <w:p>
      <w:r>
        <w:t>力学</w:t>
      </w:r>
    </w:p>
    <w:p>
      <w:r>
        <w:t>侯如海</w:t>
      </w:r>
    </w:p>
    <w:p>
      <w:r>
        <w:t>6101****3552</w:t>
      </w:r>
    </w:p>
    <w:p>
      <w:r>
        <w:t>硕士</w:t>
      </w:r>
    </w:p>
    <w:p>
      <w:r>
        <w:t>力学与航空航天工程系</w:t>
      </w:r>
    </w:p>
    <w:p>
      <w:r>
        <w:t>080100</w:t>
      </w:r>
    </w:p>
    <w:p>
      <w:r>
        <w:t>力学</w:t>
      </w:r>
    </w:p>
    <w:p>
      <w:r>
        <w:t>蓝景豪</w:t>
      </w:r>
    </w:p>
    <w:p>
      <w:r>
        <w:t>4503****0012</w:t>
      </w:r>
    </w:p>
    <w:p>
      <w:r>
        <w:t>硕士</w:t>
      </w:r>
    </w:p>
    <w:p>
      <w:r>
        <w:t>力学与航空航天工程系</w:t>
      </w:r>
    </w:p>
    <w:p>
      <w:r>
        <w:t>080100</w:t>
      </w:r>
    </w:p>
    <w:p>
      <w:r>
        <w:t>力学</w:t>
      </w:r>
    </w:p>
    <w:p>
      <w:r>
        <w:t>乐晶琳</w:t>
      </w:r>
    </w:p>
    <w:p>
      <w:r>
        <w:t>3602****0025</w:t>
      </w:r>
    </w:p>
    <w:p>
      <w:r>
        <w:t>硕士</w:t>
      </w:r>
    </w:p>
    <w:p>
      <w:r>
        <w:t>力学与航空航天工程系</w:t>
      </w:r>
    </w:p>
    <w:p>
      <w:r>
        <w:t>080100</w:t>
      </w:r>
    </w:p>
    <w:p>
      <w:r>
        <w:t>力学</w:t>
      </w:r>
    </w:p>
    <w:p>
      <w:r>
        <w:t>李泉</w:t>
      </w:r>
    </w:p>
    <w:p>
      <w:r>
        <w:t>4305****5818</w:t>
      </w:r>
    </w:p>
    <w:p>
      <w:r>
        <w:t>硕士</w:t>
      </w:r>
    </w:p>
    <w:p>
      <w:r>
        <w:t>力学与航空航天工程系</w:t>
      </w:r>
    </w:p>
    <w:p>
      <w:r>
        <w:t>080100</w:t>
      </w:r>
    </w:p>
    <w:p>
      <w:r>
        <w:t>力学</w:t>
      </w:r>
    </w:p>
    <w:p>
      <w:r>
        <w:t>李玮航</w:t>
      </w:r>
    </w:p>
    <w:p>
      <w:r>
        <w:t>1401****0836</w:t>
      </w:r>
    </w:p>
    <w:p>
      <w:r>
        <w:t>硕士</w:t>
      </w:r>
    </w:p>
    <w:p>
      <w:r>
        <w:t>力学与航空航天工程系</w:t>
      </w:r>
    </w:p>
    <w:p>
      <w:r>
        <w:t>080100</w:t>
      </w:r>
    </w:p>
    <w:p>
      <w:r>
        <w:t>力学</w:t>
      </w:r>
    </w:p>
    <w:p>
      <w:r>
        <w:t>廖晓松</w:t>
      </w:r>
    </w:p>
    <w:p>
      <w:r>
        <w:t>3607****8612</w:t>
      </w:r>
    </w:p>
    <w:p>
      <w:r>
        <w:t>硕士</w:t>
      </w:r>
    </w:p>
    <w:p>
      <w:r>
        <w:t>力学与航空航天工程系</w:t>
      </w:r>
    </w:p>
    <w:p>
      <w:r>
        <w:t>080100</w:t>
      </w:r>
    </w:p>
    <w:p>
      <w:r>
        <w:t>力学</w:t>
      </w:r>
    </w:p>
    <w:p>
      <w:r>
        <w:t>林幸仪</w:t>
      </w:r>
    </w:p>
    <w:p>
      <w:r>
        <w:t>4452****4922</w:t>
      </w:r>
    </w:p>
    <w:p>
      <w:r>
        <w:t>硕士</w:t>
      </w:r>
    </w:p>
    <w:p>
      <w:r>
        <w:t>力学与航空航天工程系</w:t>
      </w:r>
    </w:p>
    <w:p>
      <w:r>
        <w:t>080100</w:t>
      </w:r>
    </w:p>
    <w:p>
      <w:r>
        <w:t>力学</w:t>
      </w:r>
    </w:p>
    <w:p>
      <w:r>
        <w:t>林怡含</w:t>
      </w:r>
    </w:p>
    <w:p>
      <w:r>
        <w:t>4415****4285</w:t>
      </w:r>
    </w:p>
    <w:p>
      <w:r>
        <w:t>硕士</w:t>
      </w:r>
    </w:p>
    <w:p>
      <w:r>
        <w:t>力学与航空航天工程系</w:t>
      </w:r>
    </w:p>
    <w:p>
      <w:r>
        <w:t>080100</w:t>
      </w:r>
    </w:p>
    <w:p>
      <w:r>
        <w:t>力学</w:t>
      </w:r>
    </w:p>
    <w:p>
      <w:r>
        <w:t>凌欣</w:t>
      </w:r>
    </w:p>
    <w:p>
      <w:r>
        <w:t>3607****4319</w:t>
      </w:r>
    </w:p>
    <w:p>
      <w:r>
        <w:t>硕士</w:t>
      </w:r>
    </w:p>
    <w:p>
      <w:r>
        <w:t>力学与航空航天工程系</w:t>
      </w:r>
    </w:p>
    <w:p>
      <w:r>
        <w:t>080100</w:t>
      </w:r>
    </w:p>
    <w:p>
      <w:r>
        <w:t>力学</w:t>
      </w:r>
    </w:p>
    <w:p>
      <w:r>
        <w:t>刘宸睿</w:t>
      </w:r>
    </w:p>
    <w:p>
      <w:r>
        <w:t>4209****2014</w:t>
      </w:r>
    </w:p>
    <w:p>
      <w:r>
        <w:t>硕士</w:t>
      </w:r>
    </w:p>
    <w:p>
      <w:r>
        <w:t>力学与航空航天工程系</w:t>
      </w:r>
    </w:p>
    <w:p>
      <w:r>
        <w:t>080100</w:t>
      </w:r>
    </w:p>
    <w:p>
      <w:r>
        <w:t>力学</w:t>
      </w:r>
    </w:p>
    <w:p>
      <w:r>
        <w:t>刘海航</w:t>
      </w:r>
    </w:p>
    <w:p>
      <w:r>
        <w:t>4415****6793</w:t>
      </w:r>
    </w:p>
    <w:p>
      <w:r>
        <w:t>硕士</w:t>
      </w:r>
    </w:p>
    <w:p>
      <w:r>
        <w:t>力学与航空航天工程系</w:t>
      </w:r>
    </w:p>
    <w:p>
      <w:r>
        <w:t>080100</w:t>
      </w:r>
    </w:p>
    <w:p>
      <w:r>
        <w:t>力学</w:t>
      </w:r>
    </w:p>
    <w:p>
      <w:r>
        <w:t>刘一进</w:t>
      </w:r>
    </w:p>
    <w:p>
      <w:r>
        <w:t>4403****2619</w:t>
      </w:r>
    </w:p>
    <w:p>
      <w:r>
        <w:t>硕士</w:t>
      </w:r>
    </w:p>
    <w:p>
      <w:r>
        <w:t>力学与航空航天工程系</w:t>
      </w:r>
    </w:p>
    <w:p>
      <w:r>
        <w:t>080100</w:t>
      </w:r>
    </w:p>
    <w:p>
      <w:r>
        <w:t>力学</w:t>
      </w:r>
    </w:p>
    <w:p>
      <w:r>
        <w:t>区锦俊</w:t>
      </w:r>
    </w:p>
    <w:p>
      <w:r>
        <w:t>4407****1518</w:t>
      </w:r>
    </w:p>
    <w:p>
      <w:r>
        <w:t>硕士</w:t>
      </w:r>
    </w:p>
    <w:p>
      <w:r>
        <w:t>力学与航空航天工程系</w:t>
      </w:r>
    </w:p>
    <w:p>
      <w:r>
        <w:t>080100</w:t>
      </w:r>
    </w:p>
    <w:p>
      <w:r>
        <w:t>力学</w:t>
      </w:r>
    </w:p>
    <w:p>
      <w:r>
        <w:t>王菁仪</w:t>
      </w:r>
    </w:p>
    <w:p>
      <w:r>
        <w:t>4206****0025</w:t>
      </w:r>
    </w:p>
    <w:p>
      <w:r>
        <w:t>硕士</w:t>
      </w:r>
    </w:p>
    <w:p>
      <w:r>
        <w:t>力学与航空航天工程系</w:t>
      </w:r>
    </w:p>
    <w:p>
      <w:r>
        <w:t>080100</w:t>
      </w:r>
    </w:p>
    <w:p>
      <w:r>
        <w:t>力学</w:t>
      </w:r>
    </w:p>
    <w:p>
      <w:r>
        <w:t>王泽鹏</w:t>
      </w:r>
    </w:p>
    <w:p>
      <w:r>
        <w:t>1409****0152</w:t>
      </w:r>
    </w:p>
    <w:p>
      <w:r>
        <w:t>硕士</w:t>
      </w:r>
    </w:p>
    <w:p>
      <w:r>
        <w:t>力学与航空航天工程系</w:t>
      </w:r>
    </w:p>
    <w:p>
      <w:r>
        <w:t>080100</w:t>
      </w:r>
    </w:p>
    <w:p>
      <w:r>
        <w:t>力学</w:t>
      </w:r>
    </w:p>
    <w:p>
      <w:r>
        <w:t>卫舒丽</w:t>
      </w:r>
    </w:p>
    <w:p>
      <w:r>
        <w:t>4211****2025</w:t>
      </w:r>
    </w:p>
    <w:p>
      <w:r>
        <w:t>硕士</w:t>
      </w:r>
    </w:p>
    <w:p>
      <w:r>
        <w:t>力学与航空航天工程系</w:t>
      </w:r>
    </w:p>
    <w:p>
      <w:r>
        <w:t>080100</w:t>
      </w:r>
    </w:p>
    <w:p>
      <w:r>
        <w:t>力学</w:t>
      </w:r>
    </w:p>
    <w:p>
      <w:r>
        <w:t>武潇俊</w:t>
      </w:r>
    </w:p>
    <w:p>
      <w:r>
        <w:t>4103****3013</w:t>
      </w:r>
    </w:p>
    <w:p>
      <w:r>
        <w:t>硕士</w:t>
      </w:r>
    </w:p>
    <w:p>
      <w:r>
        <w:t>力学与航空航天工程系</w:t>
      </w:r>
    </w:p>
    <w:p>
      <w:r>
        <w:t>080100</w:t>
      </w:r>
    </w:p>
    <w:p>
      <w:r>
        <w:t>力学</w:t>
      </w:r>
    </w:p>
    <w:p>
      <w:r>
        <w:t>于善飞</w:t>
      </w:r>
    </w:p>
    <w:p>
      <w:r>
        <w:t>3701****173X</w:t>
      </w:r>
    </w:p>
    <w:p>
      <w:r>
        <w:t>硕士</w:t>
      </w:r>
    </w:p>
    <w:p>
      <w:r>
        <w:t>力学与航空航天工程系</w:t>
      </w:r>
    </w:p>
    <w:p>
      <w:r>
        <w:t>080100</w:t>
      </w:r>
    </w:p>
    <w:p>
      <w:r>
        <w:t>力学</w:t>
      </w:r>
    </w:p>
    <w:p>
      <w:r>
        <w:t>南方科技大学2026级推免生（含直博生）拟录取名单</w:t>
      </w:r>
    </w:p>
    <w:p>
      <w:r>
        <w:t>姓名</w:t>
      </w:r>
    </w:p>
    <w:p>
      <w:r>
        <w:t>证件号码</w:t>
      </w:r>
    </w:p>
    <w:p>
      <w:r>
        <w:t>录取类别</w:t>
      </w:r>
    </w:p>
    <w:p>
      <w:r>
        <w:t>录取院系名称</w:t>
      </w:r>
    </w:p>
    <w:p>
      <w:r>
        <w:t>录取专业代码</w:t>
      </w:r>
    </w:p>
    <w:p>
      <w:r>
        <w:t>录取专业名称</w:t>
      </w:r>
    </w:p>
    <w:p>
      <w:r>
        <w:t>备注</w:t>
      </w:r>
    </w:p>
    <w:p>
      <w:r>
        <w:t>余奕翰</w:t>
      </w:r>
    </w:p>
    <w:p>
      <w:r>
        <w:t>3623****0057</w:t>
      </w:r>
    </w:p>
    <w:p>
      <w:r>
        <w:t>硕士</w:t>
      </w:r>
    </w:p>
    <w:p>
      <w:r>
        <w:t>力学与航空航天工程系</w:t>
      </w:r>
    </w:p>
    <w:p>
      <w:r>
        <w:t>080100</w:t>
      </w:r>
    </w:p>
    <w:p>
      <w:r>
        <w:t>力学</w:t>
      </w:r>
    </w:p>
    <w:p>
      <w:r>
        <w:t>袁正威</w:t>
      </w:r>
    </w:p>
    <w:p>
      <w:r>
        <w:t>3609****2618</w:t>
      </w:r>
    </w:p>
    <w:p>
      <w:r>
        <w:t>硕士</w:t>
      </w:r>
    </w:p>
    <w:p>
      <w:r>
        <w:t>力学与航空航天工程系</w:t>
      </w:r>
    </w:p>
    <w:p>
      <w:r>
        <w:t>080100</w:t>
      </w:r>
    </w:p>
    <w:p>
      <w:r>
        <w:t>力学</w:t>
      </w:r>
    </w:p>
    <w:p>
      <w:r>
        <w:t>郑熠</w:t>
      </w:r>
    </w:p>
    <w:p>
      <w:r>
        <w:t>4311****0196</w:t>
      </w:r>
    </w:p>
    <w:p>
      <w:r>
        <w:t>硕士</w:t>
      </w:r>
    </w:p>
    <w:p>
      <w:r>
        <w:t>力学与航空航天工程系</w:t>
      </w:r>
    </w:p>
    <w:p>
      <w:r>
        <w:t>080100</w:t>
      </w:r>
    </w:p>
    <w:p>
      <w:r>
        <w:t>力学</w:t>
      </w:r>
    </w:p>
    <w:p>
      <w:r>
        <w:t>周奕君</w:t>
      </w:r>
    </w:p>
    <w:p>
      <w:r>
        <w:t>4312****0020</w:t>
      </w:r>
    </w:p>
    <w:p>
      <w:r>
        <w:t>硕士</w:t>
      </w:r>
    </w:p>
    <w:p>
      <w:r>
        <w:t>力学与航空航天工程系</w:t>
      </w:r>
    </w:p>
    <w:p>
      <w:r>
        <w:t>080100</w:t>
      </w:r>
    </w:p>
    <w:p>
      <w:r>
        <w:t>力学</w:t>
      </w:r>
    </w:p>
    <w:p>
      <w:r>
        <w:t>黄宇鑫</w:t>
      </w:r>
    </w:p>
    <w:p>
      <w:r>
        <w:t>4201****3650</w:t>
      </w:r>
    </w:p>
    <w:p>
      <w:r>
        <w:t>直博生</w:t>
      </w:r>
    </w:p>
    <w:p>
      <w:r>
        <w:t>力学与航空航天工程系</w:t>
      </w:r>
    </w:p>
    <w:p>
      <w:r>
        <w:t>085500</w:t>
      </w:r>
    </w:p>
    <w:p>
      <w:r>
        <w:t>机械</w:t>
      </w:r>
    </w:p>
    <w:p>
      <w:r>
        <w:t>工程硕博士专项</w:t>
      </w:r>
    </w:p>
    <w:p>
      <w:r>
        <w:t>曾梓妍</w:t>
      </w:r>
    </w:p>
    <w:p>
      <w:r>
        <w:t>4451****4264</w:t>
      </w:r>
    </w:p>
    <w:p>
      <w:r>
        <w:t>硕士</w:t>
      </w:r>
    </w:p>
    <w:p>
      <w:r>
        <w:t>机械与能源工程系</w:t>
      </w:r>
    </w:p>
    <w:p>
      <w:r>
        <w:t>080500</w:t>
      </w:r>
    </w:p>
    <w:p>
      <w:r>
        <w:t>材料科学与工程</w:t>
      </w:r>
    </w:p>
    <w:p>
      <w:r>
        <w:t>陈重晓</w:t>
      </w:r>
    </w:p>
    <w:p>
      <w:r>
        <w:t>4409****6292</w:t>
      </w:r>
    </w:p>
    <w:p>
      <w:r>
        <w:t>硕士</w:t>
      </w:r>
    </w:p>
    <w:p>
      <w:r>
        <w:t>机械与能源工程系</w:t>
      </w:r>
    </w:p>
    <w:p>
      <w:r>
        <w:t>080500</w:t>
      </w:r>
    </w:p>
    <w:p>
      <w:r>
        <w:t>材料科学与工程</w:t>
      </w:r>
    </w:p>
    <w:p>
      <w:r>
        <w:t>陈壮嘉</w:t>
      </w:r>
    </w:p>
    <w:p>
      <w:r>
        <w:t>4405****0718</w:t>
      </w:r>
    </w:p>
    <w:p>
      <w:r>
        <w:t>硕士</w:t>
      </w:r>
    </w:p>
    <w:p>
      <w:r>
        <w:t>机械与能源工程系</w:t>
      </w:r>
    </w:p>
    <w:p>
      <w:r>
        <w:t>080500</w:t>
      </w:r>
    </w:p>
    <w:p>
      <w:r>
        <w:t>材料科学与工程</w:t>
      </w:r>
    </w:p>
    <w:p>
      <w:r>
        <w:t>范昊杰</w:t>
      </w:r>
    </w:p>
    <w:p>
      <w:r>
        <w:t>4405****6038</w:t>
      </w:r>
    </w:p>
    <w:p>
      <w:r>
        <w:t>硕士</w:t>
      </w:r>
    </w:p>
    <w:p>
      <w:r>
        <w:t>机械与能源工程系</w:t>
      </w:r>
    </w:p>
    <w:p>
      <w:r>
        <w:t>080500</w:t>
      </w:r>
    </w:p>
    <w:p>
      <w:r>
        <w:t>材料科学与工程</w:t>
      </w:r>
    </w:p>
    <w:p>
      <w:r>
        <w:t>管文煜</w:t>
      </w:r>
    </w:p>
    <w:p>
      <w:r>
        <w:t>3707****201X</w:t>
      </w:r>
    </w:p>
    <w:p>
      <w:r>
        <w:t>硕士</w:t>
      </w:r>
    </w:p>
    <w:p>
      <w:r>
        <w:t>机械与能源工程系</w:t>
      </w:r>
    </w:p>
    <w:p>
      <w:r>
        <w:t>080500</w:t>
      </w:r>
    </w:p>
    <w:p>
      <w:r>
        <w:t>材料科学与工程</w:t>
      </w:r>
    </w:p>
    <w:p>
      <w:r>
        <w:t>郭宇航</w:t>
      </w:r>
    </w:p>
    <w:p>
      <w:r>
        <w:t>4310****1535</w:t>
      </w:r>
    </w:p>
    <w:p>
      <w:r>
        <w:t>硕士</w:t>
      </w:r>
    </w:p>
    <w:p>
      <w:r>
        <w:t>机械与能源工程系</w:t>
      </w:r>
    </w:p>
    <w:p>
      <w:r>
        <w:t>080500</w:t>
      </w:r>
    </w:p>
    <w:p>
      <w:r>
        <w:t>材料科学与工程</w:t>
      </w:r>
    </w:p>
    <w:p>
      <w:r>
        <w:t>李昱霖</w:t>
      </w:r>
    </w:p>
    <w:p>
      <w:r>
        <w:t>4414****1574</w:t>
      </w:r>
    </w:p>
    <w:p>
      <w:r>
        <w:t>硕士</w:t>
      </w:r>
    </w:p>
    <w:p>
      <w:r>
        <w:t>机械与能源工程系</w:t>
      </w:r>
    </w:p>
    <w:p>
      <w:r>
        <w:t>080500</w:t>
      </w:r>
    </w:p>
    <w:p>
      <w:r>
        <w:t>材料科学与工程</w:t>
      </w:r>
    </w:p>
    <w:p>
      <w:r>
        <w:t>秦志强</w:t>
      </w:r>
    </w:p>
    <w:p>
      <w:r>
        <w:t>3416****1510</w:t>
      </w:r>
    </w:p>
    <w:p>
      <w:r>
        <w:t>硕士</w:t>
      </w:r>
    </w:p>
    <w:p>
      <w:r>
        <w:t>机械与能源工程系</w:t>
      </w:r>
    </w:p>
    <w:p>
      <w:r>
        <w:t>080500</w:t>
      </w:r>
    </w:p>
    <w:p>
      <w:r>
        <w:t>材料科学与工程</w:t>
      </w:r>
    </w:p>
    <w:p>
      <w:r>
        <w:t>汤新宇</w:t>
      </w:r>
    </w:p>
    <w:p>
      <w:r>
        <w:t>3607****2411</w:t>
      </w:r>
    </w:p>
    <w:p>
      <w:r>
        <w:t>硕士</w:t>
      </w:r>
    </w:p>
    <w:p>
      <w:r>
        <w:t>机械与能源工程系</w:t>
      </w:r>
    </w:p>
    <w:p>
      <w:r>
        <w:t>080500</w:t>
      </w:r>
    </w:p>
    <w:p>
      <w:r>
        <w:t>材料科学与工程</w:t>
      </w:r>
    </w:p>
    <w:p>
      <w:r>
        <w:t>涂思敏</w:t>
      </w:r>
    </w:p>
    <w:p>
      <w:r>
        <w:t>4405****3584</w:t>
      </w:r>
    </w:p>
    <w:p>
      <w:r>
        <w:t>硕士</w:t>
      </w:r>
    </w:p>
    <w:p>
      <w:r>
        <w:t>机械与能源工程系</w:t>
      </w:r>
    </w:p>
    <w:p>
      <w:r>
        <w:t>080500</w:t>
      </w:r>
    </w:p>
    <w:p>
      <w:r>
        <w:t>材料科学与工程</w:t>
      </w:r>
    </w:p>
    <w:p>
      <w:r>
        <w:t>王文帅</w:t>
      </w:r>
    </w:p>
    <w:p>
      <w:r>
        <w:t>4105****0030</w:t>
      </w:r>
    </w:p>
    <w:p>
      <w:r>
        <w:t>硕士</w:t>
      </w:r>
    </w:p>
    <w:p>
      <w:r>
        <w:t>机械与能源工程系</w:t>
      </w:r>
    </w:p>
    <w:p>
      <w:r>
        <w:t>080500</w:t>
      </w:r>
    </w:p>
    <w:p>
      <w:r>
        <w:t>材料科学与工程</w:t>
      </w:r>
    </w:p>
    <w:p>
      <w:r>
        <w:t>张锦泽</w:t>
      </w:r>
    </w:p>
    <w:p>
      <w:r>
        <w:t>4105****0076</w:t>
      </w:r>
    </w:p>
    <w:p>
      <w:r>
        <w:t>硕士</w:t>
      </w:r>
    </w:p>
    <w:p>
      <w:r>
        <w:t>机械与能源工程系</w:t>
      </w:r>
    </w:p>
    <w:p>
      <w:r>
        <w:t>080500</w:t>
      </w:r>
    </w:p>
    <w:p>
      <w:r>
        <w:t>材料科学与工程</w:t>
      </w:r>
    </w:p>
    <w:p>
      <w:r>
        <w:t>张科</w:t>
      </w:r>
    </w:p>
    <w:p>
      <w:r>
        <w:t>3412****8170</w:t>
      </w:r>
    </w:p>
    <w:p>
      <w:r>
        <w:t>硕士</w:t>
      </w:r>
    </w:p>
    <w:p>
      <w:r>
        <w:t>机械与能源工程系</w:t>
      </w:r>
    </w:p>
    <w:p>
      <w:r>
        <w:t>080500</w:t>
      </w:r>
    </w:p>
    <w:p>
      <w:r>
        <w:t>材料科学与工程</w:t>
      </w:r>
    </w:p>
    <w:p>
      <w:r>
        <w:t>朱田波</w:t>
      </w:r>
    </w:p>
    <w:p>
      <w:r>
        <w:t>4114****3312</w:t>
      </w:r>
    </w:p>
    <w:p>
      <w:r>
        <w:t>硕士</w:t>
      </w:r>
    </w:p>
    <w:p>
      <w:r>
        <w:t>机械与能源工程系</w:t>
      </w:r>
    </w:p>
    <w:p>
      <w:r>
        <w:t>080500</w:t>
      </w:r>
    </w:p>
    <w:p>
      <w:r>
        <w:t>材料科学与工程</w:t>
      </w:r>
    </w:p>
    <w:p>
      <w:r>
        <w:t>李阳</w:t>
      </w:r>
    </w:p>
    <w:p>
      <w:r>
        <w:t>2113****001X</w:t>
      </w:r>
    </w:p>
    <w:p>
      <w:r>
        <w:t>硕士</w:t>
      </w:r>
    </w:p>
    <w:p>
      <w:r>
        <w:t>机械与能源工程系</w:t>
      </w:r>
    </w:p>
    <w:p>
      <w:r>
        <w:t>085500</w:t>
      </w:r>
    </w:p>
    <w:p>
      <w:r>
        <w:t>机械</w:t>
      </w:r>
    </w:p>
    <w:p>
      <w:r>
        <w:t>孙乐妍</w:t>
      </w:r>
    </w:p>
    <w:p>
      <w:r>
        <w:t>4201****1025</w:t>
      </w:r>
    </w:p>
    <w:p>
      <w:r>
        <w:t>硕士</w:t>
      </w:r>
    </w:p>
    <w:p>
      <w:r>
        <w:t>机械与能源工程系</w:t>
      </w:r>
    </w:p>
    <w:p>
      <w:r>
        <w:t>085500</w:t>
      </w:r>
    </w:p>
    <w:p>
      <w:r>
        <w:t>机械</w:t>
      </w:r>
    </w:p>
    <w:p>
      <w:r>
        <w:t>唐远东</w:t>
      </w:r>
    </w:p>
    <w:p>
      <w:r>
        <w:t>4308****3113</w:t>
      </w:r>
    </w:p>
    <w:p>
      <w:r>
        <w:t>硕士</w:t>
      </w:r>
    </w:p>
    <w:p>
      <w:r>
        <w:t>机械与能源工程系</w:t>
      </w:r>
    </w:p>
    <w:p>
      <w:r>
        <w:t>085500</w:t>
      </w:r>
    </w:p>
    <w:p>
      <w:r>
        <w:t>机械</w:t>
      </w:r>
    </w:p>
    <w:p>
      <w:r>
        <w:t>滕灿</w:t>
      </w:r>
    </w:p>
    <w:p>
      <w:r>
        <w:t>4331****1522</w:t>
      </w:r>
    </w:p>
    <w:p>
      <w:r>
        <w:t>硕士</w:t>
      </w:r>
    </w:p>
    <w:p>
      <w:r>
        <w:t>机械与能源工程系</w:t>
      </w:r>
    </w:p>
    <w:p>
      <w:r>
        <w:t>085500</w:t>
      </w:r>
    </w:p>
    <w:p>
      <w:r>
        <w:t>机械</w:t>
      </w:r>
    </w:p>
    <w:p>
      <w:r>
        <w:t>田雨薇</w:t>
      </w:r>
    </w:p>
    <w:p>
      <w:r>
        <w:t>4206****0546</w:t>
      </w:r>
    </w:p>
    <w:p>
      <w:r>
        <w:t>硕士</w:t>
      </w:r>
    </w:p>
    <w:p>
      <w:r>
        <w:t>机械与能源工程系</w:t>
      </w:r>
    </w:p>
    <w:p>
      <w:r>
        <w:t>085500</w:t>
      </w:r>
    </w:p>
    <w:p>
      <w:r>
        <w:t>机械</w:t>
      </w:r>
    </w:p>
    <w:p>
      <w:r>
        <w:t>叶永恩</w:t>
      </w:r>
    </w:p>
    <w:p>
      <w:r>
        <w:t>4401****5634</w:t>
      </w:r>
    </w:p>
    <w:p>
      <w:r>
        <w:t>硕士</w:t>
      </w:r>
    </w:p>
    <w:p>
      <w:r>
        <w:t>机械与能源工程系</w:t>
      </w:r>
    </w:p>
    <w:p>
      <w:r>
        <w:t>085500</w:t>
      </w:r>
    </w:p>
    <w:p>
      <w:r>
        <w:t>机械</w:t>
      </w:r>
    </w:p>
    <w:p>
      <w:r>
        <w:t>袁学辉</w:t>
      </w:r>
    </w:p>
    <w:p>
      <w:r>
        <w:t>4401****1714</w:t>
      </w:r>
    </w:p>
    <w:p>
      <w:r>
        <w:t>硕士</w:t>
      </w:r>
    </w:p>
    <w:p>
      <w:r>
        <w:t>机械与能源工程系</w:t>
      </w:r>
    </w:p>
    <w:p>
      <w:r>
        <w:t>085500</w:t>
      </w:r>
    </w:p>
    <w:p>
      <w:r>
        <w:t>机械</w:t>
      </w:r>
    </w:p>
    <w:p>
      <w:r>
        <w:t>蔡文钰</w:t>
      </w:r>
    </w:p>
    <w:p>
      <w:r>
        <w:t>4418****7441</w:t>
      </w:r>
    </w:p>
    <w:p>
      <w:r>
        <w:t>硕士</w:t>
      </w:r>
    </w:p>
    <w:p>
      <w:r>
        <w:t>机械与能源工程系</w:t>
      </w:r>
    </w:p>
    <w:p>
      <w:r>
        <w:t>0801Z1</w:t>
      </w:r>
    </w:p>
    <w:p>
      <w:r>
        <w:t>智能制造与机器人</w:t>
      </w:r>
    </w:p>
    <w:p>
      <w:r>
        <w:t>曹子昂</w:t>
      </w:r>
    </w:p>
    <w:p>
      <w:r>
        <w:t>3601****6010</w:t>
      </w:r>
    </w:p>
    <w:p>
      <w:r>
        <w:t>硕士</w:t>
      </w:r>
    </w:p>
    <w:p>
      <w:r>
        <w:t>机械与能源工程系</w:t>
      </w:r>
    </w:p>
    <w:p>
      <w:r>
        <w:t>0801Z1</w:t>
      </w:r>
    </w:p>
    <w:p>
      <w:r>
        <w:t>智能制造与机器人</w:t>
      </w:r>
    </w:p>
    <w:p>
      <w:r>
        <w:t>曾嘉乐</w:t>
      </w:r>
    </w:p>
    <w:p>
      <w:r>
        <w:t>4305****3368</w:t>
      </w:r>
    </w:p>
    <w:p>
      <w:r>
        <w:t>硕士</w:t>
      </w:r>
    </w:p>
    <w:p>
      <w:r>
        <w:t>机械与能源工程系</w:t>
      </w:r>
    </w:p>
    <w:p>
      <w:r>
        <w:t>0801Z1</w:t>
      </w:r>
    </w:p>
    <w:p>
      <w:r>
        <w:t>智能制造与机器人</w:t>
      </w:r>
    </w:p>
    <w:p>
      <w:r>
        <w:t>陈弘斌</w:t>
      </w:r>
    </w:p>
    <w:p>
      <w:r>
        <w:t>6542****0718</w:t>
      </w:r>
    </w:p>
    <w:p>
      <w:r>
        <w:t>硕士</w:t>
      </w:r>
    </w:p>
    <w:p>
      <w:r>
        <w:t>机械与能源工程系</w:t>
      </w:r>
    </w:p>
    <w:p>
      <w:r>
        <w:t>0801Z1</w:t>
      </w:r>
    </w:p>
    <w:p>
      <w:r>
        <w:t>智能制造与机器人</w:t>
      </w:r>
    </w:p>
    <w:p>
      <w:r>
        <w:t>陈嘉祺</w:t>
      </w:r>
    </w:p>
    <w:p>
      <w:r>
        <w:t>3310****4478</w:t>
      </w:r>
    </w:p>
    <w:p>
      <w:r>
        <w:t>硕士</w:t>
      </w:r>
    </w:p>
    <w:p>
      <w:r>
        <w:t>机械与能源工程系</w:t>
      </w:r>
    </w:p>
    <w:p>
      <w:r>
        <w:t>0801Z1</w:t>
      </w:r>
    </w:p>
    <w:p>
      <w:r>
        <w:t>智能制造与机器人</w:t>
      </w:r>
    </w:p>
    <w:p>
      <w:r>
        <w:t>都书洋</w:t>
      </w:r>
    </w:p>
    <w:p>
      <w:r>
        <w:t>3707****1814</w:t>
      </w:r>
    </w:p>
    <w:p>
      <w:r>
        <w:t>硕士</w:t>
      </w:r>
    </w:p>
    <w:p>
      <w:r>
        <w:t>机械与能源工程系</w:t>
      </w:r>
    </w:p>
    <w:p>
      <w:r>
        <w:t>0801Z1</w:t>
      </w:r>
    </w:p>
    <w:p>
      <w:r>
        <w:t>智能制造与机器人</w:t>
      </w:r>
    </w:p>
    <w:p>
      <w:r>
        <w:t>杜天佑</w:t>
      </w:r>
    </w:p>
    <w:p>
      <w:r>
        <w:t>4305****0713</w:t>
      </w:r>
    </w:p>
    <w:p>
      <w:r>
        <w:t>硕士</w:t>
      </w:r>
    </w:p>
    <w:p>
      <w:r>
        <w:t>机械与能源工程系</w:t>
      </w:r>
    </w:p>
    <w:p>
      <w:r>
        <w:t>0801Z1</w:t>
      </w:r>
    </w:p>
    <w:p>
      <w:r>
        <w:t>智能制造与机器人</w:t>
      </w:r>
    </w:p>
    <w:p>
      <w:r>
        <w:t>冯佳敏</w:t>
      </w:r>
    </w:p>
    <w:p>
      <w:r>
        <w:t>3609****041X</w:t>
      </w:r>
    </w:p>
    <w:p>
      <w:r>
        <w:t>硕士</w:t>
      </w:r>
    </w:p>
    <w:p>
      <w:r>
        <w:t>机械与能源工程系</w:t>
      </w:r>
    </w:p>
    <w:p>
      <w:r>
        <w:t>0801Z1</w:t>
      </w:r>
    </w:p>
    <w:p>
      <w:r>
        <w:t>智能制造与机器人</w:t>
      </w:r>
    </w:p>
    <w:p>
      <w:r>
        <w:t>何贤勇</w:t>
      </w:r>
    </w:p>
    <w:p>
      <w:r>
        <w:t>4408****3930</w:t>
      </w:r>
    </w:p>
    <w:p>
      <w:r>
        <w:t>硕士</w:t>
      </w:r>
    </w:p>
    <w:p>
      <w:r>
        <w:t>机械与能源工程系</w:t>
      </w:r>
    </w:p>
    <w:p>
      <w:r>
        <w:t>0801Z1</w:t>
      </w:r>
    </w:p>
    <w:p>
      <w:r>
        <w:t>智能制造与机器人</w:t>
      </w:r>
    </w:p>
    <w:p>
      <w:r>
        <w:t>胡美棋</w:t>
      </w:r>
    </w:p>
    <w:p>
      <w:r>
        <w:t>3610****3510</w:t>
      </w:r>
    </w:p>
    <w:p>
      <w:r>
        <w:t>硕士</w:t>
      </w:r>
    </w:p>
    <w:p>
      <w:r>
        <w:t>机械与能源工程系</w:t>
      </w:r>
    </w:p>
    <w:p>
      <w:r>
        <w:t>0801Z1</w:t>
      </w:r>
    </w:p>
    <w:p>
      <w:r>
        <w:t>智能制造与机器人</w:t>
      </w:r>
    </w:p>
    <w:p>
      <w:r>
        <w:t>黄耀</w:t>
      </w:r>
    </w:p>
    <w:p>
      <w:r>
        <w:t>4304****0032</w:t>
      </w:r>
    </w:p>
    <w:p>
      <w:r>
        <w:t>硕士</w:t>
      </w:r>
    </w:p>
    <w:p>
      <w:r>
        <w:t>机械与能源工程系</w:t>
      </w:r>
    </w:p>
    <w:p>
      <w:r>
        <w:t>0801Z1</w:t>
      </w:r>
    </w:p>
    <w:p>
      <w:r>
        <w:t>智能制造与机器人</w:t>
      </w:r>
    </w:p>
    <w:p>
      <w:r>
        <w:t>黄芷瑜</w:t>
      </w:r>
    </w:p>
    <w:p>
      <w:r>
        <w:t>4401****6526</w:t>
      </w:r>
    </w:p>
    <w:p>
      <w:r>
        <w:t>硕士</w:t>
      </w:r>
    </w:p>
    <w:p>
      <w:r>
        <w:t>机械与能源工程系</w:t>
      </w:r>
    </w:p>
    <w:p>
      <w:r>
        <w:t>0801Z1</w:t>
      </w:r>
    </w:p>
    <w:p>
      <w:r>
        <w:t>智能制造与机器人</w:t>
      </w:r>
    </w:p>
    <w:p>
      <w:r>
        <w:t>阚程驰</w:t>
      </w:r>
    </w:p>
    <w:p>
      <w:r>
        <w:t>4113****2337</w:t>
      </w:r>
    </w:p>
    <w:p>
      <w:r>
        <w:t>硕士</w:t>
      </w:r>
    </w:p>
    <w:p>
      <w:r>
        <w:t>机械与能源工程系</w:t>
      </w:r>
    </w:p>
    <w:p>
      <w:r>
        <w:t>0801Z1</w:t>
      </w:r>
    </w:p>
    <w:p>
      <w:r>
        <w:t>智能制造与机器人</w:t>
      </w:r>
    </w:p>
    <w:p>
      <w:r>
        <w:t>李威毅</w:t>
      </w:r>
    </w:p>
    <w:p>
      <w:r>
        <w:t>4452****185X</w:t>
      </w:r>
    </w:p>
    <w:p>
      <w:r>
        <w:t>硕士</w:t>
      </w:r>
    </w:p>
    <w:p>
      <w:r>
        <w:t>机械与能源工程系</w:t>
      </w:r>
    </w:p>
    <w:p>
      <w:r>
        <w:t>0801Z1</w:t>
      </w:r>
    </w:p>
    <w:p>
      <w:r>
        <w:t>智能制造与机器人</w:t>
      </w:r>
    </w:p>
    <w:p>
      <w:r>
        <w:t>林烨</w:t>
      </w:r>
    </w:p>
    <w:p>
      <w:r>
        <w:t>4405****8515</w:t>
      </w:r>
    </w:p>
    <w:p>
      <w:r>
        <w:t>硕士</w:t>
      </w:r>
    </w:p>
    <w:p>
      <w:r>
        <w:t>机械与能源工程系</w:t>
      </w:r>
    </w:p>
    <w:p>
      <w:r>
        <w:t>0801Z1</w:t>
      </w:r>
    </w:p>
    <w:p>
      <w:r>
        <w:t>智能制造与机器人</w:t>
      </w:r>
    </w:p>
    <w:p>
      <w:r>
        <w:t>刘学杪</w:t>
      </w:r>
    </w:p>
    <w:p>
      <w:r>
        <w:t>3424****0910</w:t>
      </w:r>
    </w:p>
    <w:p>
      <w:r>
        <w:t>硕士</w:t>
      </w:r>
    </w:p>
    <w:p>
      <w:r>
        <w:t>机械与能源工程系</w:t>
      </w:r>
    </w:p>
    <w:p>
      <w:r>
        <w:t>0801Z1</w:t>
      </w:r>
    </w:p>
    <w:p>
      <w:r>
        <w:t>智能制造与机器人</w:t>
      </w:r>
    </w:p>
    <w:p>
      <w:r>
        <w:t>刘志超</w:t>
      </w:r>
    </w:p>
    <w:p>
      <w:r>
        <w:t>1301****5517</w:t>
      </w:r>
    </w:p>
    <w:p>
      <w:r>
        <w:t>硕士</w:t>
      </w:r>
    </w:p>
    <w:p>
      <w:r>
        <w:t>机械与能源工程系</w:t>
      </w:r>
    </w:p>
    <w:p>
      <w:r>
        <w:t>0801Z1</w:t>
      </w:r>
    </w:p>
    <w:p>
      <w:r>
        <w:t>智能制造与机器人</w:t>
      </w:r>
    </w:p>
    <w:p>
      <w:r>
        <w:t>马瀚卿</w:t>
      </w:r>
    </w:p>
    <w:p>
      <w:r>
        <w:t>2201****4611</w:t>
      </w:r>
    </w:p>
    <w:p>
      <w:r>
        <w:t>硕士</w:t>
      </w:r>
    </w:p>
    <w:p>
      <w:r>
        <w:t>机械与能源工程系</w:t>
      </w:r>
    </w:p>
    <w:p>
      <w:r>
        <w:t>0801Z1</w:t>
      </w:r>
    </w:p>
    <w:p>
      <w:r>
        <w:t>智能制造与机器人</w:t>
      </w:r>
    </w:p>
    <w:p>
      <w:r>
        <w:t>宁文菲</w:t>
      </w:r>
    </w:p>
    <w:p>
      <w:r>
        <w:t>4418****6928</w:t>
      </w:r>
    </w:p>
    <w:p>
      <w:r>
        <w:t>硕士</w:t>
      </w:r>
    </w:p>
    <w:p>
      <w:r>
        <w:t>机械与能源工程系</w:t>
      </w:r>
    </w:p>
    <w:p>
      <w:r>
        <w:t>0801Z1</w:t>
      </w:r>
    </w:p>
    <w:p>
      <w:r>
        <w:t>智能制造与机器人</w:t>
      </w:r>
    </w:p>
    <w:p>
      <w:r>
        <w:t>牛豫</w:t>
      </w:r>
    </w:p>
    <w:p>
      <w:r>
        <w:t>2110****0115</w:t>
      </w:r>
    </w:p>
    <w:p>
      <w:r>
        <w:t>硕士</w:t>
      </w:r>
    </w:p>
    <w:p>
      <w:r>
        <w:t>机械与能源工程系</w:t>
      </w:r>
    </w:p>
    <w:p>
      <w:r>
        <w:t>0801Z1</w:t>
      </w:r>
    </w:p>
    <w:p>
      <w:r>
        <w:t>智能制造与机器人</w:t>
      </w:r>
    </w:p>
    <w:p>
      <w:r>
        <w:t>南方科技大学2026级推免生（含直博生）拟录取名单</w:t>
      </w:r>
    </w:p>
    <w:p>
      <w:r>
        <w:t>姓名</w:t>
      </w:r>
    </w:p>
    <w:p>
      <w:r>
        <w:t>证件号码</w:t>
      </w:r>
    </w:p>
    <w:p>
      <w:r>
        <w:t>录取类别</w:t>
      </w:r>
    </w:p>
    <w:p>
      <w:r>
        <w:t>录取院系名称</w:t>
      </w:r>
    </w:p>
    <w:p>
      <w:r>
        <w:t>录取专业代码</w:t>
      </w:r>
    </w:p>
    <w:p>
      <w:r>
        <w:t>录取专业名称</w:t>
      </w:r>
    </w:p>
    <w:p>
      <w:r>
        <w:t>备注</w:t>
      </w:r>
    </w:p>
    <w:p>
      <w:r>
        <w:t>孙皓天</w:t>
      </w:r>
    </w:p>
    <w:p>
      <w:r>
        <w:t>4403****1531</w:t>
      </w:r>
    </w:p>
    <w:p>
      <w:r>
        <w:t>硕士</w:t>
      </w:r>
    </w:p>
    <w:p>
      <w:r>
        <w:t>机械与能源工程系</w:t>
      </w:r>
    </w:p>
    <w:p>
      <w:r>
        <w:t>0801Z1</w:t>
      </w:r>
    </w:p>
    <w:p>
      <w:r>
        <w:t>智能制造与机器人</w:t>
      </w:r>
    </w:p>
    <w:p>
      <w:r>
        <w:t>王海潮</w:t>
      </w:r>
    </w:p>
    <w:p>
      <w:r>
        <w:t>4403****8215</w:t>
      </w:r>
    </w:p>
    <w:p>
      <w:r>
        <w:t>硕士</w:t>
      </w:r>
    </w:p>
    <w:p>
      <w:r>
        <w:t>机械与能源工程系</w:t>
      </w:r>
    </w:p>
    <w:p>
      <w:r>
        <w:t>0801Z1</w:t>
      </w:r>
    </w:p>
    <w:p>
      <w:r>
        <w:t>智能制造与机器人</w:t>
      </w:r>
    </w:p>
    <w:p>
      <w:r>
        <w:t>王志远</w:t>
      </w:r>
    </w:p>
    <w:p>
      <w:r>
        <w:t>4113****0053</w:t>
      </w:r>
    </w:p>
    <w:p>
      <w:r>
        <w:t>硕士</w:t>
      </w:r>
    </w:p>
    <w:p>
      <w:r>
        <w:t>机械与能源工程系</w:t>
      </w:r>
    </w:p>
    <w:p>
      <w:r>
        <w:t>0801Z1</w:t>
      </w:r>
    </w:p>
    <w:p>
      <w:r>
        <w:t>智能制造与机器人</w:t>
      </w:r>
    </w:p>
    <w:p>
      <w:r>
        <w:t>王梓淳</w:t>
      </w:r>
    </w:p>
    <w:p>
      <w:r>
        <w:t>3712****6818</w:t>
      </w:r>
    </w:p>
    <w:p>
      <w:r>
        <w:t>硕士</w:t>
      </w:r>
    </w:p>
    <w:p>
      <w:r>
        <w:t>机械与能源工程系</w:t>
      </w:r>
    </w:p>
    <w:p>
      <w:r>
        <w:t>0801Z1</w:t>
      </w:r>
    </w:p>
    <w:p>
      <w:r>
        <w:t>智能制造与机器人</w:t>
      </w:r>
    </w:p>
    <w:p>
      <w:r>
        <w:t>魏子杰</w:t>
      </w:r>
    </w:p>
    <w:p>
      <w:r>
        <w:t>5105****0615</w:t>
      </w:r>
    </w:p>
    <w:p>
      <w:r>
        <w:t>硕士</w:t>
      </w:r>
    </w:p>
    <w:p>
      <w:r>
        <w:t>机械与能源工程系</w:t>
      </w:r>
    </w:p>
    <w:p>
      <w:r>
        <w:t>0801Z1</w:t>
      </w:r>
    </w:p>
    <w:p>
      <w:r>
        <w:t>智能制造与机器人</w:t>
      </w:r>
    </w:p>
    <w:p>
      <w:r>
        <w:t>叶昕卉</w:t>
      </w:r>
    </w:p>
    <w:p>
      <w:r>
        <w:t>3308****2727</w:t>
      </w:r>
    </w:p>
    <w:p>
      <w:r>
        <w:t>硕士</w:t>
      </w:r>
    </w:p>
    <w:p>
      <w:r>
        <w:t>机械与能源工程系</w:t>
      </w:r>
    </w:p>
    <w:p>
      <w:r>
        <w:t>0801Z1</w:t>
      </w:r>
    </w:p>
    <w:p>
      <w:r>
        <w:t>智能制造与机器人</w:t>
      </w:r>
    </w:p>
    <w:p>
      <w:r>
        <w:t>湛尝羽</w:t>
      </w:r>
    </w:p>
    <w:p>
      <w:r>
        <w:t>4101****0155</w:t>
      </w:r>
    </w:p>
    <w:p>
      <w:r>
        <w:t>硕士</w:t>
      </w:r>
    </w:p>
    <w:p>
      <w:r>
        <w:t>机械与能源工程系</w:t>
      </w:r>
    </w:p>
    <w:p>
      <w:r>
        <w:t>0801Z1</w:t>
      </w:r>
    </w:p>
    <w:p>
      <w:r>
        <w:t>智能制造与机器人</w:t>
      </w:r>
    </w:p>
    <w:p>
      <w:r>
        <w:t>张思琦</w:t>
      </w:r>
    </w:p>
    <w:p>
      <w:r>
        <w:t>4403****0224</w:t>
      </w:r>
    </w:p>
    <w:p>
      <w:r>
        <w:t>硕士</w:t>
      </w:r>
    </w:p>
    <w:p>
      <w:r>
        <w:t>机械与能源工程系</w:t>
      </w:r>
    </w:p>
    <w:p>
      <w:r>
        <w:t>0801Z1</w:t>
      </w:r>
    </w:p>
    <w:p>
      <w:r>
        <w:t>智能制造与机器人</w:t>
      </w:r>
    </w:p>
    <w:p>
      <w:r>
        <w:t>张潇翔</w:t>
      </w:r>
    </w:p>
    <w:p>
      <w:r>
        <w:t>4127****2216</w:t>
      </w:r>
    </w:p>
    <w:p>
      <w:r>
        <w:t>硕士</w:t>
      </w:r>
    </w:p>
    <w:p>
      <w:r>
        <w:t>机械与能源工程系</w:t>
      </w:r>
    </w:p>
    <w:p>
      <w:r>
        <w:t>0801Z1</w:t>
      </w:r>
    </w:p>
    <w:p>
      <w:r>
        <w:t>智能制造与机器人</w:t>
      </w:r>
    </w:p>
    <w:p>
      <w:r>
        <w:t>张艺泽</w:t>
      </w:r>
    </w:p>
    <w:p>
      <w:r>
        <w:t>2110****2019</w:t>
      </w:r>
    </w:p>
    <w:p>
      <w:r>
        <w:t>硕士</w:t>
      </w:r>
    </w:p>
    <w:p>
      <w:r>
        <w:t>机械与能源工程系</w:t>
      </w:r>
    </w:p>
    <w:p>
      <w:r>
        <w:t>0801Z1</w:t>
      </w:r>
    </w:p>
    <w:p>
      <w:r>
        <w:t>智能制造与机器人</w:t>
      </w:r>
    </w:p>
    <w:p>
      <w:r>
        <w:t>赵薇</w:t>
      </w:r>
    </w:p>
    <w:p>
      <w:r>
        <w:t>6228****2120</w:t>
      </w:r>
    </w:p>
    <w:p>
      <w:r>
        <w:t>硕士</w:t>
      </w:r>
    </w:p>
    <w:p>
      <w:r>
        <w:t>机械与能源工程系</w:t>
      </w:r>
    </w:p>
    <w:p>
      <w:r>
        <w:t>0801Z1</w:t>
      </w:r>
    </w:p>
    <w:p>
      <w:r>
        <w:t>智能制造与机器人</w:t>
      </w:r>
    </w:p>
    <w:p>
      <w:r>
        <w:t>赵行</w:t>
      </w:r>
    </w:p>
    <w:p>
      <w:r>
        <w:t>1307****1974</w:t>
      </w:r>
    </w:p>
    <w:p>
      <w:r>
        <w:t>硕士</w:t>
      </w:r>
    </w:p>
    <w:p>
      <w:r>
        <w:t>机械与能源工程系</w:t>
      </w:r>
    </w:p>
    <w:p>
      <w:r>
        <w:t>0801Z1</w:t>
      </w:r>
    </w:p>
    <w:p>
      <w:r>
        <w:t>智能制造与机器人</w:t>
      </w:r>
    </w:p>
    <w:p>
      <w:r>
        <w:t>赵苑婷</w:t>
      </w:r>
    </w:p>
    <w:p>
      <w:r>
        <w:t>4211****0442</w:t>
      </w:r>
    </w:p>
    <w:p>
      <w:r>
        <w:t>硕士</w:t>
      </w:r>
    </w:p>
    <w:p>
      <w:r>
        <w:t>机械与能源工程系</w:t>
      </w:r>
    </w:p>
    <w:p>
      <w:r>
        <w:t>0801Z1</w:t>
      </w:r>
    </w:p>
    <w:p>
      <w:r>
        <w:t>智能制造与机器人</w:t>
      </w:r>
    </w:p>
    <w:p>
      <w:r>
        <w:t>周子康</w:t>
      </w:r>
    </w:p>
    <w:p>
      <w:r>
        <w:t>4306****8032</w:t>
      </w:r>
    </w:p>
    <w:p>
      <w:r>
        <w:t>硕士</w:t>
      </w:r>
    </w:p>
    <w:p>
      <w:r>
        <w:t>机械与能源工程系</w:t>
      </w:r>
    </w:p>
    <w:p>
      <w:r>
        <w:t>0801Z1</w:t>
      </w:r>
    </w:p>
    <w:p>
      <w:r>
        <w:t>智能制造与机器人</w:t>
      </w:r>
    </w:p>
    <w:p>
      <w:r>
        <w:t>王昱淇</w:t>
      </w:r>
    </w:p>
    <w:p>
      <w:r>
        <w:t>2205****5411</w:t>
      </w:r>
    </w:p>
    <w:p>
      <w:r>
        <w:t>直博生</w:t>
      </w:r>
    </w:p>
    <w:p>
      <w:r>
        <w:t>机械与能源工程系</w:t>
      </w:r>
    </w:p>
    <w:p>
      <w:r>
        <w:t>080500</w:t>
      </w:r>
    </w:p>
    <w:p>
      <w:r>
        <w:t>材料科学与工程</w:t>
      </w:r>
    </w:p>
    <w:p>
      <w:r>
        <w:t>何星熠</w:t>
      </w:r>
    </w:p>
    <w:p>
      <w:r>
        <w:t>5105****0415</w:t>
      </w:r>
    </w:p>
    <w:p>
      <w:r>
        <w:t>硕士</w:t>
      </w:r>
    </w:p>
    <w:p>
      <w:r>
        <w:t>计算机科学与工程系</w:t>
      </w:r>
    </w:p>
    <w:p>
      <w:r>
        <w:t>085400</w:t>
      </w:r>
    </w:p>
    <w:p>
      <w:r>
        <w:t>电子信息</w:t>
      </w:r>
    </w:p>
    <w:p>
      <w:r>
        <w:t>工程硕博士专项</w:t>
      </w:r>
    </w:p>
    <w:p>
      <w:r>
        <w:t>骆梓龙</w:t>
      </w:r>
    </w:p>
    <w:p>
      <w:r>
        <w:t>3505****3014</w:t>
      </w:r>
    </w:p>
    <w:p>
      <w:r>
        <w:t>硕士</w:t>
      </w:r>
    </w:p>
    <w:p>
      <w:r>
        <w:t>计算机科学与工程系</w:t>
      </w:r>
    </w:p>
    <w:p>
      <w:r>
        <w:t>085400</w:t>
      </w:r>
    </w:p>
    <w:p>
      <w:r>
        <w:t>电子信息</w:t>
      </w:r>
    </w:p>
    <w:p>
      <w:r>
        <w:t>工程硕博士专项</w:t>
      </w:r>
    </w:p>
    <w:p>
      <w:r>
        <w:t>吴卓轩</w:t>
      </w:r>
    </w:p>
    <w:p>
      <w:r>
        <w:t>4452****391X</w:t>
      </w:r>
    </w:p>
    <w:p>
      <w:r>
        <w:t>硕士</w:t>
      </w:r>
    </w:p>
    <w:p>
      <w:r>
        <w:t>计算机科学与工程系</w:t>
      </w:r>
    </w:p>
    <w:p>
      <w:r>
        <w:t>085400</w:t>
      </w:r>
    </w:p>
    <w:p>
      <w:r>
        <w:t>电子信息</w:t>
      </w:r>
    </w:p>
    <w:p>
      <w:r>
        <w:t>工程硕博士专项</w:t>
      </w:r>
    </w:p>
    <w:p>
      <w:r>
        <w:t>余俊辰</w:t>
      </w:r>
    </w:p>
    <w:p>
      <w:r>
        <w:t>5101****0057</w:t>
      </w:r>
    </w:p>
    <w:p>
      <w:r>
        <w:t>硕士</w:t>
      </w:r>
    </w:p>
    <w:p>
      <w:r>
        <w:t>计算机科学与工程系</w:t>
      </w:r>
    </w:p>
    <w:p>
      <w:r>
        <w:t>085400</w:t>
      </w:r>
    </w:p>
    <w:p>
      <w:r>
        <w:t>电子信息</w:t>
      </w:r>
    </w:p>
    <w:p>
      <w:r>
        <w:t>工程硕博士专项</w:t>
      </w:r>
    </w:p>
    <w:p>
      <w:r>
        <w:t>边越</w:t>
      </w:r>
    </w:p>
    <w:p>
      <w:r>
        <w:t>1307****6027</w:t>
      </w:r>
    </w:p>
    <w:p>
      <w:r>
        <w:t>硕士</w:t>
      </w:r>
    </w:p>
    <w:p>
      <w:r>
        <w:t>计算机科学与工程系</w:t>
      </w:r>
    </w:p>
    <w:p>
      <w:r>
        <w:t>081200</w:t>
      </w:r>
    </w:p>
    <w:p>
      <w:r>
        <w:t>计算机科学与技术</w:t>
      </w:r>
    </w:p>
    <w:p>
      <w:r>
        <w:t>陈乐祺</w:t>
      </w:r>
    </w:p>
    <w:p>
      <w:r>
        <w:t>4405****5563</w:t>
      </w:r>
    </w:p>
    <w:p>
      <w:r>
        <w:t>硕士</w:t>
      </w:r>
    </w:p>
    <w:p>
      <w:r>
        <w:t>计算机科学与工程系</w:t>
      </w:r>
    </w:p>
    <w:p>
      <w:r>
        <w:t>081200</w:t>
      </w:r>
    </w:p>
    <w:p>
      <w:r>
        <w:t>计算机科学与技术</w:t>
      </w:r>
    </w:p>
    <w:p>
      <w:r>
        <w:t>国优计划</w:t>
      </w:r>
    </w:p>
    <w:p>
      <w:r>
        <w:t>陈泽南</w:t>
      </w:r>
    </w:p>
    <w:p>
      <w:r>
        <w:t>4403****2793</w:t>
      </w:r>
    </w:p>
    <w:p>
      <w:r>
        <w:t>硕士</w:t>
      </w:r>
    </w:p>
    <w:p>
      <w:r>
        <w:t>计算机科学与工程系</w:t>
      </w:r>
    </w:p>
    <w:p>
      <w:r>
        <w:t>081200</w:t>
      </w:r>
    </w:p>
    <w:p>
      <w:r>
        <w:t>计算机科学与技术</w:t>
      </w:r>
    </w:p>
    <w:p>
      <w:r>
        <w:t>丁昊天</w:t>
      </w:r>
    </w:p>
    <w:p>
      <w:r>
        <w:t>4402****6419</w:t>
      </w:r>
    </w:p>
    <w:p>
      <w:r>
        <w:t>硕士</w:t>
      </w:r>
    </w:p>
    <w:p>
      <w:r>
        <w:t>计算机科学与工程系</w:t>
      </w:r>
    </w:p>
    <w:p>
      <w:r>
        <w:t>081200</w:t>
      </w:r>
    </w:p>
    <w:p>
      <w:r>
        <w:t>计算机科学与技术</w:t>
      </w:r>
    </w:p>
    <w:p>
      <w:r>
        <w:t>方磊</w:t>
      </w:r>
    </w:p>
    <w:p>
      <w:r>
        <w:t>4306****0134</w:t>
      </w:r>
    </w:p>
    <w:p>
      <w:r>
        <w:t>硕士</w:t>
      </w:r>
    </w:p>
    <w:p>
      <w:r>
        <w:t>计算机科学与工程系</w:t>
      </w:r>
    </w:p>
    <w:p>
      <w:r>
        <w:t>081200</w:t>
      </w:r>
    </w:p>
    <w:p>
      <w:r>
        <w:t>计算机科学与技术</w:t>
      </w:r>
    </w:p>
    <w:p>
      <w:r>
        <w:t>冯秋皓</w:t>
      </w:r>
    </w:p>
    <w:p>
      <w:r>
        <w:t>4310****0512</w:t>
      </w:r>
    </w:p>
    <w:p>
      <w:r>
        <w:t>硕士</w:t>
      </w:r>
    </w:p>
    <w:p>
      <w:r>
        <w:t>计算机科学与工程系</w:t>
      </w:r>
    </w:p>
    <w:p>
      <w:r>
        <w:t>081200</w:t>
      </w:r>
    </w:p>
    <w:p>
      <w:r>
        <w:t>计算机科学与技术</w:t>
      </w:r>
    </w:p>
    <w:p>
      <w:r>
        <w:t>冯照航</w:t>
      </w:r>
    </w:p>
    <w:p>
      <w:r>
        <w:t>3303****0050</w:t>
      </w:r>
    </w:p>
    <w:p>
      <w:r>
        <w:t>硕士</w:t>
      </w:r>
    </w:p>
    <w:p>
      <w:r>
        <w:t>计算机科学与工程系</w:t>
      </w:r>
    </w:p>
    <w:p>
      <w:r>
        <w:t>081200</w:t>
      </w:r>
    </w:p>
    <w:p>
      <w:r>
        <w:t>计算机科学与技术</w:t>
      </w:r>
    </w:p>
    <w:p>
      <w:r>
        <w:t>冯梓桐</w:t>
      </w:r>
    </w:p>
    <w:p>
      <w:r>
        <w:t>5101****0099</w:t>
      </w:r>
    </w:p>
    <w:p>
      <w:r>
        <w:t>硕士</w:t>
      </w:r>
    </w:p>
    <w:p>
      <w:r>
        <w:t>计算机科学与工程系</w:t>
      </w:r>
    </w:p>
    <w:p>
      <w:r>
        <w:t>081200</w:t>
      </w:r>
    </w:p>
    <w:p>
      <w:r>
        <w:t>计算机科学与技术</w:t>
      </w:r>
    </w:p>
    <w:p>
      <w:r>
        <w:t>龚浚哲</w:t>
      </w:r>
    </w:p>
    <w:p>
      <w:r>
        <w:t>4401****4512</w:t>
      </w:r>
    </w:p>
    <w:p>
      <w:r>
        <w:t>硕士</w:t>
      </w:r>
    </w:p>
    <w:p>
      <w:r>
        <w:t>计算机科学与工程系</w:t>
      </w:r>
    </w:p>
    <w:p>
      <w:r>
        <w:t>081200</w:t>
      </w:r>
    </w:p>
    <w:p>
      <w:r>
        <w:t>计算机科学与技术</w:t>
      </w:r>
    </w:p>
    <w:p>
      <w:r>
        <w:t>何佳轩</w:t>
      </w:r>
    </w:p>
    <w:p>
      <w:r>
        <w:t>3625****0038</w:t>
      </w:r>
    </w:p>
    <w:p>
      <w:r>
        <w:t>硕士</w:t>
      </w:r>
    </w:p>
    <w:p>
      <w:r>
        <w:t>计算机科学与工程系</w:t>
      </w:r>
    </w:p>
    <w:p>
      <w:r>
        <w:t>081200</w:t>
      </w:r>
    </w:p>
    <w:p>
      <w:r>
        <w:t>计算机科学与技术</w:t>
      </w:r>
    </w:p>
    <w:p>
      <w:r>
        <w:t>何林翰</w:t>
      </w:r>
    </w:p>
    <w:p>
      <w:r>
        <w:t>4521****0018</w:t>
      </w:r>
    </w:p>
    <w:p>
      <w:r>
        <w:t>硕士</w:t>
      </w:r>
    </w:p>
    <w:p>
      <w:r>
        <w:t>计算机科学与工程系</w:t>
      </w:r>
    </w:p>
    <w:p>
      <w:r>
        <w:t>081200</w:t>
      </w:r>
    </w:p>
    <w:p>
      <w:r>
        <w:t>计算机科学与技术</w:t>
      </w:r>
    </w:p>
    <w:p>
      <w:r>
        <w:t>国优计划</w:t>
      </w:r>
    </w:p>
    <w:p>
      <w:r>
        <w:t>孔智泉</w:t>
      </w:r>
    </w:p>
    <w:p>
      <w:r>
        <w:t>4106****0014</w:t>
      </w:r>
    </w:p>
    <w:p>
      <w:r>
        <w:t>硕士</w:t>
      </w:r>
    </w:p>
    <w:p>
      <w:r>
        <w:t>计算机科学与工程系</w:t>
      </w:r>
    </w:p>
    <w:p>
      <w:r>
        <w:t>081200</w:t>
      </w:r>
    </w:p>
    <w:p>
      <w:r>
        <w:t>计算机科学与技术</w:t>
      </w:r>
    </w:p>
    <w:p>
      <w:r>
        <w:t>李昊东</w:t>
      </w:r>
    </w:p>
    <w:p>
      <w:r>
        <w:t>3303****3617</w:t>
      </w:r>
    </w:p>
    <w:p>
      <w:r>
        <w:t>硕士</w:t>
      </w:r>
    </w:p>
    <w:p>
      <w:r>
        <w:t>计算机科学与工程系</w:t>
      </w:r>
    </w:p>
    <w:p>
      <w:r>
        <w:t>081200</w:t>
      </w:r>
    </w:p>
    <w:p>
      <w:r>
        <w:t>计算机科学与技术</w:t>
      </w:r>
    </w:p>
    <w:p>
      <w:r>
        <w:t>李嘉霖</w:t>
      </w:r>
    </w:p>
    <w:p>
      <w:r>
        <w:t>4113****3015</w:t>
      </w:r>
    </w:p>
    <w:p>
      <w:r>
        <w:t>硕士</w:t>
      </w:r>
    </w:p>
    <w:p>
      <w:r>
        <w:t>计算机科学与工程系</w:t>
      </w:r>
    </w:p>
    <w:p>
      <w:r>
        <w:t>081200</w:t>
      </w:r>
    </w:p>
    <w:p>
      <w:r>
        <w:t>计算机科学与技术</w:t>
      </w:r>
    </w:p>
    <w:p>
      <w:r>
        <w:t>林易成</w:t>
      </w:r>
    </w:p>
    <w:p>
      <w:r>
        <w:t>3311****0010</w:t>
      </w:r>
    </w:p>
    <w:p>
      <w:r>
        <w:t>硕士</w:t>
      </w:r>
    </w:p>
    <w:p>
      <w:r>
        <w:t>计算机科学与工程系</w:t>
      </w:r>
    </w:p>
    <w:p>
      <w:r>
        <w:t>081200</w:t>
      </w:r>
    </w:p>
    <w:p>
      <w:r>
        <w:t>计算机科学与技术</w:t>
      </w:r>
    </w:p>
    <w:p>
      <w:r>
        <w:t>刘洪玮</w:t>
      </w:r>
    </w:p>
    <w:p>
      <w:r>
        <w:t>1101****151X</w:t>
      </w:r>
    </w:p>
    <w:p>
      <w:r>
        <w:t>硕士</w:t>
      </w:r>
    </w:p>
    <w:p>
      <w:r>
        <w:t>计算机科学与工程系</w:t>
      </w:r>
    </w:p>
    <w:p>
      <w:r>
        <w:t>081200</w:t>
      </w:r>
    </w:p>
    <w:p>
      <w:r>
        <w:t>计算机科学与技术</w:t>
      </w:r>
    </w:p>
    <w:p>
      <w:r>
        <w:t>国优计划</w:t>
      </w:r>
    </w:p>
    <w:p>
      <w:r>
        <w:t>刘一凡</w:t>
      </w:r>
    </w:p>
    <w:p>
      <w:r>
        <w:t>3702****8636</w:t>
      </w:r>
    </w:p>
    <w:p>
      <w:r>
        <w:t>硕士</w:t>
      </w:r>
    </w:p>
    <w:p>
      <w:r>
        <w:t>计算机科学与工程系</w:t>
      </w:r>
    </w:p>
    <w:p>
      <w:r>
        <w:t>081200</w:t>
      </w:r>
    </w:p>
    <w:p>
      <w:r>
        <w:t>计算机科学与技术</w:t>
      </w:r>
    </w:p>
    <w:p>
      <w:r>
        <w:t>路广辉</w:t>
      </w:r>
    </w:p>
    <w:p>
      <w:r>
        <w:t>3715****0719</w:t>
      </w:r>
    </w:p>
    <w:p>
      <w:r>
        <w:t>硕士</w:t>
      </w:r>
    </w:p>
    <w:p>
      <w:r>
        <w:t>计算机科学与工程系</w:t>
      </w:r>
    </w:p>
    <w:p>
      <w:r>
        <w:t>081200</w:t>
      </w:r>
    </w:p>
    <w:p>
      <w:r>
        <w:t>计算机科学与技术</w:t>
      </w:r>
    </w:p>
    <w:p>
      <w:r>
        <w:t>秦恺通</w:t>
      </w:r>
    </w:p>
    <w:p>
      <w:r>
        <w:t>4102****0030</w:t>
      </w:r>
    </w:p>
    <w:p>
      <w:r>
        <w:t>硕士</w:t>
      </w:r>
    </w:p>
    <w:p>
      <w:r>
        <w:t>计算机科学与工程系</w:t>
      </w:r>
    </w:p>
    <w:p>
      <w:r>
        <w:t>081200</w:t>
      </w:r>
    </w:p>
    <w:p>
      <w:r>
        <w:t>计算机科学与技术</w:t>
      </w:r>
    </w:p>
    <w:p>
      <w:r>
        <w:t>舒飏</w:t>
      </w:r>
    </w:p>
    <w:p>
      <w:r>
        <w:t>3308****501X</w:t>
      </w:r>
    </w:p>
    <w:p>
      <w:r>
        <w:t>硕士</w:t>
      </w:r>
    </w:p>
    <w:p>
      <w:r>
        <w:t>计算机科学与工程系</w:t>
      </w:r>
    </w:p>
    <w:p>
      <w:r>
        <w:t>081200</w:t>
      </w:r>
    </w:p>
    <w:p>
      <w:r>
        <w:t>计算机科学与技术</w:t>
      </w:r>
    </w:p>
    <w:p>
      <w:r>
        <w:t>国优计划</w:t>
      </w:r>
    </w:p>
    <w:p>
      <w:r>
        <w:t>苏宇清</w:t>
      </w:r>
    </w:p>
    <w:p>
      <w:r>
        <w:t>4311****0077</w:t>
      </w:r>
    </w:p>
    <w:p>
      <w:r>
        <w:t>硕士</w:t>
      </w:r>
    </w:p>
    <w:p>
      <w:r>
        <w:t>计算机科学与工程系</w:t>
      </w:r>
    </w:p>
    <w:p>
      <w:r>
        <w:t>081200</w:t>
      </w:r>
    </w:p>
    <w:p>
      <w:r>
        <w:t>计算机科学与技术</w:t>
      </w:r>
    </w:p>
    <w:p>
      <w:r>
        <w:t>谭静</w:t>
      </w:r>
    </w:p>
    <w:p>
      <w:r>
        <w:t>4412****5220</w:t>
      </w:r>
    </w:p>
    <w:p>
      <w:r>
        <w:t>硕士</w:t>
      </w:r>
    </w:p>
    <w:p>
      <w:r>
        <w:t>计算机科学与工程系</w:t>
      </w:r>
    </w:p>
    <w:p>
      <w:r>
        <w:t>081200</w:t>
      </w:r>
    </w:p>
    <w:p>
      <w:r>
        <w:t>计算机科学与技术</w:t>
      </w:r>
    </w:p>
    <w:p>
      <w:r>
        <w:t>国优计划</w:t>
      </w:r>
    </w:p>
    <w:p>
      <w:r>
        <w:t>田文涛</w:t>
      </w:r>
    </w:p>
    <w:p>
      <w:r>
        <w:t>5203****0071</w:t>
      </w:r>
    </w:p>
    <w:p>
      <w:r>
        <w:t>硕士</w:t>
      </w:r>
    </w:p>
    <w:p>
      <w:r>
        <w:t>计算机科学与工程系</w:t>
      </w:r>
    </w:p>
    <w:p>
      <w:r>
        <w:t>081200</w:t>
      </w:r>
    </w:p>
    <w:p>
      <w:r>
        <w:t>计算机科学与技术</w:t>
      </w:r>
    </w:p>
    <w:p>
      <w:r>
        <w:t>涂峻绫</w:t>
      </w:r>
    </w:p>
    <w:p>
      <w:r>
        <w:t>5115****0018</w:t>
      </w:r>
    </w:p>
    <w:p>
      <w:r>
        <w:t>硕士</w:t>
      </w:r>
    </w:p>
    <w:p>
      <w:r>
        <w:t>计算机科学与工程系</w:t>
      </w:r>
    </w:p>
    <w:p>
      <w:r>
        <w:t>081200</w:t>
      </w:r>
    </w:p>
    <w:p>
      <w:r>
        <w:t>计算机科学与技术</w:t>
      </w:r>
    </w:p>
    <w:p>
      <w:r>
        <w:t>汪汇</w:t>
      </w:r>
    </w:p>
    <w:p>
      <w:r>
        <w:t>3101****9032</w:t>
      </w:r>
    </w:p>
    <w:p>
      <w:r>
        <w:t>硕士</w:t>
      </w:r>
    </w:p>
    <w:p>
      <w:r>
        <w:t>计算机科学与工程系</w:t>
      </w:r>
    </w:p>
    <w:p>
      <w:r>
        <w:t>081200</w:t>
      </w:r>
    </w:p>
    <w:p>
      <w:r>
        <w:t>计算机科学与技术</w:t>
      </w:r>
    </w:p>
    <w:p>
      <w:r>
        <w:t>汪鑫</w:t>
      </w:r>
    </w:p>
    <w:p>
      <w:r>
        <w:t>3606****9017</w:t>
      </w:r>
    </w:p>
    <w:p>
      <w:r>
        <w:t>硕士</w:t>
      </w:r>
    </w:p>
    <w:p>
      <w:r>
        <w:t>计算机科学与工程系</w:t>
      </w:r>
    </w:p>
    <w:p>
      <w:r>
        <w:t>081200</w:t>
      </w:r>
    </w:p>
    <w:p>
      <w:r>
        <w:t>计算机科学与技术</w:t>
      </w:r>
    </w:p>
    <w:p>
      <w:r>
        <w:t>王玺华</w:t>
      </w:r>
    </w:p>
    <w:p>
      <w:r>
        <w:t>2102****2218</w:t>
      </w:r>
    </w:p>
    <w:p>
      <w:r>
        <w:t>硕士</w:t>
      </w:r>
    </w:p>
    <w:p>
      <w:r>
        <w:t>计算机科学与工程系</w:t>
      </w:r>
    </w:p>
    <w:p>
      <w:r>
        <w:t>081200</w:t>
      </w:r>
    </w:p>
    <w:p>
      <w:r>
        <w:t>计算机科学与技术</w:t>
      </w:r>
    </w:p>
    <w:p>
      <w:r>
        <w:t>南方科技大学2026级推免生（含直博生）拟录取名单</w:t>
      </w:r>
    </w:p>
    <w:p>
      <w:r>
        <w:t>姓名</w:t>
      </w:r>
    </w:p>
    <w:p>
      <w:r>
        <w:t>证件号码</w:t>
      </w:r>
    </w:p>
    <w:p>
      <w:r>
        <w:t>录取类别</w:t>
      </w:r>
    </w:p>
    <w:p>
      <w:r>
        <w:t>录取院系名称</w:t>
      </w:r>
    </w:p>
    <w:p>
      <w:r>
        <w:t>录取专业代码</w:t>
      </w:r>
    </w:p>
    <w:p>
      <w:r>
        <w:t>录取专业名称</w:t>
      </w:r>
    </w:p>
    <w:p>
      <w:r>
        <w:t>备注</w:t>
      </w:r>
    </w:p>
    <w:p>
      <w:r>
        <w:t>王奕非</w:t>
      </w:r>
    </w:p>
    <w:p>
      <w:r>
        <w:t>4201****5518</w:t>
      </w:r>
    </w:p>
    <w:p>
      <w:r>
        <w:t>硕士</w:t>
      </w:r>
    </w:p>
    <w:p>
      <w:r>
        <w:t>计算机科学与工程系</w:t>
      </w:r>
    </w:p>
    <w:p>
      <w:r>
        <w:t>081200</w:t>
      </w:r>
    </w:p>
    <w:p>
      <w:r>
        <w:t>计算机科学与技术</w:t>
      </w:r>
    </w:p>
    <w:p>
      <w:r>
        <w:t>王赵融杰</w:t>
      </w:r>
    </w:p>
    <w:p>
      <w:r>
        <w:t>4301****1057</w:t>
      </w:r>
    </w:p>
    <w:p>
      <w:r>
        <w:t>硕士</w:t>
      </w:r>
    </w:p>
    <w:p>
      <w:r>
        <w:t>计算机科学与工程系</w:t>
      </w:r>
    </w:p>
    <w:p>
      <w:r>
        <w:t>081200</w:t>
      </w:r>
    </w:p>
    <w:p>
      <w:r>
        <w:t>计算机科学与技术</w:t>
      </w:r>
    </w:p>
    <w:p>
      <w:r>
        <w:t>王梓硕</w:t>
      </w:r>
    </w:p>
    <w:p>
      <w:r>
        <w:t>2110****2011</w:t>
      </w:r>
    </w:p>
    <w:p>
      <w:r>
        <w:t>硕士</w:t>
      </w:r>
    </w:p>
    <w:p>
      <w:r>
        <w:t>计算机科学与工程系</w:t>
      </w:r>
    </w:p>
    <w:p>
      <w:r>
        <w:t>081200</w:t>
      </w:r>
    </w:p>
    <w:p>
      <w:r>
        <w:t>计算机科学与技术</w:t>
      </w:r>
    </w:p>
    <w:p>
      <w:r>
        <w:t>温云翔</w:t>
      </w:r>
    </w:p>
    <w:p>
      <w:r>
        <w:t>1502****0013</w:t>
      </w:r>
    </w:p>
    <w:p>
      <w:r>
        <w:t>硕士</w:t>
      </w:r>
    </w:p>
    <w:p>
      <w:r>
        <w:t>计算机科学与工程系</w:t>
      </w:r>
    </w:p>
    <w:p>
      <w:r>
        <w:t>081200</w:t>
      </w:r>
    </w:p>
    <w:p>
      <w:r>
        <w:t>计算机科学与技术</w:t>
      </w:r>
    </w:p>
    <w:p>
      <w:r>
        <w:t>国优计划</w:t>
      </w:r>
    </w:p>
    <w:p>
      <w:r>
        <w:t>吴同馨</w:t>
      </w:r>
    </w:p>
    <w:p>
      <w:r>
        <w:t>3401****3027</w:t>
      </w:r>
    </w:p>
    <w:p>
      <w:r>
        <w:t>硕士</w:t>
      </w:r>
    </w:p>
    <w:p>
      <w:r>
        <w:t>计算机科学与工程系</w:t>
      </w:r>
    </w:p>
    <w:p>
      <w:r>
        <w:t>081200</w:t>
      </w:r>
    </w:p>
    <w:p>
      <w:r>
        <w:t>计算机科学与技术</w:t>
      </w:r>
    </w:p>
    <w:p>
      <w:r>
        <w:t>徐东</w:t>
      </w:r>
    </w:p>
    <w:p>
      <w:r>
        <w:t>4601****1513</w:t>
      </w:r>
    </w:p>
    <w:p>
      <w:r>
        <w:t>硕士</w:t>
      </w:r>
    </w:p>
    <w:p>
      <w:r>
        <w:t>计算机科学与工程系</w:t>
      </w:r>
    </w:p>
    <w:p>
      <w:r>
        <w:t>081200</w:t>
      </w:r>
    </w:p>
    <w:p>
      <w:r>
        <w:t>计算机科学与技术</w:t>
      </w:r>
    </w:p>
    <w:p>
      <w:r>
        <w:t>国优计划</w:t>
      </w:r>
    </w:p>
    <w:p>
      <w:r>
        <w:t>徐剑儒</w:t>
      </w:r>
    </w:p>
    <w:p>
      <w:r>
        <w:t>3303****7910</w:t>
      </w:r>
    </w:p>
    <w:p>
      <w:r>
        <w:t>硕士</w:t>
      </w:r>
    </w:p>
    <w:p>
      <w:r>
        <w:t>计算机科学与工程系</w:t>
      </w:r>
    </w:p>
    <w:p>
      <w:r>
        <w:t>081200</w:t>
      </w:r>
    </w:p>
    <w:p>
      <w:r>
        <w:t>计算机科学与技术</w:t>
      </w:r>
    </w:p>
    <w:p>
      <w:r>
        <w:t>袁龙</w:t>
      </w:r>
    </w:p>
    <w:p>
      <w:r>
        <w:t>2224****5210</w:t>
      </w:r>
    </w:p>
    <w:p>
      <w:r>
        <w:t>硕士</w:t>
      </w:r>
    </w:p>
    <w:p>
      <w:r>
        <w:t>计算机科学与工程系</w:t>
      </w:r>
    </w:p>
    <w:p>
      <w:r>
        <w:t>081200</w:t>
      </w:r>
    </w:p>
    <w:p>
      <w:r>
        <w:t>计算机科学与技术</w:t>
      </w:r>
    </w:p>
    <w:p>
      <w:r>
        <w:t>国优计划</w:t>
      </w:r>
    </w:p>
    <w:p>
      <w:r>
        <w:t>张倍诚</w:t>
      </w:r>
    </w:p>
    <w:p>
      <w:r>
        <w:t>1427****1611</w:t>
      </w:r>
    </w:p>
    <w:p>
      <w:r>
        <w:t>硕士</w:t>
      </w:r>
    </w:p>
    <w:p>
      <w:r>
        <w:t>计算机科学与工程系</w:t>
      </w:r>
    </w:p>
    <w:p>
      <w:r>
        <w:t>081200</w:t>
      </w:r>
    </w:p>
    <w:p>
      <w:r>
        <w:t>计算机科学与技术</w:t>
      </w:r>
    </w:p>
    <w:p>
      <w:r>
        <w:t>张超</w:t>
      </w:r>
    </w:p>
    <w:p>
      <w:r>
        <w:t>4115****6012</w:t>
      </w:r>
    </w:p>
    <w:p>
      <w:r>
        <w:t>硕士</w:t>
      </w:r>
    </w:p>
    <w:p>
      <w:r>
        <w:t>计算机科学与工程系</w:t>
      </w:r>
    </w:p>
    <w:p>
      <w:r>
        <w:t>081200</w:t>
      </w:r>
    </w:p>
    <w:p>
      <w:r>
        <w:t>计算机科学与技术</w:t>
      </w:r>
    </w:p>
    <w:p>
      <w:r>
        <w:t>张柬禾</w:t>
      </w:r>
    </w:p>
    <w:p>
      <w:r>
        <w:t>3713****1616</w:t>
      </w:r>
    </w:p>
    <w:p>
      <w:r>
        <w:t>硕士</w:t>
      </w:r>
    </w:p>
    <w:p>
      <w:r>
        <w:t>计算机科学与工程系</w:t>
      </w:r>
    </w:p>
    <w:p>
      <w:r>
        <w:t>081200</w:t>
      </w:r>
    </w:p>
    <w:p>
      <w:r>
        <w:t>计算机科学与技术</w:t>
      </w:r>
    </w:p>
    <w:p>
      <w:r>
        <w:t>张声涛</w:t>
      </w:r>
    </w:p>
    <w:p>
      <w:r>
        <w:t>3509****0054</w:t>
      </w:r>
    </w:p>
    <w:p>
      <w:r>
        <w:t>硕士</w:t>
      </w:r>
    </w:p>
    <w:p>
      <w:r>
        <w:t>计算机科学与工程系</w:t>
      </w:r>
    </w:p>
    <w:p>
      <w:r>
        <w:t>081200</w:t>
      </w:r>
    </w:p>
    <w:p>
      <w:r>
        <w:t>计算机科学与技术</w:t>
      </w:r>
    </w:p>
    <w:p>
      <w:r>
        <w:t>张天奕</w:t>
      </w:r>
    </w:p>
    <w:p>
      <w:r>
        <w:t>3201****3659</w:t>
      </w:r>
    </w:p>
    <w:p>
      <w:r>
        <w:t>硕士</w:t>
      </w:r>
    </w:p>
    <w:p>
      <w:r>
        <w:t>计算机科学与工程系</w:t>
      </w:r>
    </w:p>
    <w:p>
      <w:r>
        <w:t>081200</w:t>
      </w:r>
    </w:p>
    <w:p>
      <w:r>
        <w:t>计算机科学与技术</w:t>
      </w:r>
    </w:p>
    <w:p>
      <w:r>
        <w:t>张梓帆</w:t>
      </w:r>
    </w:p>
    <w:p>
      <w:r>
        <w:t>4405****2632</w:t>
      </w:r>
    </w:p>
    <w:p>
      <w:r>
        <w:t>硕士</w:t>
      </w:r>
    </w:p>
    <w:p>
      <w:r>
        <w:t>计算机科学与工程系</w:t>
      </w:r>
    </w:p>
    <w:p>
      <w:r>
        <w:t>081200</w:t>
      </w:r>
    </w:p>
    <w:p>
      <w:r>
        <w:t>计算机科学与技术</w:t>
      </w:r>
    </w:p>
    <w:p>
      <w:r>
        <w:t>章恒谦</w:t>
      </w:r>
    </w:p>
    <w:p>
      <w:r>
        <w:t>3418****401X</w:t>
      </w:r>
    </w:p>
    <w:p>
      <w:r>
        <w:t>硕士</w:t>
      </w:r>
    </w:p>
    <w:p>
      <w:r>
        <w:t>计算机科学与工程系</w:t>
      </w:r>
    </w:p>
    <w:p>
      <w:r>
        <w:t>081200</w:t>
      </w:r>
    </w:p>
    <w:p>
      <w:r>
        <w:t>计算机科学与技术</w:t>
      </w:r>
    </w:p>
    <w:p>
      <w:r>
        <w:t>赵子悦</w:t>
      </w:r>
    </w:p>
    <w:p>
      <w:r>
        <w:t>4301****051X</w:t>
      </w:r>
    </w:p>
    <w:p>
      <w:r>
        <w:t>硕士</w:t>
      </w:r>
    </w:p>
    <w:p>
      <w:r>
        <w:t>计算机科学与工程系</w:t>
      </w:r>
    </w:p>
    <w:p>
      <w:r>
        <w:t>081200</w:t>
      </w:r>
    </w:p>
    <w:p>
      <w:r>
        <w:t>计算机科学与技术</w:t>
      </w:r>
    </w:p>
    <w:p>
      <w:r>
        <w:t>钟林然</w:t>
      </w:r>
    </w:p>
    <w:p>
      <w:r>
        <w:t>5330****0348</w:t>
      </w:r>
    </w:p>
    <w:p>
      <w:r>
        <w:t>硕士</w:t>
      </w:r>
    </w:p>
    <w:p>
      <w:r>
        <w:t>计算机科学与工程系</w:t>
      </w:r>
    </w:p>
    <w:p>
      <w:r>
        <w:t>081200</w:t>
      </w:r>
    </w:p>
    <w:p>
      <w:r>
        <w:t>计算机科学与技术</w:t>
      </w:r>
    </w:p>
    <w:p>
      <w:r>
        <w:t>蔡骐骏</w:t>
      </w:r>
    </w:p>
    <w:p>
      <w:r>
        <w:t>5117****0017</w:t>
      </w:r>
    </w:p>
    <w:p>
      <w:r>
        <w:t>直博生</w:t>
      </w:r>
    </w:p>
    <w:p>
      <w:r>
        <w:t>计算机科学与工程系</w:t>
      </w:r>
    </w:p>
    <w:p>
      <w:r>
        <w:t>085400</w:t>
      </w:r>
    </w:p>
    <w:p>
      <w:r>
        <w:t>电子信息</w:t>
      </w:r>
    </w:p>
    <w:p>
      <w:r>
        <w:t>工程硕博士专项</w:t>
      </w:r>
    </w:p>
    <w:p>
      <w:r>
        <w:t>陈峙安</w:t>
      </w:r>
    </w:p>
    <w:p>
      <w:r>
        <w:t>3201****0019</w:t>
      </w:r>
    </w:p>
    <w:p>
      <w:r>
        <w:t>直博生</w:t>
      </w:r>
    </w:p>
    <w:p>
      <w:r>
        <w:t>计算机科学与工程系</w:t>
      </w:r>
    </w:p>
    <w:p>
      <w:r>
        <w:t>085400</w:t>
      </w:r>
    </w:p>
    <w:p>
      <w:r>
        <w:t>电子信息</w:t>
      </w:r>
    </w:p>
    <w:p>
      <w:r>
        <w:t>工程硕博士专项</w:t>
      </w:r>
    </w:p>
    <w:p>
      <w:r>
        <w:t>吴思锐</w:t>
      </w:r>
    </w:p>
    <w:p>
      <w:r>
        <w:t>5101****005X</w:t>
      </w:r>
    </w:p>
    <w:p>
      <w:r>
        <w:t>直博生</w:t>
      </w:r>
    </w:p>
    <w:p>
      <w:r>
        <w:t>计算机科学与工程系</w:t>
      </w:r>
    </w:p>
    <w:p>
      <w:r>
        <w:t>085400</w:t>
      </w:r>
    </w:p>
    <w:p>
      <w:r>
        <w:t>电子信息</w:t>
      </w:r>
    </w:p>
    <w:p>
      <w:r>
        <w:t>工程硕博士专项</w:t>
      </w:r>
    </w:p>
    <w:p>
      <w:r>
        <w:t>于斯瑶</w:t>
      </w:r>
    </w:p>
    <w:p>
      <w:r>
        <w:t>1502****0924</w:t>
      </w:r>
    </w:p>
    <w:p>
      <w:r>
        <w:t>直博生</w:t>
      </w:r>
    </w:p>
    <w:p>
      <w:r>
        <w:t>计算机科学与工程系</w:t>
      </w:r>
    </w:p>
    <w:p>
      <w:r>
        <w:t>085400</w:t>
      </w:r>
    </w:p>
    <w:p>
      <w:r>
        <w:t>电子信息</w:t>
      </w:r>
    </w:p>
    <w:p>
      <w:r>
        <w:t>工程硕博士专项</w:t>
      </w:r>
    </w:p>
    <w:p>
      <w:r>
        <w:t>李容川</w:t>
      </w:r>
    </w:p>
    <w:p>
      <w:r>
        <w:t>3701****4935</w:t>
      </w:r>
    </w:p>
    <w:p>
      <w:r>
        <w:t>直博生</w:t>
      </w:r>
    </w:p>
    <w:p>
      <w:r>
        <w:t>计算机科学与工程系</w:t>
      </w:r>
    </w:p>
    <w:p>
      <w:r>
        <w:t>081200</w:t>
      </w:r>
    </w:p>
    <w:p>
      <w:r>
        <w:t>计算机科学与技术</w:t>
      </w:r>
    </w:p>
    <w:p>
      <w:r>
        <w:t>李奕含</w:t>
      </w:r>
    </w:p>
    <w:p>
      <w:r>
        <w:t>1101****541X</w:t>
      </w:r>
    </w:p>
    <w:p>
      <w:r>
        <w:t>直博生</w:t>
      </w:r>
    </w:p>
    <w:p>
      <w:r>
        <w:t>计算机科学与工程系</w:t>
      </w:r>
    </w:p>
    <w:p>
      <w:r>
        <w:t>081200</w:t>
      </w:r>
    </w:p>
    <w:p>
      <w:r>
        <w:t>计算机科学与技术</w:t>
      </w:r>
    </w:p>
    <w:p>
      <w:r>
        <w:t>欧阳文柯</w:t>
      </w:r>
    </w:p>
    <w:p>
      <w:r>
        <w:t>5001****7012</w:t>
      </w:r>
    </w:p>
    <w:p>
      <w:r>
        <w:t>直博生</w:t>
      </w:r>
    </w:p>
    <w:p>
      <w:r>
        <w:t>计算机科学与工程系</w:t>
      </w:r>
    </w:p>
    <w:p>
      <w:r>
        <w:t>081200</w:t>
      </w:r>
    </w:p>
    <w:p>
      <w:r>
        <w:t>计算机科学与技术</w:t>
      </w:r>
    </w:p>
    <w:p>
      <w:r>
        <w:t>蔡宗烨</w:t>
      </w:r>
    </w:p>
    <w:p>
      <w:r>
        <w:t>5222****0414</w:t>
      </w:r>
    </w:p>
    <w:p>
      <w:r>
        <w:t>硕士</w:t>
      </w:r>
    </w:p>
    <w:p>
      <w:r>
        <w:t>生物医学工程系</w:t>
      </w:r>
    </w:p>
    <w:p>
      <w:r>
        <w:t>085400</w:t>
      </w:r>
    </w:p>
    <w:p>
      <w:r>
        <w:t>电子信息</w:t>
      </w:r>
    </w:p>
    <w:p>
      <w:r>
        <w:t>陈涵</w:t>
      </w:r>
    </w:p>
    <w:p>
      <w:r>
        <w:t>3303****631X</w:t>
      </w:r>
    </w:p>
    <w:p>
      <w:r>
        <w:t>硕士</w:t>
      </w:r>
    </w:p>
    <w:p>
      <w:r>
        <w:t>生物医学工程系</w:t>
      </w:r>
    </w:p>
    <w:p>
      <w:r>
        <w:t>085400</w:t>
      </w:r>
    </w:p>
    <w:p>
      <w:r>
        <w:t>电子信息</w:t>
      </w:r>
    </w:p>
    <w:p>
      <w:r>
        <w:t>陈思彤</w:t>
      </w:r>
    </w:p>
    <w:p>
      <w:r>
        <w:t>4109****0104</w:t>
      </w:r>
    </w:p>
    <w:p>
      <w:r>
        <w:t>硕士</w:t>
      </w:r>
    </w:p>
    <w:p>
      <w:r>
        <w:t>生物医学工程系</w:t>
      </w:r>
    </w:p>
    <w:p>
      <w:r>
        <w:t>085400</w:t>
      </w:r>
    </w:p>
    <w:p>
      <w:r>
        <w:t>电子信息</w:t>
      </w:r>
    </w:p>
    <w:p>
      <w:r>
        <w:t>工程硕博士专项</w:t>
      </w:r>
    </w:p>
    <w:p>
      <w:r>
        <w:t>陈奕欢</w:t>
      </w:r>
    </w:p>
    <w:p>
      <w:r>
        <w:t>4452****1314</w:t>
      </w:r>
    </w:p>
    <w:p>
      <w:r>
        <w:t>硕士</w:t>
      </w:r>
    </w:p>
    <w:p>
      <w:r>
        <w:t>生物医学工程系</w:t>
      </w:r>
    </w:p>
    <w:p>
      <w:r>
        <w:t>085400</w:t>
      </w:r>
    </w:p>
    <w:p>
      <w:r>
        <w:t>电子信息</w:t>
      </w:r>
    </w:p>
    <w:p>
      <w:r>
        <w:t>何紫阳</w:t>
      </w:r>
    </w:p>
    <w:p>
      <w:r>
        <w:t>4213****4229</w:t>
      </w:r>
    </w:p>
    <w:p>
      <w:r>
        <w:t>硕士</w:t>
      </w:r>
    </w:p>
    <w:p>
      <w:r>
        <w:t>生物医学工程系</w:t>
      </w:r>
    </w:p>
    <w:p>
      <w:r>
        <w:t>085400</w:t>
      </w:r>
    </w:p>
    <w:p>
      <w:r>
        <w:t>电子信息</w:t>
      </w:r>
    </w:p>
    <w:p>
      <w:r>
        <w:t>胡艺欣</w:t>
      </w:r>
    </w:p>
    <w:p>
      <w:r>
        <w:t>3605****0461</w:t>
      </w:r>
    </w:p>
    <w:p>
      <w:r>
        <w:t>硕士</w:t>
      </w:r>
    </w:p>
    <w:p>
      <w:r>
        <w:t>生物医学工程系</w:t>
      </w:r>
    </w:p>
    <w:p>
      <w:r>
        <w:t>085400</w:t>
      </w:r>
    </w:p>
    <w:p>
      <w:r>
        <w:t>电子信息</w:t>
      </w:r>
    </w:p>
    <w:p>
      <w:r>
        <w:t>工程硕博士专项</w:t>
      </w:r>
    </w:p>
    <w:p>
      <w:r>
        <w:t>黄悦蓁</w:t>
      </w:r>
    </w:p>
    <w:p>
      <w:r>
        <w:t>4301****0022</w:t>
      </w:r>
    </w:p>
    <w:p>
      <w:r>
        <w:t>硕士</w:t>
      </w:r>
    </w:p>
    <w:p>
      <w:r>
        <w:t>生物医学工程系</w:t>
      </w:r>
    </w:p>
    <w:p>
      <w:r>
        <w:t>085400</w:t>
      </w:r>
    </w:p>
    <w:p>
      <w:r>
        <w:t>电子信息</w:t>
      </w:r>
    </w:p>
    <w:p>
      <w:r>
        <w:t>林丛榕</w:t>
      </w:r>
    </w:p>
    <w:p>
      <w:r>
        <w:t>3303****0025</w:t>
      </w:r>
    </w:p>
    <w:p>
      <w:r>
        <w:t>硕士</w:t>
      </w:r>
    </w:p>
    <w:p>
      <w:r>
        <w:t>生物医学工程系</w:t>
      </w:r>
    </w:p>
    <w:p>
      <w:r>
        <w:t>085400</w:t>
      </w:r>
    </w:p>
    <w:p>
      <w:r>
        <w:t>电子信息</w:t>
      </w:r>
    </w:p>
    <w:p>
      <w:r>
        <w:t>林钰贵</w:t>
      </w:r>
    </w:p>
    <w:p>
      <w:r>
        <w:t>4405****221X</w:t>
      </w:r>
    </w:p>
    <w:p>
      <w:r>
        <w:t>硕士</w:t>
      </w:r>
    </w:p>
    <w:p>
      <w:r>
        <w:t>生物医学工程系</w:t>
      </w:r>
    </w:p>
    <w:p>
      <w:r>
        <w:t>085400</w:t>
      </w:r>
    </w:p>
    <w:p>
      <w:r>
        <w:t>电子信息</w:t>
      </w:r>
    </w:p>
    <w:p>
      <w:r>
        <w:t>工程硕博士专项</w:t>
      </w:r>
    </w:p>
    <w:p>
      <w:r>
        <w:t>刘泽楠</w:t>
      </w:r>
    </w:p>
    <w:p>
      <w:r>
        <w:t>3506****7233</w:t>
      </w:r>
    </w:p>
    <w:p>
      <w:r>
        <w:t>硕士</w:t>
      </w:r>
    </w:p>
    <w:p>
      <w:r>
        <w:t>生物医学工程系</w:t>
      </w:r>
    </w:p>
    <w:p>
      <w:r>
        <w:t>085400</w:t>
      </w:r>
    </w:p>
    <w:p>
      <w:r>
        <w:t>电子信息</w:t>
      </w:r>
    </w:p>
    <w:p>
      <w:r>
        <w:t>唐仁义</w:t>
      </w:r>
    </w:p>
    <w:p>
      <w:r>
        <w:t>4106****101X</w:t>
      </w:r>
    </w:p>
    <w:p>
      <w:r>
        <w:t>硕士</w:t>
      </w:r>
    </w:p>
    <w:p>
      <w:r>
        <w:t>生物医学工程系</w:t>
      </w:r>
    </w:p>
    <w:p>
      <w:r>
        <w:t>085400</w:t>
      </w:r>
    </w:p>
    <w:p>
      <w:r>
        <w:t>电子信息</w:t>
      </w:r>
    </w:p>
    <w:p>
      <w:r>
        <w:t>王诗为</w:t>
      </w:r>
    </w:p>
    <w:p>
      <w:r>
        <w:t>2111****2310</w:t>
      </w:r>
    </w:p>
    <w:p>
      <w:r>
        <w:t>硕士</w:t>
      </w:r>
    </w:p>
    <w:p>
      <w:r>
        <w:t>生物医学工程系</w:t>
      </w:r>
    </w:p>
    <w:p>
      <w:r>
        <w:t>085400</w:t>
      </w:r>
    </w:p>
    <w:p>
      <w:r>
        <w:t>电子信息</w:t>
      </w:r>
    </w:p>
    <w:p>
      <w:r>
        <w:t>杨俊宝</w:t>
      </w:r>
    </w:p>
    <w:p>
      <w:r>
        <w:t>4452****5016</w:t>
      </w:r>
    </w:p>
    <w:p>
      <w:r>
        <w:t>硕士</w:t>
      </w:r>
    </w:p>
    <w:p>
      <w:r>
        <w:t>生物医学工程系</w:t>
      </w:r>
    </w:p>
    <w:p>
      <w:r>
        <w:t>085400</w:t>
      </w:r>
    </w:p>
    <w:p>
      <w:r>
        <w:t>电子信息</w:t>
      </w:r>
    </w:p>
    <w:p>
      <w:r>
        <w:t>陈超盛</w:t>
      </w:r>
    </w:p>
    <w:p>
      <w:r>
        <w:t>4412****7037</w:t>
      </w:r>
    </w:p>
    <w:p>
      <w:r>
        <w:t>硕士</w:t>
      </w:r>
    </w:p>
    <w:p>
      <w:r>
        <w:t>生物医学工程系</w:t>
      </w:r>
    </w:p>
    <w:p>
      <w:r>
        <w:t>083100</w:t>
      </w:r>
    </w:p>
    <w:p>
      <w:r>
        <w:t>生物医学工程</w:t>
      </w:r>
    </w:p>
    <w:p>
      <w:r>
        <w:t>陈慧敏</w:t>
      </w:r>
    </w:p>
    <w:p>
      <w:r>
        <w:t>4452****3068</w:t>
      </w:r>
    </w:p>
    <w:p>
      <w:r>
        <w:t>硕士</w:t>
      </w:r>
    </w:p>
    <w:p>
      <w:r>
        <w:t>生物医学工程系</w:t>
      </w:r>
    </w:p>
    <w:p>
      <w:r>
        <w:t>083100</w:t>
      </w:r>
    </w:p>
    <w:p>
      <w:r>
        <w:t>生物医学工程</w:t>
      </w:r>
    </w:p>
    <w:p>
      <w:r>
        <w:t>陈佳博</w:t>
      </w:r>
    </w:p>
    <w:p>
      <w:r>
        <w:t>4451****4535</w:t>
      </w:r>
    </w:p>
    <w:p>
      <w:r>
        <w:t>硕士</w:t>
      </w:r>
    </w:p>
    <w:p>
      <w:r>
        <w:t>生物医学工程系</w:t>
      </w:r>
    </w:p>
    <w:p>
      <w:r>
        <w:t>083100</w:t>
      </w:r>
    </w:p>
    <w:p>
      <w:r>
        <w:t>生物医学工程</w:t>
      </w:r>
    </w:p>
    <w:p>
      <w:r>
        <w:t>谷雨晴</w:t>
      </w:r>
    </w:p>
    <w:p>
      <w:r>
        <w:t>1502****2742</w:t>
      </w:r>
    </w:p>
    <w:p>
      <w:r>
        <w:t>硕士</w:t>
      </w:r>
    </w:p>
    <w:p>
      <w:r>
        <w:t>生物医学工程系</w:t>
      </w:r>
    </w:p>
    <w:p>
      <w:r>
        <w:t>083100</w:t>
      </w:r>
    </w:p>
    <w:p>
      <w:r>
        <w:t>生物医学工程</w:t>
      </w:r>
    </w:p>
    <w:p>
      <w:r>
        <w:t>关依林</w:t>
      </w:r>
    </w:p>
    <w:p>
      <w:r>
        <w:t>3708****0049</w:t>
      </w:r>
    </w:p>
    <w:p>
      <w:r>
        <w:t>硕士</w:t>
      </w:r>
    </w:p>
    <w:p>
      <w:r>
        <w:t>生物医学工程系</w:t>
      </w:r>
    </w:p>
    <w:p>
      <w:r>
        <w:t>083100</w:t>
      </w:r>
    </w:p>
    <w:p>
      <w:r>
        <w:t>生物医学工程</w:t>
      </w:r>
    </w:p>
    <w:p>
      <w:r>
        <w:t>何晓伟</w:t>
      </w:r>
    </w:p>
    <w:p>
      <w:r>
        <w:t>4115****0032</w:t>
      </w:r>
    </w:p>
    <w:p>
      <w:r>
        <w:t>硕士</w:t>
      </w:r>
    </w:p>
    <w:p>
      <w:r>
        <w:t>生物医学工程系</w:t>
      </w:r>
    </w:p>
    <w:p>
      <w:r>
        <w:t>083100</w:t>
      </w:r>
    </w:p>
    <w:p>
      <w:r>
        <w:t>生物医学工程</w:t>
      </w:r>
    </w:p>
    <w:p>
      <w:r>
        <w:t>黄霭淘</w:t>
      </w:r>
    </w:p>
    <w:p>
      <w:r>
        <w:t>4401****6625</w:t>
      </w:r>
    </w:p>
    <w:p>
      <w:r>
        <w:t>硕士</w:t>
      </w:r>
    </w:p>
    <w:p>
      <w:r>
        <w:t>生物医学工程系</w:t>
      </w:r>
    </w:p>
    <w:p>
      <w:r>
        <w:t>083100</w:t>
      </w:r>
    </w:p>
    <w:p>
      <w:r>
        <w:t>生物医学工程</w:t>
      </w:r>
    </w:p>
    <w:p>
      <w:r>
        <w:t>林思明</w:t>
      </w:r>
    </w:p>
    <w:p>
      <w:r>
        <w:t>4401****2310</w:t>
      </w:r>
    </w:p>
    <w:p>
      <w:r>
        <w:t>硕士</w:t>
      </w:r>
    </w:p>
    <w:p>
      <w:r>
        <w:t>生物医学工程系</w:t>
      </w:r>
    </w:p>
    <w:p>
      <w:r>
        <w:t>083100</w:t>
      </w:r>
    </w:p>
    <w:p>
      <w:r>
        <w:t>生物医学工程</w:t>
      </w:r>
    </w:p>
    <w:p>
      <w:r>
        <w:t>刘炫威</w:t>
      </w:r>
    </w:p>
    <w:p>
      <w:r>
        <w:t>4407****3012</w:t>
      </w:r>
    </w:p>
    <w:p>
      <w:r>
        <w:t>硕士</w:t>
      </w:r>
    </w:p>
    <w:p>
      <w:r>
        <w:t>生物医学工程系</w:t>
      </w:r>
    </w:p>
    <w:p>
      <w:r>
        <w:t>083100</w:t>
      </w:r>
    </w:p>
    <w:p>
      <w:r>
        <w:t>生物医学工程</w:t>
      </w:r>
    </w:p>
    <w:p>
      <w:r>
        <w:t>南方科技大学2026级推免生（含直博生）拟录取名单</w:t>
      </w:r>
    </w:p>
    <w:p>
      <w:r>
        <w:t>姓名</w:t>
      </w:r>
    </w:p>
    <w:p>
      <w:r>
        <w:t>证件号码</w:t>
      </w:r>
    </w:p>
    <w:p>
      <w:r>
        <w:t>录取类别</w:t>
      </w:r>
    </w:p>
    <w:p>
      <w:r>
        <w:t>录取院系名称</w:t>
      </w:r>
    </w:p>
    <w:p>
      <w:r>
        <w:t>录取专业代码</w:t>
      </w:r>
    </w:p>
    <w:p>
      <w:r>
        <w:t>录取专业名称</w:t>
      </w:r>
    </w:p>
    <w:p>
      <w:r>
        <w:t>备注</w:t>
      </w:r>
    </w:p>
    <w:p>
      <w:r>
        <w:t>刘彦彤</w:t>
      </w:r>
    </w:p>
    <w:p>
      <w:r>
        <w:t>1411****0086</w:t>
      </w:r>
    </w:p>
    <w:p>
      <w:r>
        <w:t>硕士</w:t>
      </w:r>
    </w:p>
    <w:p>
      <w:r>
        <w:t>生物医学工程系</w:t>
      </w:r>
    </w:p>
    <w:p>
      <w:r>
        <w:t>083100</w:t>
      </w:r>
    </w:p>
    <w:p>
      <w:r>
        <w:t>生物医学工程</w:t>
      </w:r>
    </w:p>
    <w:p>
      <w:r>
        <w:t>马铭宣</w:t>
      </w:r>
    </w:p>
    <w:p>
      <w:r>
        <w:t>1301****7616</w:t>
      </w:r>
    </w:p>
    <w:p>
      <w:r>
        <w:t>硕士</w:t>
      </w:r>
    </w:p>
    <w:p>
      <w:r>
        <w:t>生物医学工程系</w:t>
      </w:r>
    </w:p>
    <w:p>
      <w:r>
        <w:t>083100</w:t>
      </w:r>
    </w:p>
    <w:p>
      <w:r>
        <w:t>生物医学工程</w:t>
      </w:r>
    </w:p>
    <w:p>
      <w:r>
        <w:t>苏诗越</w:t>
      </w:r>
    </w:p>
    <w:p>
      <w:r>
        <w:t>2101****401X</w:t>
      </w:r>
    </w:p>
    <w:p>
      <w:r>
        <w:t>硕士</w:t>
      </w:r>
    </w:p>
    <w:p>
      <w:r>
        <w:t>生物医学工程系</w:t>
      </w:r>
    </w:p>
    <w:p>
      <w:r>
        <w:t>083100</w:t>
      </w:r>
    </w:p>
    <w:p>
      <w:r>
        <w:t>生物医学工程</w:t>
      </w:r>
    </w:p>
    <w:p>
      <w:r>
        <w:t>覃子易</w:t>
      </w:r>
    </w:p>
    <w:p>
      <w:r>
        <w:t>5301****0319</w:t>
      </w:r>
    </w:p>
    <w:p>
      <w:r>
        <w:t>硕士</w:t>
      </w:r>
    </w:p>
    <w:p>
      <w:r>
        <w:t>生物医学工程系</w:t>
      </w:r>
    </w:p>
    <w:p>
      <w:r>
        <w:t>083100</w:t>
      </w:r>
    </w:p>
    <w:p>
      <w:r>
        <w:t>生物医学工程</w:t>
      </w:r>
    </w:p>
    <w:p>
      <w:r>
        <w:t>汤舒婧</w:t>
      </w:r>
    </w:p>
    <w:p>
      <w:r>
        <w:t>3206****1229</w:t>
      </w:r>
    </w:p>
    <w:p>
      <w:r>
        <w:t>硕士</w:t>
      </w:r>
    </w:p>
    <w:p>
      <w:r>
        <w:t>生物医学工程系</w:t>
      </w:r>
    </w:p>
    <w:p>
      <w:r>
        <w:t>083100</w:t>
      </w:r>
    </w:p>
    <w:p>
      <w:r>
        <w:t>生物医学工程</w:t>
      </w:r>
    </w:p>
    <w:p>
      <w:r>
        <w:t>田佰灵</w:t>
      </w:r>
    </w:p>
    <w:p>
      <w:r>
        <w:t>1307****562X</w:t>
      </w:r>
    </w:p>
    <w:p>
      <w:r>
        <w:t>硕士</w:t>
      </w:r>
    </w:p>
    <w:p>
      <w:r>
        <w:t>生物医学工程系</w:t>
      </w:r>
    </w:p>
    <w:p>
      <w:r>
        <w:t>083100</w:t>
      </w:r>
    </w:p>
    <w:p>
      <w:r>
        <w:t>生物医学工程</w:t>
      </w:r>
    </w:p>
    <w:p>
      <w:r>
        <w:t>王亦煊</w:t>
      </w:r>
    </w:p>
    <w:p>
      <w:r>
        <w:t>4108****0115</w:t>
      </w:r>
    </w:p>
    <w:p>
      <w:r>
        <w:t>硕士</w:t>
      </w:r>
    </w:p>
    <w:p>
      <w:r>
        <w:t>生物医学工程系</w:t>
      </w:r>
    </w:p>
    <w:p>
      <w:r>
        <w:t>083100</w:t>
      </w:r>
    </w:p>
    <w:p>
      <w:r>
        <w:t>生物医学工程</w:t>
      </w:r>
    </w:p>
    <w:p>
      <w:r>
        <w:t>谢骁健</w:t>
      </w:r>
    </w:p>
    <w:p>
      <w:r>
        <w:t>3507****0812</w:t>
      </w:r>
    </w:p>
    <w:p>
      <w:r>
        <w:t>硕士</w:t>
      </w:r>
    </w:p>
    <w:p>
      <w:r>
        <w:t>生物医学工程系</w:t>
      </w:r>
    </w:p>
    <w:p>
      <w:r>
        <w:t>083100</w:t>
      </w:r>
    </w:p>
    <w:p>
      <w:r>
        <w:t>生物医学工程</w:t>
      </w:r>
    </w:p>
    <w:p>
      <w:r>
        <w:t>徐杰</w:t>
      </w:r>
    </w:p>
    <w:p>
      <w:r>
        <w:t>3201****5658</w:t>
      </w:r>
    </w:p>
    <w:p>
      <w:r>
        <w:t>硕士</w:t>
      </w:r>
    </w:p>
    <w:p>
      <w:r>
        <w:t>生物医学工程系</w:t>
      </w:r>
    </w:p>
    <w:p>
      <w:r>
        <w:t>083100</w:t>
      </w:r>
    </w:p>
    <w:p>
      <w:r>
        <w:t>生物医学工程</w:t>
      </w:r>
    </w:p>
    <w:p>
      <w:r>
        <w:t>徐致远</w:t>
      </w:r>
    </w:p>
    <w:p>
      <w:r>
        <w:t>3401****2616</w:t>
      </w:r>
    </w:p>
    <w:p>
      <w:r>
        <w:t>硕士</w:t>
      </w:r>
    </w:p>
    <w:p>
      <w:r>
        <w:t>生物医学工程系</w:t>
      </w:r>
    </w:p>
    <w:p>
      <w:r>
        <w:t>083100</w:t>
      </w:r>
    </w:p>
    <w:p>
      <w:r>
        <w:t>生物医学工程</w:t>
      </w:r>
    </w:p>
    <w:p>
      <w:r>
        <w:t>杨思齐</w:t>
      </w:r>
    </w:p>
    <w:p>
      <w:r>
        <w:t>3501****1600</w:t>
      </w:r>
    </w:p>
    <w:p>
      <w:r>
        <w:t>硕士</w:t>
      </w:r>
    </w:p>
    <w:p>
      <w:r>
        <w:t>生物医学工程系</w:t>
      </w:r>
    </w:p>
    <w:p>
      <w:r>
        <w:t>083100</w:t>
      </w:r>
    </w:p>
    <w:p>
      <w:r>
        <w:t>生物医学工程</w:t>
      </w:r>
    </w:p>
    <w:p>
      <w:r>
        <w:t>叶宸麟</w:t>
      </w:r>
    </w:p>
    <w:p>
      <w:r>
        <w:t>3310****5914</w:t>
      </w:r>
    </w:p>
    <w:p>
      <w:r>
        <w:t>硕士</w:t>
      </w:r>
    </w:p>
    <w:p>
      <w:r>
        <w:t>生物医学工程系</w:t>
      </w:r>
    </w:p>
    <w:p>
      <w:r>
        <w:t>083100</w:t>
      </w:r>
    </w:p>
    <w:p>
      <w:r>
        <w:t>生物医学工程</w:t>
      </w:r>
    </w:p>
    <w:p>
      <w:r>
        <w:t>叶紫桐</w:t>
      </w:r>
    </w:p>
    <w:p>
      <w:r>
        <w:t>4407****6021</w:t>
      </w:r>
    </w:p>
    <w:p>
      <w:r>
        <w:t>硕士</w:t>
      </w:r>
    </w:p>
    <w:p>
      <w:r>
        <w:t>生物医学工程系</w:t>
      </w:r>
    </w:p>
    <w:p>
      <w:r>
        <w:t>083100</w:t>
      </w:r>
    </w:p>
    <w:p>
      <w:r>
        <w:t>生物医学工程</w:t>
      </w:r>
    </w:p>
    <w:p>
      <w:r>
        <w:t>殷睿昕</w:t>
      </w:r>
    </w:p>
    <w:p>
      <w:r>
        <w:t>4406****344X</w:t>
      </w:r>
    </w:p>
    <w:p>
      <w:r>
        <w:t>硕士</w:t>
      </w:r>
    </w:p>
    <w:p>
      <w:r>
        <w:t>生物医学工程系</w:t>
      </w:r>
    </w:p>
    <w:p>
      <w:r>
        <w:t>083100</w:t>
      </w:r>
    </w:p>
    <w:p>
      <w:r>
        <w:t>生物医学工程</w:t>
      </w:r>
    </w:p>
    <w:p>
      <w:r>
        <w:t>苑长琦</w:t>
      </w:r>
    </w:p>
    <w:p>
      <w:r>
        <w:t>1305****6931</w:t>
      </w:r>
    </w:p>
    <w:p>
      <w:r>
        <w:t>硕士</w:t>
      </w:r>
    </w:p>
    <w:p>
      <w:r>
        <w:t>生物医学工程系</w:t>
      </w:r>
    </w:p>
    <w:p>
      <w:r>
        <w:t>083100</w:t>
      </w:r>
    </w:p>
    <w:p>
      <w:r>
        <w:t>生物医学工程</w:t>
      </w:r>
    </w:p>
    <w:p>
      <w:r>
        <w:t>赵敏轩</w:t>
      </w:r>
    </w:p>
    <w:p>
      <w:r>
        <w:t>4412****3579</w:t>
      </w:r>
    </w:p>
    <w:p>
      <w:r>
        <w:t>硕士</w:t>
      </w:r>
    </w:p>
    <w:p>
      <w:r>
        <w:t>生物医学工程系</w:t>
      </w:r>
    </w:p>
    <w:p>
      <w:r>
        <w:t>083100</w:t>
      </w:r>
    </w:p>
    <w:p>
      <w:r>
        <w:t>生物医学工程</w:t>
      </w:r>
    </w:p>
    <w:p>
      <w:r>
        <w:t>郑琦</w:t>
      </w:r>
    </w:p>
    <w:p>
      <w:r>
        <w:t>4403****0013</w:t>
      </w:r>
    </w:p>
    <w:p>
      <w:r>
        <w:t>硕士</w:t>
      </w:r>
    </w:p>
    <w:p>
      <w:r>
        <w:t>生物医学工程系</w:t>
      </w:r>
    </w:p>
    <w:p>
      <w:r>
        <w:t>083100</w:t>
      </w:r>
    </w:p>
    <w:p>
      <w:r>
        <w:t>生物医学工程</w:t>
      </w:r>
    </w:p>
    <w:p>
      <w:r>
        <w:t>朱耿岚</w:t>
      </w:r>
    </w:p>
    <w:p>
      <w:r>
        <w:t>3508****0035</w:t>
      </w:r>
    </w:p>
    <w:p>
      <w:r>
        <w:t>硕士</w:t>
      </w:r>
    </w:p>
    <w:p>
      <w:r>
        <w:t>生物医学工程系</w:t>
      </w:r>
    </w:p>
    <w:p>
      <w:r>
        <w:t>083100</w:t>
      </w:r>
    </w:p>
    <w:p>
      <w:r>
        <w:t>生物医学工程</w:t>
      </w:r>
    </w:p>
    <w:p>
      <w:r>
        <w:t>黄晓晴</w:t>
      </w:r>
    </w:p>
    <w:p>
      <w:r>
        <w:t>4412****2120</w:t>
      </w:r>
    </w:p>
    <w:p>
      <w:r>
        <w:t>硕士</w:t>
      </w:r>
    </w:p>
    <w:p>
      <w:r>
        <w:t>生物医学工程系</w:t>
      </w:r>
    </w:p>
    <w:p>
      <w:r>
        <w:t>086000</w:t>
      </w:r>
    </w:p>
    <w:p>
      <w:r>
        <w:t>生物与医药</w:t>
      </w:r>
    </w:p>
    <w:p>
      <w:r>
        <w:t>李梦如</w:t>
      </w:r>
    </w:p>
    <w:p>
      <w:r>
        <w:t>3723****3106</w:t>
      </w:r>
    </w:p>
    <w:p>
      <w:r>
        <w:t>硕士</w:t>
      </w:r>
    </w:p>
    <w:p>
      <w:r>
        <w:t>生物医学工程系</w:t>
      </w:r>
    </w:p>
    <w:p>
      <w:r>
        <w:t>086000</w:t>
      </w:r>
    </w:p>
    <w:p>
      <w:r>
        <w:t>生物与医药</w:t>
      </w:r>
    </w:p>
    <w:p>
      <w:r>
        <w:t>罗雪</w:t>
      </w:r>
    </w:p>
    <w:p>
      <w:r>
        <w:t>5002****8126</w:t>
      </w:r>
    </w:p>
    <w:p>
      <w:r>
        <w:t>硕士</w:t>
      </w:r>
    </w:p>
    <w:p>
      <w:r>
        <w:t>生物医学工程系</w:t>
      </w:r>
    </w:p>
    <w:p>
      <w:r>
        <w:t>086000</w:t>
      </w:r>
    </w:p>
    <w:p>
      <w:r>
        <w:t>生物与医药</w:t>
      </w:r>
    </w:p>
    <w:p>
      <w:r>
        <w:t>马嘉豪</w:t>
      </w:r>
    </w:p>
    <w:p>
      <w:r>
        <w:t>4402****0913</w:t>
      </w:r>
    </w:p>
    <w:p>
      <w:r>
        <w:t>硕士</w:t>
      </w:r>
    </w:p>
    <w:p>
      <w:r>
        <w:t>生物医学工程系</w:t>
      </w:r>
    </w:p>
    <w:p>
      <w:r>
        <w:t>086000</w:t>
      </w:r>
    </w:p>
    <w:p>
      <w:r>
        <w:t>生物与医药</w:t>
      </w:r>
    </w:p>
    <w:p>
      <w:r>
        <w:t>白晨熹</w:t>
      </w:r>
    </w:p>
    <w:p>
      <w:r>
        <w:t>5101****0073</w:t>
      </w:r>
    </w:p>
    <w:p>
      <w:r>
        <w:t>硕士</w:t>
      </w:r>
    </w:p>
    <w:p>
      <w:r>
        <w:t>地球与空间科学系</w:t>
      </w:r>
    </w:p>
    <w:p>
      <w:r>
        <w:t>070800</w:t>
      </w:r>
    </w:p>
    <w:p>
      <w:r>
        <w:t>地球物理学</w:t>
      </w:r>
    </w:p>
    <w:p>
      <w:r>
        <w:t>曹春潮</w:t>
      </w:r>
    </w:p>
    <w:p>
      <w:r>
        <w:t>6227****1376</w:t>
      </w:r>
    </w:p>
    <w:p>
      <w:r>
        <w:t>硕士</w:t>
      </w:r>
    </w:p>
    <w:p>
      <w:r>
        <w:t>地球与空间科学系</w:t>
      </w:r>
    </w:p>
    <w:p>
      <w:r>
        <w:t>070800</w:t>
      </w:r>
    </w:p>
    <w:p>
      <w:r>
        <w:t>地球物理学</w:t>
      </w:r>
    </w:p>
    <w:p>
      <w:r>
        <w:t>樊佳璐</w:t>
      </w:r>
    </w:p>
    <w:p>
      <w:r>
        <w:t>3325****0022</w:t>
      </w:r>
    </w:p>
    <w:p>
      <w:r>
        <w:t>硕士</w:t>
      </w:r>
    </w:p>
    <w:p>
      <w:r>
        <w:t>地球与空间科学系</w:t>
      </w:r>
    </w:p>
    <w:p>
      <w:r>
        <w:t>070800</w:t>
      </w:r>
    </w:p>
    <w:p>
      <w:r>
        <w:t>地球物理学</w:t>
      </w:r>
    </w:p>
    <w:p>
      <w:r>
        <w:t>冯志远</w:t>
      </w:r>
    </w:p>
    <w:p>
      <w:r>
        <w:t>4106****6057</w:t>
      </w:r>
    </w:p>
    <w:p>
      <w:r>
        <w:t>硕士</w:t>
      </w:r>
    </w:p>
    <w:p>
      <w:r>
        <w:t>地球与空间科学系</w:t>
      </w:r>
    </w:p>
    <w:p>
      <w:r>
        <w:t>070800</w:t>
      </w:r>
    </w:p>
    <w:p>
      <w:r>
        <w:t>地球物理学</w:t>
      </w:r>
    </w:p>
    <w:p>
      <w:r>
        <w:t>关植文</w:t>
      </w:r>
    </w:p>
    <w:p>
      <w:r>
        <w:t>6204****1321</w:t>
      </w:r>
    </w:p>
    <w:p>
      <w:r>
        <w:t>硕士</w:t>
      </w:r>
    </w:p>
    <w:p>
      <w:r>
        <w:t>地球与空间科学系</w:t>
      </w:r>
    </w:p>
    <w:p>
      <w:r>
        <w:t>070800</w:t>
      </w:r>
    </w:p>
    <w:p>
      <w:r>
        <w:t>地球物理学</w:t>
      </w:r>
    </w:p>
    <w:p>
      <w:r>
        <w:t>贺明淏</w:t>
      </w:r>
    </w:p>
    <w:p>
      <w:r>
        <w:t>1308****001X</w:t>
      </w:r>
    </w:p>
    <w:p>
      <w:r>
        <w:t>硕士</w:t>
      </w:r>
    </w:p>
    <w:p>
      <w:r>
        <w:t>地球与空间科学系</w:t>
      </w:r>
    </w:p>
    <w:p>
      <w:r>
        <w:t>070800</w:t>
      </w:r>
    </w:p>
    <w:p>
      <w:r>
        <w:t>地球物理学</w:t>
      </w:r>
    </w:p>
    <w:p>
      <w:r>
        <w:t>林心悦</w:t>
      </w:r>
    </w:p>
    <w:p>
      <w:r>
        <w:t>3303****7429</w:t>
      </w:r>
    </w:p>
    <w:p>
      <w:r>
        <w:t>硕士</w:t>
      </w:r>
    </w:p>
    <w:p>
      <w:r>
        <w:t>地球与空间科学系</w:t>
      </w:r>
    </w:p>
    <w:p>
      <w:r>
        <w:t>070800</w:t>
      </w:r>
    </w:p>
    <w:p>
      <w:r>
        <w:t>地球物理学</w:t>
      </w:r>
    </w:p>
    <w:p>
      <w:r>
        <w:t>林壹</w:t>
      </w:r>
    </w:p>
    <w:p>
      <w:r>
        <w:t>5109****9026</w:t>
      </w:r>
    </w:p>
    <w:p>
      <w:r>
        <w:t>硕士</w:t>
      </w:r>
    </w:p>
    <w:p>
      <w:r>
        <w:t>地球与空间科学系</w:t>
      </w:r>
    </w:p>
    <w:p>
      <w:r>
        <w:t>070800</w:t>
      </w:r>
    </w:p>
    <w:p>
      <w:r>
        <w:t>地球物理学</w:t>
      </w:r>
    </w:p>
    <w:p>
      <w:r>
        <w:t>刘佳庚</w:t>
      </w:r>
    </w:p>
    <w:p>
      <w:r>
        <w:t>2102****027X</w:t>
      </w:r>
    </w:p>
    <w:p>
      <w:r>
        <w:t>硕士</w:t>
      </w:r>
    </w:p>
    <w:p>
      <w:r>
        <w:t>地球与空间科学系</w:t>
      </w:r>
    </w:p>
    <w:p>
      <w:r>
        <w:t>070800</w:t>
      </w:r>
    </w:p>
    <w:p>
      <w:r>
        <w:t>地球物理学</w:t>
      </w:r>
    </w:p>
    <w:p>
      <w:r>
        <w:t>刘依水</w:t>
      </w:r>
    </w:p>
    <w:p>
      <w:r>
        <w:t>1303****2522</w:t>
      </w:r>
    </w:p>
    <w:p>
      <w:r>
        <w:t>硕士</w:t>
      </w:r>
    </w:p>
    <w:p>
      <w:r>
        <w:t>地球与空间科学系</w:t>
      </w:r>
    </w:p>
    <w:p>
      <w:r>
        <w:t>070800</w:t>
      </w:r>
    </w:p>
    <w:p>
      <w:r>
        <w:t>地球物理学</w:t>
      </w:r>
    </w:p>
    <w:p>
      <w:r>
        <w:t>罗煌安</w:t>
      </w:r>
    </w:p>
    <w:p>
      <w:r>
        <w:t>4408****2297</w:t>
      </w:r>
    </w:p>
    <w:p>
      <w:r>
        <w:t>硕士</w:t>
      </w:r>
    </w:p>
    <w:p>
      <w:r>
        <w:t>地球与空间科学系</w:t>
      </w:r>
    </w:p>
    <w:p>
      <w:r>
        <w:t>070800</w:t>
      </w:r>
    </w:p>
    <w:p>
      <w:r>
        <w:t>地球物理学</w:t>
      </w:r>
    </w:p>
    <w:p>
      <w:r>
        <w:t>沈昶任</w:t>
      </w:r>
    </w:p>
    <w:p>
      <w:r>
        <w:t>4403****273X</w:t>
      </w:r>
    </w:p>
    <w:p>
      <w:r>
        <w:t>硕士</w:t>
      </w:r>
    </w:p>
    <w:p>
      <w:r>
        <w:t>地球与空间科学系</w:t>
      </w:r>
    </w:p>
    <w:p>
      <w:r>
        <w:t>070800</w:t>
      </w:r>
    </w:p>
    <w:p>
      <w:r>
        <w:t>地球物理学</w:t>
      </w:r>
    </w:p>
    <w:p>
      <w:r>
        <w:t>粟朗诺</w:t>
      </w:r>
    </w:p>
    <w:p>
      <w:r>
        <w:t>4301****2833</w:t>
      </w:r>
    </w:p>
    <w:p>
      <w:r>
        <w:t>硕士</w:t>
      </w:r>
    </w:p>
    <w:p>
      <w:r>
        <w:t>地球与空间科学系</w:t>
      </w:r>
    </w:p>
    <w:p>
      <w:r>
        <w:t>070800</w:t>
      </w:r>
    </w:p>
    <w:p>
      <w:r>
        <w:t>地球物理学</w:t>
      </w:r>
    </w:p>
    <w:p>
      <w:r>
        <w:t>谭华强</w:t>
      </w:r>
    </w:p>
    <w:p>
      <w:r>
        <w:t>4453****1752</w:t>
      </w:r>
    </w:p>
    <w:p>
      <w:r>
        <w:t>硕士</w:t>
      </w:r>
    </w:p>
    <w:p>
      <w:r>
        <w:t>地球与空间科学系</w:t>
      </w:r>
    </w:p>
    <w:p>
      <w:r>
        <w:t>070800</w:t>
      </w:r>
    </w:p>
    <w:p>
      <w:r>
        <w:t>地球物理学</w:t>
      </w:r>
    </w:p>
    <w:p>
      <w:r>
        <w:t>魏煜</w:t>
      </w:r>
    </w:p>
    <w:p>
      <w:r>
        <w:t>3202****0816</w:t>
      </w:r>
    </w:p>
    <w:p>
      <w:r>
        <w:t>硕士</w:t>
      </w:r>
    </w:p>
    <w:p>
      <w:r>
        <w:t>地球与空间科学系</w:t>
      </w:r>
    </w:p>
    <w:p>
      <w:r>
        <w:t>070800</w:t>
      </w:r>
    </w:p>
    <w:p>
      <w:r>
        <w:t>地球物理学</w:t>
      </w:r>
    </w:p>
    <w:p>
      <w:r>
        <w:t>温利泉</w:t>
      </w:r>
    </w:p>
    <w:p>
      <w:r>
        <w:t>3607****015X</w:t>
      </w:r>
    </w:p>
    <w:p>
      <w:r>
        <w:t>硕士</w:t>
      </w:r>
    </w:p>
    <w:p>
      <w:r>
        <w:t>地球与空间科学系</w:t>
      </w:r>
    </w:p>
    <w:p>
      <w:r>
        <w:t>070800</w:t>
      </w:r>
    </w:p>
    <w:p>
      <w:r>
        <w:t>地球物理学</w:t>
      </w:r>
    </w:p>
    <w:p>
      <w:r>
        <w:t>杨明勇</w:t>
      </w:r>
    </w:p>
    <w:p>
      <w:r>
        <w:t>5226****2413</w:t>
      </w:r>
    </w:p>
    <w:p>
      <w:r>
        <w:t>硕士</w:t>
      </w:r>
    </w:p>
    <w:p>
      <w:r>
        <w:t>地球与空间科学系</w:t>
      </w:r>
    </w:p>
    <w:p>
      <w:r>
        <w:t>070800</w:t>
      </w:r>
    </w:p>
    <w:p>
      <w:r>
        <w:t>地球物理学</w:t>
      </w:r>
    </w:p>
    <w:p>
      <w:r>
        <w:t>张嘉伟</w:t>
      </w:r>
    </w:p>
    <w:p>
      <w:r>
        <w:t>4206****1034</w:t>
      </w:r>
    </w:p>
    <w:p>
      <w:r>
        <w:t>硕士</w:t>
      </w:r>
    </w:p>
    <w:p>
      <w:r>
        <w:t>地球与空间科学系</w:t>
      </w:r>
    </w:p>
    <w:p>
      <w:r>
        <w:t>070800</w:t>
      </w:r>
    </w:p>
    <w:p>
      <w:r>
        <w:t>地球物理学</w:t>
      </w:r>
    </w:p>
    <w:p>
      <w:r>
        <w:t>张泉怡</w:t>
      </w:r>
    </w:p>
    <w:p>
      <w:r>
        <w:t>4117****0619</w:t>
      </w:r>
    </w:p>
    <w:p>
      <w:r>
        <w:t>硕士</w:t>
      </w:r>
    </w:p>
    <w:p>
      <w:r>
        <w:t>地球与空间科学系</w:t>
      </w:r>
    </w:p>
    <w:p>
      <w:r>
        <w:t>070800</w:t>
      </w:r>
    </w:p>
    <w:p>
      <w:r>
        <w:t>地球物理学</w:t>
      </w:r>
    </w:p>
    <w:p>
      <w:r>
        <w:t>张善宁</w:t>
      </w:r>
    </w:p>
    <w:p>
      <w:r>
        <w:t>3715****0044</w:t>
      </w:r>
    </w:p>
    <w:p>
      <w:r>
        <w:t>硕士</w:t>
      </w:r>
    </w:p>
    <w:p>
      <w:r>
        <w:t>地球与空间科学系</w:t>
      </w:r>
    </w:p>
    <w:p>
      <w:r>
        <w:t>070800</w:t>
      </w:r>
    </w:p>
    <w:p>
      <w:r>
        <w:t>地球物理学</w:t>
      </w:r>
    </w:p>
    <w:p>
      <w:r>
        <w:t>周艺</w:t>
      </w:r>
    </w:p>
    <w:p>
      <w:r>
        <w:t>1306****1347</w:t>
      </w:r>
    </w:p>
    <w:p>
      <w:r>
        <w:t>硕士</w:t>
      </w:r>
    </w:p>
    <w:p>
      <w:r>
        <w:t>地球与空间科学系</w:t>
      </w:r>
    </w:p>
    <w:p>
      <w:r>
        <w:t>070800</w:t>
      </w:r>
    </w:p>
    <w:p>
      <w:r>
        <w:t>地球物理学</w:t>
      </w:r>
    </w:p>
    <w:p>
      <w:r>
        <w:t>康家乐</w:t>
      </w:r>
    </w:p>
    <w:p>
      <w:r>
        <w:t>5002****9448</w:t>
      </w:r>
    </w:p>
    <w:p>
      <w:r>
        <w:t>硕士</w:t>
      </w:r>
    </w:p>
    <w:p>
      <w:r>
        <w:t>地球与空间科学系</w:t>
      </w:r>
    </w:p>
    <w:p>
      <w:r>
        <w:t>085400</w:t>
      </w:r>
    </w:p>
    <w:p>
      <w:r>
        <w:t>电子信息</w:t>
      </w:r>
    </w:p>
    <w:p>
      <w:r>
        <w:t>工程硕博士专项</w:t>
      </w:r>
    </w:p>
    <w:p>
      <w:r>
        <w:t>罗雨涵</w:t>
      </w:r>
    </w:p>
    <w:p>
      <w:r>
        <w:t>5101****0267</w:t>
      </w:r>
    </w:p>
    <w:p>
      <w:r>
        <w:t>硕士</w:t>
      </w:r>
    </w:p>
    <w:p>
      <w:r>
        <w:t>地球与空间科学系</w:t>
      </w:r>
    </w:p>
    <w:p>
      <w:r>
        <w:t>085400</w:t>
      </w:r>
    </w:p>
    <w:p>
      <w:r>
        <w:t>电子信息</w:t>
      </w:r>
    </w:p>
    <w:p>
      <w:r>
        <w:t>工程硕博士专项</w:t>
      </w:r>
    </w:p>
    <w:p>
      <w:r>
        <w:t>简迅</w:t>
      </w:r>
    </w:p>
    <w:p>
      <w:r>
        <w:t>3301****0016</w:t>
      </w:r>
    </w:p>
    <w:p>
      <w:r>
        <w:t>直博生</w:t>
      </w:r>
    </w:p>
    <w:p>
      <w:r>
        <w:t>地球与空间科学系</w:t>
      </w:r>
    </w:p>
    <w:p>
      <w:r>
        <w:t>070800</w:t>
      </w:r>
    </w:p>
    <w:p>
      <w:r>
        <w:t>地球物理学</w:t>
      </w:r>
    </w:p>
    <w:p>
      <w:r>
        <w:t>南方科技大学2026级推免生（含直博生）拟录取名单</w:t>
      </w:r>
    </w:p>
    <w:p>
      <w:r>
        <w:t>姓名</w:t>
      </w:r>
    </w:p>
    <w:p>
      <w:r>
        <w:t>证件号码</w:t>
      </w:r>
    </w:p>
    <w:p>
      <w:r>
        <w:t>录取类别</w:t>
      </w:r>
    </w:p>
    <w:p>
      <w:r>
        <w:t>录取院系名称</w:t>
      </w:r>
    </w:p>
    <w:p>
      <w:r>
        <w:t>录取专业代码</w:t>
      </w:r>
    </w:p>
    <w:p>
      <w:r>
        <w:t>录取专业名称</w:t>
      </w:r>
    </w:p>
    <w:p>
      <w:r>
        <w:t>备注</w:t>
      </w:r>
    </w:p>
    <w:p>
      <w:r>
        <w:t>范佳伟</w:t>
      </w:r>
    </w:p>
    <w:p>
      <w:r>
        <w:t>4311****5913</w:t>
      </w:r>
    </w:p>
    <w:p>
      <w:r>
        <w:t>硕士</w:t>
      </w:r>
    </w:p>
    <w:p>
      <w:r>
        <w:t>创新创业学院</w:t>
      </w:r>
    </w:p>
    <w:p>
      <w:r>
        <w:t>085600</w:t>
      </w:r>
    </w:p>
    <w:p>
      <w:r>
        <w:t>材料与化工</w:t>
      </w:r>
    </w:p>
    <w:p>
      <w:r>
        <w:t>郭亚玲</w:t>
      </w:r>
    </w:p>
    <w:p>
      <w:r>
        <w:t>4310****0083</w:t>
      </w:r>
    </w:p>
    <w:p>
      <w:r>
        <w:t>硕士</w:t>
      </w:r>
    </w:p>
    <w:p>
      <w:r>
        <w:t>创新创业学院</w:t>
      </w:r>
    </w:p>
    <w:p>
      <w:r>
        <w:t>085600</w:t>
      </w:r>
    </w:p>
    <w:p>
      <w:r>
        <w:t>材料与化工</w:t>
      </w:r>
    </w:p>
    <w:p>
      <w:r>
        <w:t>黄子锐</w:t>
      </w:r>
    </w:p>
    <w:p>
      <w:r>
        <w:t>4409****0016</w:t>
      </w:r>
    </w:p>
    <w:p>
      <w:r>
        <w:t>硕士</w:t>
      </w:r>
    </w:p>
    <w:p>
      <w:r>
        <w:t>创新创业学院</w:t>
      </w:r>
    </w:p>
    <w:p>
      <w:r>
        <w:t>085600</w:t>
      </w:r>
    </w:p>
    <w:p>
      <w:r>
        <w:t>材料与化工</w:t>
      </w:r>
    </w:p>
    <w:p>
      <w:r>
        <w:t>史国帅</w:t>
      </w:r>
    </w:p>
    <w:p>
      <w:r>
        <w:t>1409****0053</w:t>
      </w:r>
    </w:p>
    <w:p>
      <w:r>
        <w:t>硕士</w:t>
      </w:r>
    </w:p>
    <w:p>
      <w:r>
        <w:t>创新创业学院</w:t>
      </w:r>
    </w:p>
    <w:p>
      <w:r>
        <w:t>085600</w:t>
      </w:r>
    </w:p>
    <w:p>
      <w:r>
        <w:t>材料与化工</w:t>
      </w:r>
    </w:p>
    <w:p>
      <w:r>
        <w:t>工程硕博士专项</w:t>
      </w:r>
    </w:p>
    <w:p>
      <w:r>
        <w:t>谭正鑫</w:t>
      </w:r>
    </w:p>
    <w:p>
      <w:r>
        <w:t>5001****2612</w:t>
      </w:r>
    </w:p>
    <w:p>
      <w:r>
        <w:t>硕士</w:t>
      </w:r>
    </w:p>
    <w:p>
      <w:r>
        <w:t>创新创业学院</w:t>
      </w:r>
    </w:p>
    <w:p>
      <w:r>
        <w:t>085600</w:t>
      </w:r>
    </w:p>
    <w:p>
      <w:r>
        <w:t>材料与化工</w:t>
      </w:r>
    </w:p>
    <w:p>
      <w:r>
        <w:t>吴晨</w:t>
      </w:r>
    </w:p>
    <w:p>
      <w:r>
        <w:t>3622****4310</w:t>
      </w:r>
    </w:p>
    <w:p>
      <w:r>
        <w:t>硕士</w:t>
      </w:r>
    </w:p>
    <w:p>
      <w:r>
        <w:t>创新创业学院</w:t>
      </w:r>
    </w:p>
    <w:p>
      <w:r>
        <w:t>085600</w:t>
      </w:r>
    </w:p>
    <w:p>
      <w:r>
        <w:t>材料与化工</w:t>
      </w:r>
    </w:p>
    <w:p>
      <w:r>
        <w:t>赵琪</w:t>
      </w:r>
    </w:p>
    <w:p>
      <w:r>
        <w:t>5106****8328</w:t>
      </w:r>
    </w:p>
    <w:p>
      <w:r>
        <w:t>硕士</w:t>
      </w:r>
    </w:p>
    <w:p>
      <w:r>
        <w:t>创新创业学院</w:t>
      </w:r>
    </w:p>
    <w:p>
      <w:r>
        <w:t>085600</w:t>
      </w:r>
    </w:p>
    <w:p>
      <w:r>
        <w:t>材料与化工</w:t>
      </w:r>
    </w:p>
    <w:p>
      <w:r>
        <w:t>工程硕博士专项</w:t>
      </w:r>
    </w:p>
    <w:p>
      <w:r>
        <w:t>高宇辰</w:t>
      </w:r>
    </w:p>
    <w:p>
      <w:r>
        <w:t>4414****1018</w:t>
      </w:r>
    </w:p>
    <w:p>
      <w:r>
        <w:t>硕士</w:t>
      </w:r>
    </w:p>
    <w:p>
      <w:r>
        <w:t>创新创业学院</w:t>
      </w:r>
    </w:p>
    <w:p>
      <w:r>
        <w:t>085400</w:t>
      </w:r>
    </w:p>
    <w:p>
      <w:r>
        <w:t>电子信息</w:t>
      </w:r>
    </w:p>
    <w:p>
      <w:r>
        <w:t>李路田</w:t>
      </w:r>
    </w:p>
    <w:p>
      <w:r>
        <w:t>1304****5413</w:t>
      </w:r>
    </w:p>
    <w:p>
      <w:r>
        <w:t>硕士</w:t>
      </w:r>
    </w:p>
    <w:p>
      <w:r>
        <w:t>创新创业学院</w:t>
      </w:r>
    </w:p>
    <w:p>
      <w:r>
        <w:t>085400</w:t>
      </w:r>
    </w:p>
    <w:p>
      <w:r>
        <w:t>电子信息</w:t>
      </w:r>
    </w:p>
    <w:p>
      <w:r>
        <w:t>丁开</w:t>
      </w:r>
    </w:p>
    <w:p>
      <w:r>
        <w:t>4309****811X</w:t>
      </w:r>
    </w:p>
    <w:p>
      <w:r>
        <w:t>硕士</w:t>
      </w:r>
    </w:p>
    <w:p>
      <w:r>
        <w:t>医学院</w:t>
      </w:r>
    </w:p>
    <w:p>
      <w:r>
        <w:t>105100</w:t>
      </w:r>
    </w:p>
    <w:p>
      <w:r>
        <w:t>临床医学</w:t>
      </w:r>
    </w:p>
    <w:p>
      <w:r>
        <w:t>付善妮</w:t>
      </w:r>
    </w:p>
    <w:p>
      <w:r>
        <w:t>4203****0069</w:t>
      </w:r>
    </w:p>
    <w:p>
      <w:r>
        <w:t>硕士</w:t>
      </w:r>
    </w:p>
    <w:p>
      <w:r>
        <w:t>医学院</w:t>
      </w:r>
    </w:p>
    <w:p>
      <w:r>
        <w:t>105100</w:t>
      </w:r>
    </w:p>
    <w:p>
      <w:r>
        <w:t>临床医学</w:t>
      </w:r>
    </w:p>
    <w:p>
      <w:r>
        <w:t>蒋妮真</w:t>
      </w:r>
    </w:p>
    <w:p>
      <w:r>
        <w:t>5117****0040</w:t>
      </w:r>
    </w:p>
    <w:p>
      <w:r>
        <w:t>硕士</w:t>
      </w:r>
    </w:p>
    <w:p>
      <w:r>
        <w:t>医学院</w:t>
      </w:r>
    </w:p>
    <w:p>
      <w:r>
        <w:t>105100</w:t>
      </w:r>
    </w:p>
    <w:p>
      <w:r>
        <w:t>临床医学</w:t>
      </w:r>
    </w:p>
    <w:p>
      <w:r>
        <w:t>刘敏琪</w:t>
      </w:r>
    </w:p>
    <w:p>
      <w:r>
        <w:t>1411****0141</w:t>
      </w:r>
    </w:p>
    <w:p>
      <w:r>
        <w:t>硕士</w:t>
      </w:r>
    </w:p>
    <w:p>
      <w:r>
        <w:t>医学院</w:t>
      </w:r>
    </w:p>
    <w:p>
      <w:r>
        <w:t>105100</w:t>
      </w:r>
    </w:p>
    <w:p>
      <w:r>
        <w:t>临床医学</w:t>
      </w:r>
    </w:p>
    <w:p>
      <w:r>
        <w:t>潘莉莉</w:t>
      </w:r>
    </w:p>
    <w:p>
      <w:r>
        <w:t>4409****684X</w:t>
      </w:r>
    </w:p>
    <w:p>
      <w:r>
        <w:t>硕士</w:t>
      </w:r>
    </w:p>
    <w:p>
      <w:r>
        <w:t>医学院</w:t>
      </w:r>
    </w:p>
    <w:p>
      <w:r>
        <w:t>105100</w:t>
      </w:r>
    </w:p>
    <w:p>
      <w:r>
        <w:t>临床医学</w:t>
      </w:r>
    </w:p>
    <w:p>
      <w:r>
        <w:t>谭文洁</w:t>
      </w:r>
    </w:p>
    <w:p>
      <w:r>
        <w:t>4103****4520</w:t>
      </w:r>
    </w:p>
    <w:p>
      <w:r>
        <w:t>硕士</w:t>
      </w:r>
    </w:p>
    <w:p>
      <w:r>
        <w:t>医学院</w:t>
      </w:r>
    </w:p>
    <w:p>
      <w:r>
        <w:t>105100</w:t>
      </w:r>
    </w:p>
    <w:p>
      <w:r>
        <w:t>临床医学</w:t>
      </w:r>
    </w:p>
    <w:p>
      <w:r>
        <w:t>杨甜甜</w:t>
      </w:r>
    </w:p>
    <w:p>
      <w:r>
        <w:t>4305****100X</w:t>
      </w:r>
    </w:p>
    <w:p>
      <w:r>
        <w:t>硕士</w:t>
      </w:r>
    </w:p>
    <w:p>
      <w:r>
        <w:t>医学院</w:t>
      </w:r>
    </w:p>
    <w:p>
      <w:r>
        <w:t>105100</w:t>
      </w:r>
    </w:p>
    <w:p>
      <w:r>
        <w:t>临床医学</w:t>
      </w:r>
    </w:p>
    <w:p>
      <w:r>
        <w:t>张川婷</w:t>
      </w:r>
    </w:p>
    <w:p>
      <w:r>
        <w:t>5224****5280</w:t>
      </w:r>
    </w:p>
    <w:p>
      <w:r>
        <w:t>硕士</w:t>
      </w:r>
    </w:p>
    <w:p>
      <w:r>
        <w:t>医学院</w:t>
      </w:r>
    </w:p>
    <w:p>
      <w:r>
        <w:t>105100</w:t>
      </w:r>
    </w:p>
    <w:p>
      <w:r>
        <w:t>临床医学</w:t>
      </w:r>
    </w:p>
    <w:p>
      <w:r>
        <w:t>曾诗诗</w:t>
      </w:r>
    </w:p>
    <w:p>
      <w:r>
        <w:t>4212****4727</w:t>
      </w:r>
    </w:p>
    <w:p>
      <w:r>
        <w:t>硕士</w:t>
      </w:r>
    </w:p>
    <w:p>
      <w:r>
        <w:t>医学院</w:t>
      </w:r>
    </w:p>
    <w:p>
      <w:r>
        <w:t>071000</w:t>
      </w:r>
    </w:p>
    <w:p>
      <w:r>
        <w:t>生物学</w:t>
      </w:r>
    </w:p>
    <w:p>
      <w:r>
        <w:t>陈欣婷</w:t>
      </w:r>
    </w:p>
    <w:p>
      <w:r>
        <w:t>4452****0026</w:t>
      </w:r>
    </w:p>
    <w:p>
      <w:r>
        <w:t>硕士</w:t>
      </w:r>
    </w:p>
    <w:p>
      <w:r>
        <w:t>医学院</w:t>
      </w:r>
    </w:p>
    <w:p>
      <w:r>
        <w:t>071000</w:t>
      </w:r>
    </w:p>
    <w:p>
      <w:r>
        <w:t>生物学</w:t>
      </w:r>
    </w:p>
    <w:p>
      <w:r>
        <w:t>程堉</w:t>
      </w:r>
    </w:p>
    <w:p>
      <w:r>
        <w:t>4111****0164</w:t>
      </w:r>
    </w:p>
    <w:p>
      <w:r>
        <w:t>硕士</w:t>
      </w:r>
    </w:p>
    <w:p>
      <w:r>
        <w:t>医学院</w:t>
      </w:r>
    </w:p>
    <w:p>
      <w:r>
        <w:t>071000</w:t>
      </w:r>
    </w:p>
    <w:p>
      <w:r>
        <w:t>生物学</w:t>
      </w:r>
    </w:p>
    <w:p>
      <w:r>
        <w:t>崔皓涵</w:t>
      </w:r>
    </w:p>
    <w:p>
      <w:r>
        <w:t>4401****1511</w:t>
      </w:r>
    </w:p>
    <w:p>
      <w:r>
        <w:t>硕士</w:t>
      </w:r>
    </w:p>
    <w:p>
      <w:r>
        <w:t>医学院</w:t>
      </w:r>
    </w:p>
    <w:p>
      <w:r>
        <w:t>071000</w:t>
      </w:r>
    </w:p>
    <w:p>
      <w:r>
        <w:t>生物学</w:t>
      </w:r>
    </w:p>
    <w:p>
      <w:r>
        <w:t>翟武迪</w:t>
      </w:r>
    </w:p>
    <w:p>
      <w:r>
        <w:t>3713****2112</w:t>
      </w:r>
    </w:p>
    <w:p>
      <w:r>
        <w:t>硕士</w:t>
      </w:r>
    </w:p>
    <w:p>
      <w:r>
        <w:t>医学院</w:t>
      </w:r>
    </w:p>
    <w:p>
      <w:r>
        <w:t>071000</w:t>
      </w:r>
    </w:p>
    <w:p>
      <w:r>
        <w:t>生物学</w:t>
      </w:r>
    </w:p>
    <w:p>
      <w:r>
        <w:t>范义浩</w:t>
      </w:r>
    </w:p>
    <w:p>
      <w:r>
        <w:t>3601****8738</w:t>
      </w:r>
    </w:p>
    <w:p>
      <w:r>
        <w:t>硕士</w:t>
      </w:r>
    </w:p>
    <w:p>
      <w:r>
        <w:t>医学院</w:t>
      </w:r>
    </w:p>
    <w:p>
      <w:r>
        <w:t>071000</w:t>
      </w:r>
    </w:p>
    <w:p>
      <w:r>
        <w:t>生物学</w:t>
      </w:r>
    </w:p>
    <w:p>
      <w:r>
        <w:t>冯煜桐</w:t>
      </w:r>
    </w:p>
    <w:p>
      <w:r>
        <w:t>4401****7222</w:t>
      </w:r>
    </w:p>
    <w:p>
      <w:r>
        <w:t>硕士</w:t>
      </w:r>
    </w:p>
    <w:p>
      <w:r>
        <w:t>医学院</w:t>
      </w:r>
    </w:p>
    <w:p>
      <w:r>
        <w:t>071000</w:t>
      </w:r>
    </w:p>
    <w:p>
      <w:r>
        <w:t>生物学</w:t>
      </w:r>
    </w:p>
    <w:p>
      <w:r>
        <w:t>符爱涌</w:t>
      </w:r>
    </w:p>
    <w:p>
      <w:r>
        <w:t>1406****4522</w:t>
      </w:r>
    </w:p>
    <w:p>
      <w:r>
        <w:t>硕士</w:t>
      </w:r>
    </w:p>
    <w:p>
      <w:r>
        <w:t>医学院</w:t>
      </w:r>
    </w:p>
    <w:p>
      <w:r>
        <w:t>071000</w:t>
      </w:r>
    </w:p>
    <w:p>
      <w:r>
        <w:t>生物学</w:t>
      </w:r>
    </w:p>
    <w:p>
      <w:r>
        <w:t>付敏</w:t>
      </w:r>
    </w:p>
    <w:p>
      <w:r>
        <w:t>6224****1227</w:t>
      </w:r>
    </w:p>
    <w:p>
      <w:r>
        <w:t>硕士</w:t>
      </w:r>
    </w:p>
    <w:p>
      <w:r>
        <w:t>医学院</w:t>
      </w:r>
    </w:p>
    <w:p>
      <w:r>
        <w:t>071000</w:t>
      </w:r>
    </w:p>
    <w:p>
      <w:r>
        <w:t>生物学</w:t>
      </w:r>
    </w:p>
    <w:p>
      <w:r>
        <w:t>何欣颖</w:t>
      </w:r>
    </w:p>
    <w:p>
      <w:r>
        <w:t>4503****1226</w:t>
      </w:r>
    </w:p>
    <w:p>
      <w:r>
        <w:t>硕士</w:t>
      </w:r>
    </w:p>
    <w:p>
      <w:r>
        <w:t>医学院</w:t>
      </w:r>
    </w:p>
    <w:p>
      <w:r>
        <w:t>071000</w:t>
      </w:r>
    </w:p>
    <w:p>
      <w:r>
        <w:t>生物学</w:t>
      </w:r>
    </w:p>
    <w:p>
      <w:r>
        <w:t>何应辉</w:t>
      </w:r>
    </w:p>
    <w:p>
      <w:r>
        <w:t>4228****0437</w:t>
      </w:r>
    </w:p>
    <w:p>
      <w:r>
        <w:t>硕士</w:t>
      </w:r>
    </w:p>
    <w:p>
      <w:r>
        <w:t>医学院</w:t>
      </w:r>
    </w:p>
    <w:p>
      <w:r>
        <w:t>071000</w:t>
      </w:r>
    </w:p>
    <w:p>
      <w:r>
        <w:t>生物学</w:t>
      </w:r>
    </w:p>
    <w:p>
      <w:r>
        <w:t>贺玟萱</w:t>
      </w:r>
    </w:p>
    <w:p>
      <w:r>
        <w:t>3604****1144</w:t>
      </w:r>
    </w:p>
    <w:p>
      <w:r>
        <w:t>硕士</w:t>
      </w:r>
    </w:p>
    <w:p>
      <w:r>
        <w:t>医学院</w:t>
      </w:r>
    </w:p>
    <w:p>
      <w:r>
        <w:t>071000</w:t>
      </w:r>
    </w:p>
    <w:p>
      <w:r>
        <w:t>生物学</w:t>
      </w:r>
    </w:p>
    <w:p>
      <w:r>
        <w:t>黄镕杰</w:t>
      </w:r>
    </w:p>
    <w:p>
      <w:r>
        <w:t>4405****1319</w:t>
      </w:r>
    </w:p>
    <w:p>
      <w:r>
        <w:t>硕士</w:t>
      </w:r>
    </w:p>
    <w:p>
      <w:r>
        <w:t>医学院</w:t>
      </w:r>
    </w:p>
    <w:p>
      <w:r>
        <w:t>071000</w:t>
      </w:r>
    </w:p>
    <w:p>
      <w:r>
        <w:t>生物学</w:t>
      </w:r>
    </w:p>
    <w:p>
      <w:r>
        <w:t>黄文倩</w:t>
      </w:r>
    </w:p>
    <w:p>
      <w:r>
        <w:t>5109****0287</w:t>
      </w:r>
    </w:p>
    <w:p>
      <w:r>
        <w:t>硕士</w:t>
      </w:r>
    </w:p>
    <w:p>
      <w:r>
        <w:t>医学院</w:t>
      </w:r>
    </w:p>
    <w:p>
      <w:r>
        <w:t>071000</w:t>
      </w:r>
    </w:p>
    <w:p>
      <w:r>
        <w:t>生物学</w:t>
      </w:r>
    </w:p>
    <w:p>
      <w:r>
        <w:t>贾新颖</w:t>
      </w:r>
    </w:p>
    <w:p>
      <w:r>
        <w:t>4105****0101</w:t>
      </w:r>
    </w:p>
    <w:p>
      <w:r>
        <w:t>硕士</w:t>
      </w:r>
    </w:p>
    <w:p>
      <w:r>
        <w:t>医学院</w:t>
      </w:r>
    </w:p>
    <w:p>
      <w:r>
        <w:t>071000</w:t>
      </w:r>
    </w:p>
    <w:p>
      <w:r>
        <w:t>生物学</w:t>
      </w:r>
    </w:p>
    <w:p>
      <w:r>
        <w:t>李华婷</w:t>
      </w:r>
    </w:p>
    <w:p>
      <w:r>
        <w:t>4408****1925</w:t>
      </w:r>
    </w:p>
    <w:p>
      <w:r>
        <w:t>硕士</w:t>
      </w:r>
    </w:p>
    <w:p>
      <w:r>
        <w:t>医学院</w:t>
      </w:r>
    </w:p>
    <w:p>
      <w:r>
        <w:t>071000</w:t>
      </w:r>
    </w:p>
    <w:p>
      <w:r>
        <w:t>生物学</w:t>
      </w:r>
    </w:p>
    <w:p>
      <w:r>
        <w:t>李全全</w:t>
      </w:r>
    </w:p>
    <w:p>
      <w:r>
        <w:t>4290****5115</w:t>
      </w:r>
    </w:p>
    <w:p>
      <w:r>
        <w:t>硕士</w:t>
      </w:r>
    </w:p>
    <w:p>
      <w:r>
        <w:t>医学院</w:t>
      </w:r>
    </w:p>
    <w:p>
      <w:r>
        <w:t>071000</w:t>
      </w:r>
    </w:p>
    <w:p>
      <w:r>
        <w:t>生物学</w:t>
      </w:r>
    </w:p>
    <w:p>
      <w:r>
        <w:t>李翔宇</w:t>
      </w:r>
    </w:p>
    <w:p>
      <w:r>
        <w:t>4116****1217</w:t>
      </w:r>
    </w:p>
    <w:p>
      <w:r>
        <w:t>硕士</w:t>
      </w:r>
    </w:p>
    <w:p>
      <w:r>
        <w:t>医学院</w:t>
      </w:r>
    </w:p>
    <w:p>
      <w:r>
        <w:t>071000</w:t>
      </w:r>
    </w:p>
    <w:p>
      <w:r>
        <w:t>生物学</w:t>
      </w:r>
    </w:p>
    <w:p>
      <w:r>
        <w:t>李小能</w:t>
      </w:r>
    </w:p>
    <w:p>
      <w:r>
        <w:t>4416****3315</w:t>
      </w:r>
    </w:p>
    <w:p>
      <w:r>
        <w:t>硕士</w:t>
      </w:r>
    </w:p>
    <w:p>
      <w:r>
        <w:t>医学院</w:t>
      </w:r>
    </w:p>
    <w:p>
      <w:r>
        <w:t>071000</w:t>
      </w:r>
    </w:p>
    <w:p>
      <w:r>
        <w:t>生物学</w:t>
      </w:r>
    </w:p>
    <w:p>
      <w:r>
        <w:t>李瑶</w:t>
      </w:r>
    </w:p>
    <w:p>
      <w:r>
        <w:t>4402****5320</w:t>
      </w:r>
    </w:p>
    <w:p>
      <w:r>
        <w:t>硕士</w:t>
      </w:r>
    </w:p>
    <w:p>
      <w:r>
        <w:t>医学院</w:t>
      </w:r>
    </w:p>
    <w:p>
      <w:r>
        <w:t>071000</w:t>
      </w:r>
    </w:p>
    <w:p>
      <w:r>
        <w:t>生物学</w:t>
      </w:r>
    </w:p>
    <w:p>
      <w:r>
        <w:t>梁妍越</w:t>
      </w:r>
    </w:p>
    <w:p>
      <w:r>
        <w:t>1410****0189</w:t>
      </w:r>
    </w:p>
    <w:p>
      <w:r>
        <w:t>硕士</w:t>
      </w:r>
    </w:p>
    <w:p>
      <w:r>
        <w:t>医学院</w:t>
      </w:r>
    </w:p>
    <w:p>
      <w:r>
        <w:t>071000</w:t>
      </w:r>
    </w:p>
    <w:p>
      <w:r>
        <w:t>生物学</w:t>
      </w:r>
    </w:p>
    <w:p>
      <w:r>
        <w:t>林鹭媛</w:t>
      </w:r>
    </w:p>
    <w:p>
      <w:r>
        <w:t>3506****1106</w:t>
      </w:r>
    </w:p>
    <w:p>
      <w:r>
        <w:t>硕士</w:t>
      </w:r>
    </w:p>
    <w:p>
      <w:r>
        <w:t>医学院</w:t>
      </w:r>
    </w:p>
    <w:p>
      <w:r>
        <w:t>071000</w:t>
      </w:r>
    </w:p>
    <w:p>
      <w:r>
        <w:t>生物学</w:t>
      </w:r>
    </w:p>
    <w:p>
      <w:r>
        <w:t>林梓达</w:t>
      </w:r>
    </w:p>
    <w:p>
      <w:r>
        <w:t>4451****5657</w:t>
      </w:r>
    </w:p>
    <w:p>
      <w:r>
        <w:t>硕士</w:t>
      </w:r>
    </w:p>
    <w:p>
      <w:r>
        <w:t>医学院</w:t>
      </w:r>
    </w:p>
    <w:p>
      <w:r>
        <w:t>071000</w:t>
      </w:r>
    </w:p>
    <w:p>
      <w:r>
        <w:t>生物学</w:t>
      </w:r>
    </w:p>
    <w:p>
      <w:r>
        <w:t>刘舒琪</w:t>
      </w:r>
    </w:p>
    <w:p>
      <w:r>
        <w:t>3624****0022</w:t>
      </w:r>
    </w:p>
    <w:p>
      <w:r>
        <w:t>硕士</w:t>
      </w:r>
    </w:p>
    <w:p>
      <w:r>
        <w:t>医学院</w:t>
      </w:r>
    </w:p>
    <w:p>
      <w:r>
        <w:t>071000</w:t>
      </w:r>
    </w:p>
    <w:p>
      <w:r>
        <w:t>生物学</w:t>
      </w:r>
    </w:p>
    <w:p>
      <w:r>
        <w:t>罗裔宵</w:t>
      </w:r>
    </w:p>
    <w:p>
      <w:r>
        <w:t>4402****4012</w:t>
      </w:r>
    </w:p>
    <w:p>
      <w:r>
        <w:t>硕士</w:t>
      </w:r>
    </w:p>
    <w:p>
      <w:r>
        <w:t>医学院</w:t>
      </w:r>
    </w:p>
    <w:p>
      <w:r>
        <w:t>071000</w:t>
      </w:r>
    </w:p>
    <w:p>
      <w:r>
        <w:t>生物学</w:t>
      </w:r>
    </w:p>
    <w:p>
      <w:r>
        <w:t>覃炎烽</w:t>
      </w:r>
    </w:p>
    <w:p>
      <w:r>
        <w:t>4210****8818</w:t>
      </w:r>
    </w:p>
    <w:p>
      <w:r>
        <w:t>硕士</w:t>
      </w:r>
    </w:p>
    <w:p>
      <w:r>
        <w:t>医学院</w:t>
      </w:r>
    </w:p>
    <w:p>
      <w:r>
        <w:t>071000</w:t>
      </w:r>
    </w:p>
    <w:p>
      <w:r>
        <w:t>生物学</w:t>
      </w:r>
    </w:p>
    <w:p>
      <w:r>
        <w:t>田帆</w:t>
      </w:r>
    </w:p>
    <w:p>
      <w:r>
        <w:t>4331****0045</w:t>
      </w:r>
    </w:p>
    <w:p>
      <w:r>
        <w:t>硕士</w:t>
      </w:r>
    </w:p>
    <w:p>
      <w:r>
        <w:t>医学院</w:t>
      </w:r>
    </w:p>
    <w:p>
      <w:r>
        <w:t>071000</w:t>
      </w:r>
    </w:p>
    <w:p>
      <w:r>
        <w:t>生物学</w:t>
      </w:r>
    </w:p>
    <w:p>
      <w:r>
        <w:t>汪子怡</w:t>
      </w:r>
    </w:p>
    <w:p>
      <w:r>
        <w:t>4210****5365</w:t>
      </w:r>
    </w:p>
    <w:p>
      <w:r>
        <w:t>硕士</w:t>
      </w:r>
    </w:p>
    <w:p>
      <w:r>
        <w:t>医学院</w:t>
      </w:r>
    </w:p>
    <w:p>
      <w:r>
        <w:t>071000</w:t>
      </w:r>
    </w:p>
    <w:p>
      <w:r>
        <w:t>生物学</w:t>
      </w:r>
    </w:p>
    <w:p>
      <w:r>
        <w:t>吴芊慧</w:t>
      </w:r>
    </w:p>
    <w:p>
      <w:r>
        <w:t>4408****0624</w:t>
      </w:r>
    </w:p>
    <w:p>
      <w:r>
        <w:t>硕士</w:t>
      </w:r>
    </w:p>
    <w:p>
      <w:r>
        <w:t>医学院</w:t>
      </w:r>
    </w:p>
    <w:p>
      <w:r>
        <w:t>071000</w:t>
      </w:r>
    </w:p>
    <w:p>
      <w:r>
        <w:t>生物学</w:t>
      </w:r>
    </w:p>
    <w:p>
      <w:r>
        <w:t>南方科技大学2026级推免生（含直博生）拟录取名单</w:t>
      </w:r>
    </w:p>
    <w:p>
      <w:r>
        <w:t>姓名</w:t>
      </w:r>
    </w:p>
    <w:p>
      <w:r>
        <w:t>证件号码</w:t>
      </w:r>
    </w:p>
    <w:p>
      <w:r>
        <w:t>录取类别</w:t>
      </w:r>
    </w:p>
    <w:p>
      <w:r>
        <w:t>录取院系名称</w:t>
      </w:r>
    </w:p>
    <w:p>
      <w:r>
        <w:t>录取专业代码</w:t>
      </w:r>
    </w:p>
    <w:p>
      <w:r>
        <w:t>录取专业名称</w:t>
      </w:r>
    </w:p>
    <w:p>
      <w:r>
        <w:t>备注</w:t>
      </w:r>
    </w:p>
    <w:p>
      <w:r>
        <w:t>谢佳慧</w:t>
      </w:r>
    </w:p>
    <w:p>
      <w:r>
        <w:t>4113****2543</w:t>
      </w:r>
    </w:p>
    <w:p>
      <w:r>
        <w:t>硕士</w:t>
      </w:r>
    </w:p>
    <w:p>
      <w:r>
        <w:t>医学院</w:t>
      </w:r>
    </w:p>
    <w:p>
      <w:r>
        <w:t>071000</w:t>
      </w:r>
    </w:p>
    <w:p>
      <w:r>
        <w:t>生物学</w:t>
      </w:r>
    </w:p>
    <w:p>
      <w:r>
        <w:t>杨心怡</w:t>
      </w:r>
    </w:p>
    <w:p>
      <w:r>
        <w:t>4408****3228</w:t>
      </w:r>
    </w:p>
    <w:p>
      <w:r>
        <w:t>硕士</w:t>
      </w:r>
    </w:p>
    <w:p>
      <w:r>
        <w:t>医学院</w:t>
      </w:r>
    </w:p>
    <w:p>
      <w:r>
        <w:t>071000</w:t>
      </w:r>
    </w:p>
    <w:p>
      <w:r>
        <w:t>生物学</w:t>
      </w:r>
    </w:p>
    <w:p>
      <w:r>
        <w:t>姚博文</w:t>
      </w:r>
    </w:p>
    <w:p>
      <w:r>
        <w:t>4307****0079</w:t>
      </w:r>
    </w:p>
    <w:p>
      <w:r>
        <w:t>硕士</w:t>
      </w:r>
    </w:p>
    <w:p>
      <w:r>
        <w:t>医学院</w:t>
      </w:r>
    </w:p>
    <w:p>
      <w:r>
        <w:t>071000</w:t>
      </w:r>
    </w:p>
    <w:p>
      <w:r>
        <w:t>生物学</w:t>
      </w:r>
    </w:p>
    <w:p>
      <w:r>
        <w:t>叶恒延</w:t>
      </w:r>
    </w:p>
    <w:p>
      <w:r>
        <w:t>4507****092X</w:t>
      </w:r>
    </w:p>
    <w:p>
      <w:r>
        <w:t>硕士</w:t>
      </w:r>
    </w:p>
    <w:p>
      <w:r>
        <w:t>医学院</w:t>
      </w:r>
    </w:p>
    <w:p>
      <w:r>
        <w:t>071000</w:t>
      </w:r>
    </w:p>
    <w:p>
      <w:r>
        <w:t>生物学</w:t>
      </w:r>
    </w:p>
    <w:p>
      <w:r>
        <w:t>余施妍</w:t>
      </w:r>
    </w:p>
    <w:p>
      <w:r>
        <w:t>4406****4224</w:t>
      </w:r>
    </w:p>
    <w:p>
      <w:r>
        <w:t>硕士</w:t>
      </w:r>
    </w:p>
    <w:p>
      <w:r>
        <w:t>医学院</w:t>
      </w:r>
    </w:p>
    <w:p>
      <w:r>
        <w:t>071000</w:t>
      </w:r>
    </w:p>
    <w:p>
      <w:r>
        <w:t>生物学</w:t>
      </w:r>
    </w:p>
    <w:p>
      <w:r>
        <w:t>虞雅婷</w:t>
      </w:r>
    </w:p>
    <w:p>
      <w:r>
        <w:t>4301****1027</w:t>
      </w:r>
    </w:p>
    <w:p>
      <w:r>
        <w:t>硕士</w:t>
      </w:r>
    </w:p>
    <w:p>
      <w:r>
        <w:t>医学院</w:t>
      </w:r>
    </w:p>
    <w:p>
      <w:r>
        <w:t>071000</w:t>
      </w:r>
    </w:p>
    <w:p>
      <w:r>
        <w:t>生物学</w:t>
      </w:r>
    </w:p>
    <w:p>
      <w:r>
        <w:t>岳睿敏</w:t>
      </w:r>
    </w:p>
    <w:p>
      <w:r>
        <w:t>4305****4528</w:t>
      </w:r>
    </w:p>
    <w:p>
      <w:r>
        <w:t>硕士</w:t>
      </w:r>
    </w:p>
    <w:p>
      <w:r>
        <w:t>医学院</w:t>
      </w:r>
    </w:p>
    <w:p>
      <w:r>
        <w:t>071000</w:t>
      </w:r>
    </w:p>
    <w:p>
      <w:r>
        <w:t>生物学</w:t>
      </w:r>
    </w:p>
    <w:p>
      <w:r>
        <w:t>张佳敏</w:t>
      </w:r>
    </w:p>
    <w:p>
      <w:r>
        <w:t>6227****0026</w:t>
      </w:r>
    </w:p>
    <w:p>
      <w:r>
        <w:t>硕士</w:t>
      </w:r>
    </w:p>
    <w:p>
      <w:r>
        <w:t>医学院</w:t>
      </w:r>
    </w:p>
    <w:p>
      <w:r>
        <w:t>071000</w:t>
      </w:r>
    </w:p>
    <w:p>
      <w:r>
        <w:t>生物学</w:t>
      </w:r>
    </w:p>
    <w:p>
      <w:r>
        <w:t>张仁侠</w:t>
      </w:r>
    </w:p>
    <w:p>
      <w:r>
        <w:t>3622****0513</w:t>
      </w:r>
    </w:p>
    <w:p>
      <w:r>
        <w:t>硕士</w:t>
      </w:r>
    </w:p>
    <w:p>
      <w:r>
        <w:t>医学院</w:t>
      </w:r>
    </w:p>
    <w:p>
      <w:r>
        <w:t>071000</w:t>
      </w:r>
    </w:p>
    <w:p>
      <w:r>
        <w:t>生物学</w:t>
      </w:r>
    </w:p>
    <w:p>
      <w:r>
        <w:t>张庭瑞</w:t>
      </w:r>
    </w:p>
    <w:p>
      <w:r>
        <w:t>3207****0014</w:t>
      </w:r>
    </w:p>
    <w:p>
      <w:r>
        <w:t>硕士</w:t>
      </w:r>
    </w:p>
    <w:p>
      <w:r>
        <w:t>医学院</w:t>
      </w:r>
    </w:p>
    <w:p>
      <w:r>
        <w:t>071000</w:t>
      </w:r>
    </w:p>
    <w:p>
      <w:r>
        <w:t>生物学</w:t>
      </w:r>
    </w:p>
    <w:p>
      <w:r>
        <w:t>张滢月</w:t>
      </w:r>
    </w:p>
    <w:p>
      <w:r>
        <w:t>1410****0045</w:t>
      </w:r>
    </w:p>
    <w:p>
      <w:r>
        <w:t>硕士</w:t>
      </w:r>
    </w:p>
    <w:p>
      <w:r>
        <w:t>医学院</w:t>
      </w:r>
    </w:p>
    <w:p>
      <w:r>
        <w:t>071000</w:t>
      </w:r>
    </w:p>
    <w:p>
      <w:r>
        <w:t>生物学</w:t>
      </w:r>
    </w:p>
    <w:p>
      <w:r>
        <w:t>张原浦</w:t>
      </w:r>
    </w:p>
    <w:p>
      <w:r>
        <w:t>4111****0212</w:t>
      </w:r>
    </w:p>
    <w:p>
      <w:r>
        <w:t>硕士</w:t>
      </w:r>
    </w:p>
    <w:p>
      <w:r>
        <w:t>医学院</w:t>
      </w:r>
    </w:p>
    <w:p>
      <w:r>
        <w:t>071000</w:t>
      </w:r>
    </w:p>
    <w:p>
      <w:r>
        <w:t>生物学</w:t>
      </w:r>
    </w:p>
    <w:p>
      <w:r>
        <w:t>郑瑾禧</w:t>
      </w:r>
    </w:p>
    <w:p>
      <w:r>
        <w:t>4452****5928</w:t>
      </w:r>
    </w:p>
    <w:p>
      <w:r>
        <w:t>硕士</w:t>
      </w:r>
    </w:p>
    <w:p>
      <w:r>
        <w:t>医学院</w:t>
      </w:r>
    </w:p>
    <w:p>
      <w:r>
        <w:t>071000</w:t>
      </w:r>
    </w:p>
    <w:p>
      <w:r>
        <w:t>生物学</w:t>
      </w:r>
    </w:p>
    <w:p>
      <w:r>
        <w:t>周柳宏</w:t>
      </w:r>
    </w:p>
    <w:p>
      <w:r>
        <w:t>4401****6723</w:t>
      </w:r>
    </w:p>
    <w:p>
      <w:r>
        <w:t>硕士</w:t>
      </w:r>
    </w:p>
    <w:p>
      <w:r>
        <w:t>医学院</w:t>
      </w:r>
    </w:p>
    <w:p>
      <w:r>
        <w:t>071000</w:t>
      </w:r>
    </w:p>
    <w:p>
      <w:r>
        <w:t>生物学</w:t>
      </w:r>
    </w:p>
    <w:p>
      <w:r>
        <w:t>胡若怡</w:t>
      </w:r>
    </w:p>
    <w:p>
      <w:r>
        <w:t>3508****1548</w:t>
      </w:r>
    </w:p>
    <w:p>
      <w:r>
        <w:t>硕士</w:t>
      </w:r>
    </w:p>
    <w:p>
      <w:r>
        <w:t>医学院</w:t>
      </w:r>
    </w:p>
    <w:p>
      <w:r>
        <w:t>086000</w:t>
      </w:r>
    </w:p>
    <w:p>
      <w:r>
        <w:t>生物与医药</w:t>
      </w:r>
    </w:p>
    <w:p>
      <w:r>
        <w:t>工程硕博士专项</w:t>
      </w:r>
    </w:p>
    <w:p>
      <w:r>
        <w:t>尹宇涛</w:t>
      </w:r>
    </w:p>
    <w:p>
      <w:r>
        <w:t>4105****9750</w:t>
      </w:r>
    </w:p>
    <w:p>
      <w:r>
        <w:t>直博生</w:t>
      </w:r>
    </w:p>
    <w:p>
      <w:r>
        <w:t>医学院</w:t>
      </w:r>
    </w:p>
    <w:p>
      <w:r>
        <w:t>100200</w:t>
      </w:r>
    </w:p>
    <w:p>
      <w:r>
        <w:t>临床医学</w:t>
      </w:r>
    </w:p>
    <w:p>
      <w:r>
        <w:t>王紫璐</w:t>
      </w:r>
    </w:p>
    <w:p>
      <w:r>
        <w:t>1502****3922</w:t>
      </w:r>
    </w:p>
    <w:p>
      <w:r>
        <w:t>直博生</w:t>
      </w:r>
    </w:p>
    <w:p>
      <w:r>
        <w:t>医学院</w:t>
      </w:r>
    </w:p>
    <w:p>
      <w:r>
        <w:t>071000</w:t>
      </w:r>
    </w:p>
    <w:p>
      <w:r>
        <w:t>生物学</w:t>
      </w:r>
    </w:p>
    <w:p>
      <w:r>
        <w:t>郑涵予</w:t>
      </w:r>
    </w:p>
    <w:p>
      <w:r>
        <w:t>4405****0628</w:t>
      </w:r>
    </w:p>
    <w:p>
      <w:r>
        <w:t>直博生</w:t>
      </w:r>
    </w:p>
    <w:p>
      <w:r>
        <w:t>医学院</w:t>
      </w:r>
    </w:p>
    <w:p>
      <w:r>
        <w:t>071000</w:t>
      </w:r>
    </w:p>
    <w:p>
      <w:r>
        <w:t>生物学</w:t>
      </w:r>
    </w:p>
    <w:p>
      <w:r>
        <w:t>安馨</w:t>
      </w:r>
    </w:p>
    <w:p>
      <w:r>
        <w:t>4209****4226</w:t>
      </w:r>
    </w:p>
    <w:p>
      <w:r>
        <w:t>硕士</w:t>
      </w:r>
    </w:p>
    <w:p>
      <w:r>
        <w:t>深港微电子学院</w:t>
      </w:r>
    </w:p>
    <w:p>
      <w:r>
        <w:t>085403</w:t>
      </w:r>
    </w:p>
    <w:p>
      <w:r>
        <w:t>集成电路工程</w:t>
      </w:r>
    </w:p>
    <w:p>
      <w:r>
        <w:t>丁宇轩</w:t>
      </w:r>
    </w:p>
    <w:p>
      <w:r>
        <w:t>2102****6016</w:t>
      </w:r>
    </w:p>
    <w:p>
      <w:r>
        <w:t>硕士</w:t>
      </w:r>
    </w:p>
    <w:p>
      <w:r>
        <w:t>深港微电子学院</w:t>
      </w:r>
    </w:p>
    <w:p>
      <w:r>
        <w:t>085403</w:t>
      </w:r>
    </w:p>
    <w:p>
      <w:r>
        <w:t>集成电路工程</w:t>
      </w:r>
    </w:p>
    <w:p>
      <w:r>
        <w:t>范荣佳</w:t>
      </w:r>
    </w:p>
    <w:p>
      <w:r>
        <w:t>4405****1312</w:t>
      </w:r>
    </w:p>
    <w:p>
      <w:r>
        <w:t>硕士</w:t>
      </w:r>
    </w:p>
    <w:p>
      <w:r>
        <w:t>深港微电子学院</w:t>
      </w:r>
    </w:p>
    <w:p>
      <w:r>
        <w:t>085403</w:t>
      </w:r>
    </w:p>
    <w:p>
      <w:r>
        <w:t>集成电路工程</w:t>
      </w:r>
    </w:p>
    <w:p>
      <w:r>
        <w:t>梁瑞健</w:t>
      </w:r>
    </w:p>
    <w:p>
      <w:r>
        <w:t>4409****2013</w:t>
      </w:r>
    </w:p>
    <w:p>
      <w:r>
        <w:t>硕士</w:t>
      </w:r>
    </w:p>
    <w:p>
      <w:r>
        <w:t>深港微电子学院</w:t>
      </w:r>
    </w:p>
    <w:p>
      <w:r>
        <w:t>085403</w:t>
      </w:r>
    </w:p>
    <w:p>
      <w:r>
        <w:t>集成电路工程</w:t>
      </w:r>
    </w:p>
    <w:p>
      <w:r>
        <w:t>梁小龙</w:t>
      </w:r>
    </w:p>
    <w:p>
      <w:r>
        <w:t>1527****0315</w:t>
      </w:r>
    </w:p>
    <w:p>
      <w:r>
        <w:t>硕士</w:t>
      </w:r>
    </w:p>
    <w:p>
      <w:r>
        <w:t>深港微电子学院</w:t>
      </w:r>
    </w:p>
    <w:p>
      <w:r>
        <w:t>085403</w:t>
      </w:r>
    </w:p>
    <w:p>
      <w:r>
        <w:t>集成电路工程</w:t>
      </w:r>
    </w:p>
    <w:p>
      <w:r>
        <w:t>刘圳钰</w:t>
      </w:r>
    </w:p>
    <w:p>
      <w:r>
        <w:t>4108****0142</w:t>
      </w:r>
    </w:p>
    <w:p>
      <w:r>
        <w:t>硕士</w:t>
      </w:r>
    </w:p>
    <w:p>
      <w:r>
        <w:t>深港微电子学院</w:t>
      </w:r>
    </w:p>
    <w:p>
      <w:r>
        <w:t>085403</w:t>
      </w:r>
    </w:p>
    <w:p>
      <w:r>
        <w:t>集成电路工程</w:t>
      </w:r>
    </w:p>
    <w:p>
      <w:r>
        <w:t>罗通宇</w:t>
      </w:r>
    </w:p>
    <w:p>
      <w:r>
        <w:t>4408****1814</w:t>
      </w:r>
    </w:p>
    <w:p>
      <w:r>
        <w:t>硕士</w:t>
      </w:r>
    </w:p>
    <w:p>
      <w:r>
        <w:t>深港微电子学院</w:t>
      </w:r>
    </w:p>
    <w:p>
      <w:r>
        <w:t>085403</w:t>
      </w:r>
    </w:p>
    <w:p>
      <w:r>
        <w:t>集成电路工程</w:t>
      </w:r>
    </w:p>
    <w:p>
      <w:r>
        <w:t>王意铭</w:t>
      </w:r>
    </w:p>
    <w:p>
      <w:r>
        <w:t>3209****8317</w:t>
      </w:r>
    </w:p>
    <w:p>
      <w:r>
        <w:t>硕士</w:t>
      </w:r>
    </w:p>
    <w:p>
      <w:r>
        <w:t>深港微电子学院</w:t>
      </w:r>
    </w:p>
    <w:p>
      <w:r>
        <w:t>085403</w:t>
      </w:r>
    </w:p>
    <w:p>
      <w:r>
        <w:t>集成电路工程</w:t>
      </w:r>
    </w:p>
    <w:p>
      <w:r>
        <w:t>于勃锐</w:t>
      </w:r>
    </w:p>
    <w:p>
      <w:r>
        <w:t>3701****5877</w:t>
      </w:r>
    </w:p>
    <w:p>
      <w:r>
        <w:t>硕士</w:t>
      </w:r>
    </w:p>
    <w:p>
      <w:r>
        <w:t>深港微电子学院</w:t>
      </w:r>
    </w:p>
    <w:p>
      <w:r>
        <w:t>085403</w:t>
      </w:r>
    </w:p>
    <w:p>
      <w:r>
        <w:t>集成电路工程</w:t>
      </w:r>
    </w:p>
    <w:p>
      <w:r>
        <w:t>张业淋</w:t>
      </w:r>
    </w:p>
    <w:p>
      <w:r>
        <w:t>4417****3317</w:t>
      </w:r>
    </w:p>
    <w:p>
      <w:r>
        <w:t>硕士</w:t>
      </w:r>
    </w:p>
    <w:p>
      <w:r>
        <w:t>深港微电子学院</w:t>
      </w:r>
    </w:p>
    <w:p>
      <w:r>
        <w:t>085403</w:t>
      </w:r>
    </w:p>
    <w:p>
      <w:r>
        <w:t>集成电路工程</w:t>
      </w:r>
    </w:p>
    <w:p>
      <w:r>
        <w:t>曹致远</w:t>
      </w:r>
    </w:p>
    <w:p>
      <w:r>
        <w:t>4407****6915</w:t>
      </w:r>
    </w:p>
    <w:p>
      <w:r>
        <w:t>硕士</w:t>
      </w:r>
    </w:p>
    <w:p>
      <w:r>
        <w:t>深港微电子学院</w:t>
      </w:r>
    </w:p>
    <w:p>
      <w:r>
        <w:t>087300</w:t>
      </w:r>
    </w:p>
    <w:p>
      <w:r>
        <w:t>集成电路科学与工程</w:t>
      </w:r>
    </w:p>
    <w:p>
      <w:r>
        <w:t>曾伟勋</w:t>
      </w:r>
    </w:p>
    <w:p>
      <w:r>
        <w:t>4402****2614</w:t>
      </w:r>
    </w:p>
    <w:p>
      <w:r>
        <w:t>硕士</w:t>
      </w:r>
    </w:p>
    <w:p>
      <w:r>
        <w:t>深港微电子学院</w:t>
      </w:r>
    </w:p>
    <w:p>
      <w:r>
        <w:t>087300</w:t>
      </w:r>
    </w:p>
    <w:p>
      <w:r>
        <w:t>集成电路科学与工程</w:t>
      </w:r>
    </w:p>
    <w:p>
      <w:r>
        <w:t>陈倩</w:t>
      </w:r>
    </w:p>
    <w:p>
      <w:r>
        <w:t>3303****6108</w:t>
      </w:r>
    </w:p>
    <w:p>
      <w:r>
        <w:t>硕士</w:t>
      </w:r>
    </w:p>
    <w:p>
      <w:r>
        <w:t>深港微电子学院</w:t>
      </w:r>
    </w:p>
    <w:p>
      <w:r>
        <w:t>087300</w:t>
      </w:r>
    </w:p>
    <w:p>
      <w:r>
        <w:t>集成电路科学与工程</w:t>
      </w:r>
    </w:p>
    <w:p>
      <w:r>
        <w:t>郭一凡</w:t>
      </w:r>
    </w:p>
    <w:p>
      <w:r>
        <w:t>4105****0182</w:t>
      </w:r>
    </w:p>
    <w:p>
      <w:r>
        <w:t>硕士</w:t>
      </w:r>
    </w:p>
    <w:p>
      <w:r>
        <w:t>深港微电子学院</w:t>
      </w:r>
    </w:p>
    <w:p>
      <w:r>
        <w:t>087300</w:t>
      </w:r>
    </w:p>
    <w:p>
      <w:r>
        <w:t>集成电路科学与工程</w:t>
      </w:r>
    </w:p>
    <w:p>
      <w:r>
        <w:t>黄郅钦</w:t>
      </w:r>
    </w:p>
    <w:p>
      <w:r>
        <w:t>5201****5418</w:t>
      </w:r>
    </w:p>
    <w:p>
      <w:r>
        <w:t>硕士</w:t>
      </w:r>
    </w:p>
    <w:p>
      <w:r>
        <w:t>深港微电子学院</w:t>
      </w:r>
    </w:p>
    <w:p>
      <w:r>
        <w:t>087300</w:t>
      </w:r>
    </w:p>
    <w:p>
      <w:r>
        <w:t>集成电路科学与工程</w:t>
      </w:r>
    </w:p>
    <w:p>
      <w:r>
        <w:t>李轩宇</w:t>
      </w:r>
    </w:p>
    <w:p>
      <w:r>
        <w:t>4403****1515</w:t>
      </w:r>
    </w:p>
    <w:p>
      <w:r>
        <w:t>硕士</w:t>
      </w:r>
    </w:p>
    <w:p>
      <w:r>
        <w:t>深港微电子学院</w:t>
      </w:r>
    </w:p>
    <w:p>
      <w:r>
        <w:t>087300</w:t>
      </w:r>
    </w:p>
    <w:p>
      <w:r>
        <w:t>集成电路科学与工程</w:t>
      </w:r>
    </w:p>
    <w:p>
      <w:r>
        <w:t>李奕萱</w:t>
      </w:r>
    </w:p>
    <w:p>
      <w:r>
        <w:t>3708****1121</w:t>
      </w:r>
    </w:p>
    <w:p>
      <w:r>
        <w:t>硕士</w:t>
      </w:r>
    </w:p>
    <w:p>
      <w:r>
        <w:t>深港微电子学院</w:t>
      </w:r>
    </w:p>
    <w:p>
      <w:r>
        <w:t>087300</w:t>
      </w:r>
    </w:p>
    <w:p>
      <w:r>
        <w:t>集成电路科学与工程</w:t>
      </w:r>
    </w:p>
    <w:p>
      <w:r>
        <w:t>廖黄荪</w:t>
      </w:r>
    </w:p>
    <w:p>
      <w:r>
        <w:t>4526****0718</w:t>
      </w:r>
    </w:p>
    <w:p>
      <w:r>
        <w:t>硕士</w:t>
      </w:r>
    </w:p>
    <w:p>
      <w:r>
        <w:t>深港微电子学院</w:t>
      </w:r>
    </w:p>
    <w:p>
      <w:r>
        <w:t>087300</w:t>
      </w:r>
    </w:p>
    <w:p>
      <w:r>
        <w:t>集成电路科学与工程</w:t>
      </w:r>
    </w:p>
    <w:p>
      <w:r>
        <w:t>刘慧英</w:t>
      </w:r>
    </w:p>
    <w:p>
      <w:r>
        <w:t>4105****014X</w:t>
      </w:r>
    </w:p>
    <w:p>
      <w:r>
        <w:t>硕士</w:t>
      </w:r>
    </w:p>
    <w:p>
      <w:r>
        <w:t>深港微电子学院</w:t>
      </w:r>
    </w:p>
    <w:p>
      <w:r>
        <w:t>087300</w:t>
      </w:r>
    </w:p>
    <w:p>
      <w:r>
        <w:t>集成电路科学与工程</w:t>
      </w:r>
    </w:p>
    <w:p>
      <w:r>
        <w:t>刘骁</w:t>
      </w:r>
    </w:p>
    <w:p>
      <w:r>
        <w:t>2201****0613</w:t>
      </w:r>
    </w:p>
    <w:p>
      <w:r>
        <w:t>硕士</w:t>
      </w:r>
    </w:p>
    <w:p>
      <w:r>
        <w:t>深港微电子学院</w:t>
      </w:r>
    </w:p>
    <w:p>
      <w:r>
        <w:t>087300</w:t>
      </w:r>
    </w:p>
    <w:p>
      <w:r>
        <w:t>集成电路科学与工程</w:t>
      </w:r>
    </w:p>
    <w:p>
      <w:r>
        <w:t>刘玉标</w:t>
      </w:r>
    </w:p>
    <w:p>
      <w:r>
        <w:t>4109****0619</w:t>
      </w:r>
    </w:p>
    <w:p>
      <w:r>
        <w:t>硕士</w:t>
      </w:r>
    </w:p>
    <w:p>
      <w:r>
        <w:t>深港微电子学院</w:t>
      </w:r>
    </w:p>
    <w:p>
      <w:r>
        <w:t>087300</w:t>
      </w:r>
    </w:p>
    <w:p>
      <w:r>
        <w:t>集成电路科学与工程</w:t>
      </w:r>
    </w:p>
    <w:p>
      <w:r>
        <w:t>庞瑜耿</w:t>
      </w:r>
    </w:p>
    <w:p>
      <w:r>
        <w:t>4509****6095</w:t>
      </w:r>
    </w:p>
    <w:p>
      <w:r>
        <w:t>硕士</w:t>
      </w:r>
    </w:p>
    <w:p>
      <w:r>
        <w:t>深港微电子学院</w:t>
      </w:r>
    </w:p>
    <w:p>
      <w:r>
        <w:t>087300</w:t>
      </w:r>
    </w:p>
    <w:p>
      <w:r>
        <w:t>集成电路科学与工程</w:t>
      </w:r>
    </w:p>
    <w:p>
      <w:r>
        <w:t>唐浩天</w:t>
      </w:r>
    </w:p>
    <w:p>
      <w:r>
        <w:t>5101****0016</w:t>
      </w:r>
    </w:p>
    <w:p>
      <w:r>
        <w:t>硕士</w:t>
      </w:r>
    </w:p>
    <w:p>
      <w:r>
        <w:t>深港微电子学院</w:t>
      </w:r>
    </w:p>
    <w:p>
      <w:r>
        <w:t>087300</w:t>
      </w:r>
    </w:p>
    <w:p>
      <w:r>
        <w:t>集成电路科学与工程</w:t>
      </w:r>
    </w:p>
    <w:p>
      <w:r>
        <w:t>陶昕阳</w:t>
      </w:r>
    </w:p>
    <w:p>
      <w:r>
        <w:t>1304****301X</w:t>
      </w:r>
    </w:p>
    <w:p>
      <w:r>
        <w:t>硕士</w:t>
      </w:r>
    </w:p>
    <w:p>
      <w:r>
        <w:t>深港微电子学院</w:t>
      </w:r>
    </w:p>
    <w:p>
      <w:r>
        <w:t>087300</w:t>
      </w:r>
    </w:p>
    <w:p>
      <w:r>
        <w:t>集成电路科学与工程</w:t>
      </w:r>
    </w:p>
    <w:p>
      <w:r>
        <w:t>汪子睿</w:t>
      </w:r>
    </w:p>
    <w:p>
      <w:r>
        <w:t>3407****0014</w:t>
      </w:r>
    </w:p>
    <w:p>
      <w:r>
        <w:t>硕士</w:t>
      </w:r>
    </w:p>
    <w:p>
      <w:r>
        <w:t>深港微电子学院</w:t>
      </w:r>
    </w:p>
    <w:p>
      <w:r>
        <w:t>087300</w:t>
      </w:r>
    </w:p>
    <w:p>
      <w:r>
        <w:t>集成电路科学与工程</w:t>
      </w:r>
    </w:p>
    <w:p>
      <w:r>
        <w:t>吴永福</w:t>
      </w:r>
    </w:p>
    <w:p>
      <w:r>
        <w:t>3717****3992</w:t>
      </w:r>
    </w:p>
    <w:p>
      <w:r>
        <w:t>硕士</w:t>
      </w:r>
    </w:p>
    <w:p>
      <w:r>
        <w:t>深港微电子学院</w:t>
      </w:r>
    </w:p>
    <w:p>
      <w:r>
        <w:t>087300</w:t>
      </w:r>
    </w:p>
    <w:p>
      <w:r>
        <w:t>集成电路科学与工程</w:t>
      </w:r>
    </w:p>
    <w:p>
      <w:r>
        <w:t>邢孙鹏贺</w:t>
      </w:r>
    </w:p>
    <w:p>
      <w:r>
        <w:t>1301****5730</w:t>
      </w:r>
    </w:p>
    <w:p>
      <w:r>
        <w:t>硕士</w:t>
      </w:r>
    </w:p>
    <w:p>
      <w:r>
        <w:t>深港微电子学院</w:t>
      </w:r>
    </w:p>
    <w:p>
      <w:r>
        <w:t>087300</w:t>
      </w:r>
    </w:p>
    <w:p>
      <w:r>
        <w:t>集成电路科学与工程</w:t>
      </w:r>
    </w:p>
    <w:p>
      <w:r>
        <w:t>杨淋渊</w:t>
      </w:r>
    </w:p>
    <w:p>
      <w:r>
        <w:t>5104****5518</w:t>
      </w:r>
    </w:p>
    <w:p>
      <w:r>
        <w:t>硕士</w:t>
      </w:r>
    </w:p>
    <w:p>
      <w:r>
        <w:t>深港微电子学院</w:t>
      </w:r>
    </w:p>
    <w:p>
      <w:r>
        <w:t>087300</w:t>
      </w:r>
    </w:p>
    <w:p>
      <w:r>
        <w:t>集成电路科学与工程</w:t>
      </w:r>
    </w:p>
    <w:p>
      <w:r>
        <w:t>南方科技大学2026级推免生（含直博生）拟录取名单</w:t>
      </w:r>
    </w:p>
    <w:p>
      <w:r>
        <w:t>姓名</w:t>
      </w:r>
    </w:p>
    <w:p>
      <w:r>
        <w:t>证件号码</w:t>
      </w:r>
    </w:p>
    <w:p>
      <w:r>
        <w:t>录取类别</w:t>
      </w:r>
    </w:p>
    <w:p>
      <w:r>
        <w:t>录取院系名称</w:t>
      </w:r>
    </w:p>
    <w:p>
      <w:r>
        <w:t>录取专业代码</w:t>
      </w:r>
    </w:p>
    <w:p>
      <w:r>
        <w:t>录取专业名称</w:t>
      </w:r>
    </w:p>
    <w:p>
      <w:r>
        <w:t>备注</w:t>
      </w:r>
    </w:p>
    <w:p>
      <w:r>
        <w:t>姚弈舟</w:t>
      </w:r>
    </w:p>
    <w:p>
      <w:r>
        <w:t>5110****004X</w:t>
      </w:r>
    </w:p>
    <w:p>
      <w:r>
        <w:t>硕士</w:t>
      </w:r>
    </w:p>
    <w:p>
      <w:r>
        <w:t>深港微电子学院</w:t>
      </w:r>
    </w:p>
    <w:p>
      <w:r>
        <w:t>087300</w:t>
      </w:r>
    </w:p>
    <w:p>
      <w:r>
        <w:t>集成电路科学与工程</w:t>
      </w:r>
    </w:p>
    <w:p>
      <w:r>
        <w:t>游明博</w:t>
      </w:r>
    </w:p>
    <w:p>
      <w:r>
        <w:t>3506****403X</w:t>
      </w:r>
    </w:p>
    <w:p>
      <w:r>
        <w:t>硕士</w:t>
      </w:r>
    </w:p>
    <w:p>
      <w:r>
        <w:t>深港微电子学院</w:t>
      </w:r>
    </w:p>
    <w:p>
      <w:r>
        <w:t>087300</w:t>
      </w:r>
    </w:p>
    <w:p>
      <w:r>
        <w:t>集成电路科学与工程</w:t>
      </w:r>
    </w:p>
    <w:p>
      <w:r>
        <w:t>张拓元</w:t>
      </w:r>
    </w:p>
    <w:p>
      <w:r>
        <w:t>4403****4817</w:t>
      </w:r>
    </w:p>
    <w:p>
      <w:r>
        <w:t>硕士</w:t>
      </w:r>
    </w:p>
    <w:p>
      <w:r>
        <w:t>深港微电子学院</w:t>
      </w:r>
    </w:p>
    <w:p>
      <w:r>
        <w:t>087300</w:t>
      </w:r>
    </w:p>
    <w:p>
      <w:r>
        <w:t>集成电路科学与工程</w:t>
      </w:r>
    </w:p>
    <w:p>
      <w:r>
        <w:t>张扬</w:t>
      </w:r>
    </w:p>
    <w:p>
      <w:r>
        <w:t>5134****0633</w:t>
      </w:r>
    </w:p>
    <w:p>
      <w:r>
        <w:t>硕士</w:t>
      </w:r>
    </w:p>
    <w:p>
      <w:r>
        <w:t>深港微电子学院</w:t>
      </w:r>
    </w:p>
    <w:p>
      <w:r>
        <w:t>087300</w:t>
      </w:r>
    </w:p>
    <w:p>
      <w:r>
        <w:t>集成电路科学与工程</w:t>
      </w:r>
    </w:p>
    <w:p>
      <w:r>
        <w:t>郑思源</w:t>
      </w:r>
    </w:p>
    <w:p>
      <w:r>
        <w:t>3303****4338</w:t>
      </w:r>
    </w:p>
    <w:p>
      <w:r>
        <w:t>硕士</w:t>
      </w:r>
    </w:p>
    <w:p>
      <w:r>
        <w:t>深港微电子学院</w:t>
      </w:r>
    </w:p>
    <w:p>
      <w:r>
        <w:t>087300</w:t>
      </w:r>
    </w:p>
    <w:p>
      <w:r>
        <w:t>集成电路科学与工程</w:t>
      </w:r>
    </w:p>
    <w:p>
      <w:r>
        <w:t>钟兴华</w:t>
      </w:r>
    </w:p>
    <w:p>
      <w:r>
        <w:t>4401****1535</w:t>
      </w:r>
    </w:p>
    <w:p>
      <w:r>
        <w:t>硕士</w:t>
      </w:r>
    </w:p>
    <w:p>
      <w:r>
        <w:t>深港微电子学院</w:t>
      </w:r>
    </w:p>
    <w:p>
      <w:r>
        <w:t>087300</w:t>
      </w:r>
    </w:p>
    <w:p>
      <w:r>
        <w:t>集成电路科学与工程</w:t>
      </w:r>
    </w:p>
    <w:p>
      <w:r>
        <w:t>邹仲煊</w:t>
      </w:r>
    </w:p>
    <w:p>
      <w:r>
        <w:t>4414****6034</w:t>
      </w:r>
    </w:p>
    <w:p>
      <w:r>
        <w:t>硕士</w:t>
      </w:r>
    </w:p>
    <w:p>
      <w:r>
        <w:t>深港微电子学院</w:t>
      </w:r>
    </w:p>
    <w:p>
      <w:r>
        <w:t>087300</w:t>
      </w:r>
    </w:p>
    <w:p>
      <w:r>
        <w:t>集成电路科学与工程</w:t>
      </w:r>
    </w:p>
    <w:p>
      <w:r>
        <w:t>李明亮</w:t>
      </w:r>
    </w:p>
    <w:p>
      <w:r>
        <w:t>3607****1251</w:t>
      </w:r>
    </w:p>
    <w:p>
      <w:r>
        <w:t>直博生</w:t>
      </w:r>
    </w:p>
    <w:p>
      <w:r>
        <w:t>深港微电子学院</w:t>
      </w:r>
    </w:p>
    <w:p>
      <w:r>
        <w:t>085400</w:t>
      </w:r>
    </w:p>
    <w:p>
      <w:r>
        <w:t>电子信息</w:t>
      </w:r>
    </w:p>
    <w:p>
      <w:r>
        <w:t>工程硕博士专项</w:t>
      </w:r>
    </w:p>
    <w:p>
      <w:r>
        <w:t>林正予</w:t>
      </w:r>
    </w:p>
    <w:p>
      <w:r>
        <w:t>3624****3033</w:t>
      </w:r>
    </w:p>
    <w:p>
      <w:r>
        <w:t>直博生</w:t>
      </w:r>
    </w:p>
    <w:p>
      <w:r>
        <w:t>深港微电子学院</w:t>
      </w:r>
    </w:p>
    <w:p>
      <w:r>
        <w:t>085400</w:t>
      </w:r>
    </w:p>
    <w:p>
      <w:r>
        <w:t>电子信息</w:t>
      </w:r>
    </w:p>
    <w:p>
      <w:r>
        <w:t>工程硕博士专项</w:t>
      </w:r>
    </w:p>
    <w:p>
      <w:r>
        <w:t>姚宇铭</w:t>
      </w:r>
    </w:p>
    <w:p>
      <w:r>
        <w:t>4405****0018</w:t>
      </w:r>
    </w:p>
    <w:p>
      <w:r>
        <w:t>直博生</w:t>
      </w:r>
    </w:p>
    <w:p>
      <w:r>
        <w:t>深港微电子学院</w:t>
      </w:r>
    </w:p>
    <w:p>
      <w:r>
        <w:t>085400</w:t>
      </w:r>
    </w:p>
    <w:p>
      <w:r>
        <w:t>电子信息</w:t>
      </w:r>
    </w:p>
    <w:p>
      <w:r>
        <w:t>工程硕博士专项</w:t>
      </w:r>
    </w:p>
    <w:p>
      <w:r>
        <w:t>张天宇</w:t>
      </w:r>
    </w:p>
    <w:p>
      <w:r>
        <w:t>3401****1516</w:t>
      </w:r>
    </w:p>
    <w:p>
      <w:r>
        <w:t>直博生</w:t>
      </w:r>
    </w:p>
    <w:p>
      <w:r>
        <w:t>深港微电子学院</w:t>
      </w:r>
    </w:p>
    <w:p>
      <w:r>
        <w:t>085400</w:t>
      </w:r>
    </w:p>
    <w:p>
      <w:r>
        <w:t>电子信息</w:t>
      </w:r>
    </w:p>
    <w:p>
      <w:r>
        <w:t>工程硕博士专项</w:t>
      </w:r>
    </w:p>
    <w:p>
      <w:r>
        <w:t>冯建哲</w:t>
      </w:r>
    </w:p>
    <w:p>
      <w:r>
        <w:t>3715****5231</w:t>
      </w:r>
    </w:p>
    <w:p>
      <w:r>
        <w:t>直博生</w:t>
      </w:r>
    </w:p>
    <w:p>
      <w:r>
        <w:t>深港微电子学院</w:t>
      </w:r>
    </w:p>
    <w:p>
      <w:r>
        <w:t>087300</w:t>
      </w:r>
    </w:p>
    <w:p>
      <w:r>
        <w:t>集成电路科学与工程</w:t>
      </w:r>
    </w:p>
    <w:p>
      <w:r>
        <w:t>刘光夏</w:t>
      </w:r>
    </w:p>
    <w:p>
      <w:r>
        <w:t>3710****0052</w:t>
      </w:r>
    </w:p>
    <w:p>
      <w:r>
        <w:t>直博生</w:t>
      </w:r>
    </w:p>
    <w:p>
      <w:r>
        <w:t>深港微电子学院</w:t>
      </w:r>
    </w:p>
    <w:p>
      <w:r>
        <w:t>087300</w:t>
      </w:r>
    </w:p>
    <w:p>
      <w:r>
        <w:t>集成电路科学与工程</w:t>
      </w:r>
    </w:p>
    <w:p>
      <w:r>
        <w:t>曾焕明</w:t>
      </w:r>
    </w:p>
    <w:p>
      <w:r>
        <w:t>4451****7317</w:t>
      </w:r>
    </w:p>
    <w:p>
      <w:r>
        <w:t>硕士</w:t>
      </w:r>
    </w:p>
    <w:p>
      <w:r>
        <w:t>自动化与智能制造学院</w:t>
      </w:r>
    </w:p>
    <w:p>
      <w:r>
        <w:t>085400</w:t>
      </w:r>
    </w:p>
    <w:p>
      <w:r>
        <w:t>电子信息</w:t>
      </w:r>
    </w:p>
    <w:p>
      <w:r>
        <w:t>工程硕博士专项</w:t>
      </w:r>
    </w:p>
    <w:p>
      <w:r>
        <w:t>胡翰泓</w:t>
      </w:r>
    </w:p>
    <w:p>
      <w:r>
        <w:t>4452****0019</w:t>
      </w:r>
    </w:p>
    <w:p>
      <w:r>
        <w:t>硕士</w:t>
      </w:r>
    </w:p>
    <w:p>
      <w:r>
        <w:t>自动化与智能制造学院</w:t>
      </w:r>
    </w:p>
    <w:p>
      <w:r>
        <w:t>085400</w:t>
      </w:r>
    </w:p>
    <w:p>
      <w:r>
        <w:t>电子信息</w:t>
      </w:r>
    </w:p>
    <w:p>
      <w:r>
        <w:t>工程硕博士专项</w:t>
      </w:r>
    </w:p>
    <w:p>
      <w:r>
        <w:t>廖俊哲</w:t>
      </w:r>
    </w:p>
    <w:p>
      <w:r>
        <w:t>4301****3015</w:t>
      </w:r>
    </w:p>
    <w:p>
      <w:r>
        <w:t>硕士</w:t>
      </w:r>
    </w:p>
    <w:p>
      <w:r>
        <w:t>自动化与智能制造学院</w:t>
      </w:r>
    </w:p>
    <w:p>
      <w:r>
        <w:t>085507</w:t>
      </w:r>
    </w:p>
    <w:p>
      <w:r>
        <w:t>工业设计工程</w:t>
      </w:r>
    </w:p>
    <w:p>
      <w:r>
        <w:t>柳秦璇</w:t>
      </w:r>
    </w:p>
    <w:p>
      <w:r>
        <w:t>3602****652X</w:t>
      </w:r>
    </w:p>
    <w:p>
      <w:r>
        <w:t>硕士</w:t>
      </w:r>
    </w:p>
    <w:p>
      <w:r>
        <w:t>自动化与智能制造学院</w:t>
      </w:r>
    </w:p>
    <w:p>
      <w:r>
        <w:t>085507</w:t>
      </w:r>
    </w:p>
    <w:p>
      <w:r>
        <w:t>工业设计工程</w:t>
      </w:r>
    </w:p>
    <w:p>
      <w:r>
        <w:t>孙点点</w:t>
      </w:r>
    </w:p>
    <w:p>
      <w:r>
        <w:t>3710****8821</w:t>
      </w:r>
    </w:p>
    <w:p>
      <w:r>
        <w:t>硕士</w:t>
      </w:r>
    </w:p>
    <w:p>
      <w:r>
        <w:t>自动化与智能制造学院</w:t>
      </w:r>
    </w:p>
    <w:p>
      <w:r>
        <w:t>085507</w:t>
      </w:r>
    </w:p>
    <w:p>
      <w:r>
        <w:t>工业设计工程</w:t>
      </w:r>
    </w:p>
    <w:p>
      <w:r>
        <w:t>吴尚鸿</w:t>
      </w:r>
    </w:p>
    <w:p>
      <w:r>
        <w:t>4409****1411</w:t>
      </w:r>
    </w:p>
    <w:p>
      <w:r>
        <w:t>硕士</w:t>
      </w:r>
    </w:p>
    <w:p>
      <w:r>
        <w:t>自动化与智能制造学院</w:t>
      </w:r>
    </w:p>
    <w:p>
      <w:r>
        <w:t>085507</w:t>
      </w:r>
    </w:p>
    <w:p>
      <w:r>
        <w:t>工业设计工程</w:t>
      </w:r>
    </w:p>
    <w:p>
      <w:r>
        <w:t>赵珮岑</w:t>
      </w:r>
    </w:p>
    <w:p>
      <w:r>
        <w:t>5201****1621</w:t>
      </w:r>
    </w:p>
    <w:p>
      <w:r>
        <w:t>硕士</w:t>
      </w:r>
    </w:p>
    <w:p>
      <w:r>
        <w:t>自动化与智能制造学院</w:t>
      </w:r>
    </w:p>
    <w:p>
      <w:r>
        <w:t>085507</w:t>
      </w:r>
    </w:p>
    <w:p>
      <w:r>
        <w:t>工业设计工程</w:t>
      </w:r>
    </w:p>
    <w:p>
      <w:r>
        <w:t>曾柏霖</w:t>
      </w:r>
    </w:p>
    <w:p>
      <w:r>
        <w:t>4409****5713</w:t>
      </w:r>
    </w:p>
    <w:p>
      <w:r>
        <w:t>硕士</w:t>
      </w:r>
    </w:p>
    <w:p>
      <w:r>
        <w:t>自动化与智能制造学院</w:t>
      </w:r>
    </w:p>
    <w:p>
      <w:r>
        <w:t>081100</w:t>
      </w:r>
    </w:p>
    <w:p>
      <w:r>
        <w:t>控制科学与工程</w:t>
      </w:r>
    </w:p>
    <w:p>
      <w:r>
        <w:t>曾昶文</w:t>
      </w:r>
    </w:p>
    <w:p>
      <w:r>
        <w:t>4402****0015</w:t>
      </w:r>
    </w:p>
    <w:p>
      <w:r>
        <w:t>硕士</w:t>
      </w:r>
    </w:p>
    <w:p>
      <w:r>
        <w:t>自动化与智能制造学院</w:t>
      </w:r>
    </w:p>
    <w:p>
      <w:r>
        <w:t>081100</w:t>
      </w:r>
    </w:p>
    <w:p>
      <w:r>
        <w:t>控制科学与工程</w:t>
      </w:r>
    </w:p>
    <w:p>
      <w:r>
        <w:t>陈维瑞</w:t>
      </w:r>
    </w:p>
    <w:p>
      <w:r>
        <w:t>3504****0012</w:t>
      </w:r>
    </w:p>
    <w:p>
      <w:r>
        <w:t>硕士</w:t>
      </w:r>
    </w:p>
    <w:p>
      <w:r>
        <w:t>自动化与智能制造学院</w:t>
      </w:r>
    </w:p>
    <w:p>
      <w:r>
        <w:t>081100</w:t>
      </w:r>
    </w:p>
    <w:p>
      <w:r>
        <w:t>控制科学与工程</w:t>
      </w:r>
    </w:p>
    <w:p>
      <w:r>
        <w:t>陈子若</w:t>
      </w:r>
    </w:p>
    <w:p>
      <w:r>
        <w:t>4114****1848</w:t>
      </w:r>
    </w:p>
    <w:p>
      <w:r>
        <w:t>硕士</w:t>
      </w:r>
    </w:p>
    <w:p>
      <w:r>
        <w:t>自动化与智能制造学院</w:t>
      </w:r>
    </w:p>
    <w:p>
      <w:r>
        <w:t>081100</w:t>
      </w:r>
    </w:p>
    <w:p>
      <w:r>
        <w:t>控制科学与工程</w:t>
      </w:r>
    </w:p>
    <w:p>
      <w:r>
        <w:t>陈尊佳</w:t>
      </w:r>
    </w:p>
    <w:p>
      <w:r>
        <w:t>4405****4632</w:t>
      </w:r>
    </w:p>
    <w:p>
      <w:r>
        <w:t>硕士</w:t>
      </w:r>
    </w:p>
    <w:p>
      <w:r>
        <w:t>自动化与智能制造学院</w:t>
      </w:r>
    </w:p>
    <w:p>
      <w:r>
        <w:t>081100</w:t>
      </w:r>
    </w:p>
    <w:p>
      <w:r>
        <w:t>控制科学与工程</w:t>
      </w:r>
    </w:p>
    <w:p>
      <w:r>
        <w:t>丁若愚</w:t>
      </w:r>
    </w:p>
    <w:p>
      <w:r>
        <w:t>5001****3841</w:t>
      </w:r>
    </w:p>
    <w:p>
      <w:r>
        <w:t>硕士</w:t>
      </w:r>
    </w:p>
    <w:p>
      <w:r>
        <w:t>自动化与智能制造学院</w:t>
      </w:r>
    </w:p>
    <w:p>
      <w:r>
        <w:t>081100</w:t>
      </w:r>
    </w:p>
    <w:p>
      <w:r>
        <w:t>控制科学与工程</w:t>
      </w:r>
    </w:p>
    <w:p>
      <w:r>
        <w:t>董瑞麟</w:t>
      </w:r>
    </w:p>
    <w:p>
      <w:r>
        <w:t>4301****0312</w:t>
      </w:r>
    </w:p>
    <w:p>
      <w:r>
        <w:t>硕士</w:t>
      </w:r>
    </w:p>
    <w:p>
      <w:r>
        <w:t>自动化与智能制造学院</w:t>
      </w:r>
    </w:p>
    <w:p>
      <w:r>
        <w:t>081100</w:t>
      </w:r>
    </w:p>
    <w:p>
      <w:r>
        <w:t>控制科学与工程</w:t>
      </w:r>
    </w:p>
    <w:p>
      <w:r>
        <w:t>冯靖深</w:t>
      </w:r>
    </w:p>
    <w:p>
      <w:r>
        <w:t>4409****0758</w:t>
      </w:r>
    </w:p>
    <w:p>
      <w:r>
        <w:t>硕士</w:t>
      </w:r>
    </w:p>
    <w:p>
      <w:r>
        <w:t>自动化与智能制造学院</w:t>
      </w:r>
    </w:p>
    <w:p>
      <w:r>
        <w:t>081100</w:t>
      </w:r>
    </w:p>
    <w:p>
      <w:r>
        <w:t>控制科学与工程</w:t>
      </w:r>
    </w:p>
    <w:p>
      <w:r>
        <w:t>高鼎凯</w:t>
      </w:r>
    </w:p>
    <w:p>
      <w:r>
        <w:t>1424****0037</w:t>
      </w:r>
    </w:p>
    <w:p>
      <w:r>
        <w:t>硕士</w:t>
      </w:r>
    </w:p>
    <w:p>
      <w:r>
        <w:t>自动化与智能制造学院</w:t>
      </w:r>
    </w:p>
    <w:p>
      <w:r>
        <w:t>081100</w:t>
      </w:r>
    </w:p>
    <w:p>
      <w:r>
        <w:t>控制科学与工程</w:t>
      </w:r>
    </w:p>
    <w:p>
      <w:r>
        <w:t>龚子利</w:t>
      </w:r>
    </w:p>
    <w:p>
      <w:r>
        <w:t>4401****405X</w:t>
      </w:r>
    </w:p>
    <w:p>
      <w:r>
        <w:t>硕士</w:t>
      </w:r>
    </w:p>
    <w:p>
      <w:r>
        <w:t>自动化与智能制造学院</w:t>
      </w:r>
    </w:p>
    <w:p>
      <w:r>
        <w:t>081100</w:t>
      </w:r>
    </w:p>
    <w:p>
      <w:r>
        <w:t>控制科学与工程</w:t>
      </w:r>
    </w:p>
    <w:p>
      <w:r>
        <w:t>李硕</w:t>
      </w:r>
    </w:p>
    <w:p>
      <w:r>
        <w:t>2301****4810</w:t>
      </w:r>
    </w:p>
    <w:p>
      <w:r>
        <w:t>硕士</w:t>
      </w:r>
    </w:p>
    <w:p>
      <w:r>
        <w:t>自动化与智能制造学院</w:t>
      </w:r>
    </w:p>
    <w:p>
      <w:r>
        <w:t>081100</w:t>
      </w:r>
    </w:p>
    <w:p>
      <w:r>
        <w:t>控制科学与工程</w:t>
      </w:r>
    </w:p>
    <w:p>
      <w:r>
        <w:t>林恒毅</w:t>
      </w:r>
    </w:p>
    <w:p>
      <w:r>
        <w:t>4416****0470</w:t>
      </w:r>
    </w:p>
    <w:p>
      <w:r>
        <w:t>硕士</w:t>
      </w:r>
    </w:p>
    <w:p>
      <w:r>
        <w:t>自动化与智能制造学院</w:t>
      </w:r>
    </w:p>
    <w:p>
      <w:r>
        <w:t>081100</w:t>
      </w:r>
    </w:p>
    <w:p>
      <w:r>
        <w:t>控制科学与工程</w:t>
      </w:r>
    </w:p>
    <w:p>
      <w:r>
        <w:t>刘清影</w:t>
      </w:r>
    </w:p>
    <w:p>
      <w:r>
        <w:t>4309****5421</w:t>
      </w:r>
    </w:p>
    <w:p>
      <w:r>
        <w:t>硕士</w:t>
      </w:r>
    </w:p>
    <w:p>
      <w:r>
        <w:t>自动化与智能制造学院</w:t>
      </w:r>
    </w:p>
    <w:p>
      <w:r>
        <w:t>081100</w:t>
      </w:r>
    </w:p>
    <w:p>
      <w:r>
        <w:t>控制科学与工程</w:t>
      </w:r>
    </w:p>
    <w:p>
      <w:r>
        <w:t>刘天行</w:t>
      </w:r>
    </w:p>
    <w:p>
      <w:r>
        <w:t>2101****1839</w:t>
      </w:r>
    </w:p>
    <w:p>
      <w:r>
        <w:t>硕士</w:t>
      </w:r>
    </w:p>
    <w:p>
      <w:r>
        <w:t>自动化与智能制造学院</w:t>
      </w:r>
    </w:p>
    <w:p>
      <w:r>
        <w:t>081100</w:t>
      </w:r>
    </w:p>
    <w:p>
      <w:r>
        <w:t>控制科学与工程</w:t>
      </w:r>
    </w:p>
    <w:p>
      <w:r>
        <w:t>刘心刚</w:t>
      </w:r>
    </w:p>
    <w:p>
      <w:r>
        <w:t>4406****4314</w:t>
      </w:r>
    </w:p>
    <w:p>
      <w:r>
        <w:t>硕士</w:t>
      </w:r>
    </w:p>
    <w:p>
      <w:r>
        <w:t>自动化与智能制造学院</w:t>
      </w:r>
    </w:p>
    <w:p>
      <w:r>
        <w:t>081100</w:t>
      </w:r>
    </w:p>
    <w:p>
      <w:r>
        <w:t>控制科学与工程</w:t>
      </w:r>
    </w:p>
    <w:p>
      <w:r>
        <w:t>刘洵</w:t>
      </w:r>
    </w:p>
    <w:p>
      <w:r>
        <w:t>4406****009X</w:t>
      </w:r>
    </w:p>
    <w:p>
      <w:r>
        <w:t>硕士</w:t>
      </w:r>
    </w:p>
    <w:p>
      <w:r>
        <w:t>自动化与智能制造学院</w:t>
      </w:r>
    </w:p>
    <w:p>
      <w:r>
        <w:t>081100</w:t>
      </w:r>
    </w:p>
    <w:p>
      <w:r>
        <w:t>控制科学与工程</w:t>
      </w:r>
    </w:p>
    <w:p>
      <w:r>
        <w:t>吕岑玥</w:t>
      </w:r>
    </w:p>
    <w:p>
      <w:r>
        <w:t>3306****1687</w:t>
      </w:r>
    </w:p>
    <w:p>
      <w:r>
        <w:t>硕士</w:t>
      </w:r>
    </w:p>
    <w:p>
      <w:r>
        <w:t>自动化与智能制造学院</w:t>
      </w:r>
    </w:p>
    <w:p>
      <w:r>
        <w:t>081100</w:t>
      </w:r>
    </w:p>
    <w:p>
      <w:r>
        <w:t>控制科学与工程</w:t>
      </w:r>
    </w:p>
    <w:p>
      <w:r>
        <w:t>石岩松</w:t>
      </w:r>
    </w:p>
    <w:p>
      <w:r>
        <w:t>1306****0016</w:t>
      </w:r>
    </w:p>
    <w:p>
      <w:r>
        <w:t>硕士</w:t>
      </w:r>
    </w:p>
    <w:p>
      <w:r>
        <w:t>自动化与智能制造学院</w:t>
      </w:r>
    </w:p>
    <w:p>
      <w:r>
        <w:t>081100</w:t>
      </w:r>
    </w:p>
    <w:p>
      <w:r>
        <w:t>控制科学与工程</w:t>
      </w:r>
    </w:p>
    <w:p>
      <w:r>
        <w:t>石易平</w:t>
      </w:r>
    </w:p>
    <w:p>
      <w:r>
        <w:t>2107****3816</w:t>
      </w:r>
    </w:p>
    <w:p>
      <w:r>
        <w:t>硕士</w:t>
      </w:r>
    </w:p>
    <w:p>
      <w:r>
        <w:t>自动化与智能制造学院</w:t>
      </w:r>
    </w:p>
    <w:p>
      <w:r>
        <w:t>081100</w:t>
      </w:r>
    </w:p>
    <w:p>
      <w:r>
        <w:t>控制科学与工程</w:t>
      </w:r>
    </w:p>
    <w:p>
      <w:r>
        <w:t>万力行</w:t>
      </w:r>
    </w:p>
    <w:p>
      <w:r>
        <w:t>5101****6456</w:t>
      </w:r>
    </w:p>
    <w:p>
      <w:r>
        <w:t>硕士</w:t>
      </w:r>
    </w:p>
    <w:p>
      <w:r>
        <w:t>自动化与智能制造学院</w:t>
      </w:r>
    </w:p>
    <w:p>
      <w:r>
        <w:t>081100</w:t>
      </w:r>
    </w:p>
    <w:p>
      <w:r>
        <w:t>控制科学与工程</w:t>
      </w:r>
    </w:p>
    <w:p>
      <w:r>
        <w:t>王昀筱</w:t>
      </w:r>
    </w:p>
    <w:p>
      <w:r>
        <w:t>4103****7538</w:t>
      </w:r>
    </w:p>
    <w:p>
      <w:r>
        <w:t>硕士</w:t>
      </w:r>
    </w:p>
    <w:p>
      <w:r>
        <w:t>自动化与智能制造学院</w:t>
      </w:r>
    </w:p>
    <w:p>
      <w:r>
        <w:t>081100</w:t>
      </w:r>
    </w:p>
    <w:p>
      <w:r>
        <w:t>控制科学与工程</w:t>
      </w:r>
    </w:p>
    <w:p>
      <w:r>
        <w:t>吴丰杨</w:t>
      </w:r>
    </w:p>
    <w:p>
      <w:r>
        <w:t>4403****6918</w:t>
      </w:r>
    </w:p>
    <w:p>
      <w:r>
        <w:t>硕士</w:t>
      </w:r>
    </w:p>
    <w:p>
      <w:r>
        <w:t>自动化与智能制造学院</w:t>
      </w:r>
    </w:p>
    <w:p>
      <w:r>
        <w:t>081100</w:t>
      </w:r>
    </w:p>
    <w:p>
      <w:r>
        <w:t>控制科学与工程</w:t>
      </w:r>
    </w:p>
    <w:p>
      <w:r>
        <w:t>谢耀纬</w:t>
      </w:r>
    </w:p>
    <w:p>
      <w:r>
        <w:t>5107****9355</w:t>
      </w:r>
    </w:p>
    <w:p>
      <w:r>
        <w:t>硕士</w:t>
      </w:r>
    </w:p>
    <w:p>
      <w:r>
        <w:t>自动化与智能制造学院</w:t>
      </w:r>
    </w:p>
    <w:p>
      <w:r>
        <w:t>081100</w:t>
      </w:r>
    </w:p>
    <w:p>
      <w:r>
        <w:t>控制科学与工程</w:t>
      </w:r>
    </w:p>
    <w:p>
      <w:r>
        <w:t>有擎翰</w:t>
      </w:r>
    </w:p>
    <w:p>
      <w:r>
        <w:t>4206****2918</w:t>
      </w:r>
    </w:p>
    <w:p>
      <w:r>
        <w:t>硕士</w:t>
      </w:r>
    </w:p>
    <w:p>
      <w:r>
        <w:t>自动化与智能制造学院</w:t>
      </w:r>
    </w:p>
    <w:p>
      <w:r>
        <w:t>081100</w:t>
      </w:r>
    </w:p>
    <w:p>
      <w:r>
        <w:t>控制科学与工程</w:t>
      </w:r>
    </w:p>
    <w:p>
      <w:r>
        <w:t>张楷雨</w:t>
      </w:r>
    </w:p>
    <w:p>
      <w:r>
        <w:t>4409****7333</w:t>
      </w:r>
    </w:p>
    <w:p>
      <w:r>
        <w:t>硕士</w:t>
      </w:r>
    </w:p>
    <w:p>
      <w:r>
        <w:t>自动化与智能制造学院</w:t>
      </w:r>
    </w:p>
    <w:p>
      <w:r>
        <w:t>081100</w:t>
      </w:r>
    </w:p>
    <w:p>
      <w:r>
        <w:t>控制科学与工程</w:t>
      </w:r>
    </w:p>
    <w:p>
      <w:r>
        <w:t>张天翼</w:t>
      </w:r>
    </w:p>
    <w:p>
      <w:r>
        <w:t>1307****0638</w:t>
      </w:r>
    </w:p>
    <w:p>
      <w:r>
        <w:t>硕士</w:t>
      </w:r>
    </w:p>
    <w:p>
      <w:r>
        <w:t>自动化与智能制造学院</w:t>
      </w:r>
    </w:p>
    <w:p>
      <w:r>
        <w:t>081100</w:t>
      </w:r>
    </w:p>
    <w:p>
      <w:r>
        <w:t>控制科学与工程</w:t>
      </w:r>
    </w:p>
    <w:p>
      <w:r>
        <w:t>南方科技大学2026级推免生（含直博生）拟录取名单</w:t>
      </w:r>
    </w:p>
    <w:p>
      <w:r>
        <w:t>姓名</w:t>
      </w:r>
    </w:p>
    <w:p>
      <w:r>
        <w:t>证件号码</w:t>
      </w:r>
    </w:p>
    <w:p>
      <w:r>
        <w:t>录取类别</w:t>
      </w:r>
    </w:p>
    <w:p>
      <w:r>
        <w:t>录取院系名称</w:t>
      </w:r>
    </w:p>
    <w:p>
      <w:r>
        <w:t>录取专业代码</w:t>
      </w:r>
    </w:p>
    <w:p>
      <w:r>
        <w:t>录取专业名称</w:t>
      </w:r>
    </w:p>
    <w:p>
      <w:r>
        <w:t>备注</w:t>
      </w:r>
    </w:p>
    <w:p>
      <w:r>
        <w:t>郑圆浩</w:t>
      </w:r>
    </w:p>
    <w:p>
      <w:r>
        <w:t>3303****3010</w:t>
      </w:r>
    </w:p>
    <w:p>
      <w:r>
        <w:t>硕士</w:t>
      </w:r>
    </w:p>
    <w:p>
      <w:r>
        <w:t>自动化与智能制造学院</w:t>
      </w:r>
    </w:p>
    <w:p>
      <w:r>
        <w:t>081100</w:t>
      </w:r>
    </w:p>
    <w:p>
      <w:r>
        <w:t>控制科学与工程</w:t>
      </w:r>
    </w:p>
    <w:p>
      <w:r>
        <w:t>林伟浩</w:t>
      </w:r>
    </w:p>
    <w:p>
      <w:r>
        <w:t>4408****291X</w:t>
      </w:r>
    </w:p>
    <w:p>
      <w:r>
        <w:t>直博生</w:t>
      </w:r>
    </w:p>
    <w:p>
      <w:r>
        <w:t>自动化与智能制造学院</w:t>
      </w:r>
    </w:p>
    <w:p>
      <w:r>
        <w:t>085400</w:t>
      </w:r>
    </w:p>
    <w:p>
      <w:r>
        <w:t>电子信息</w:t>
      </w:r>
    </w:p>
    <w:p>
      <w:r>
        <w:t>工程硕博士专项</w:t>
      </w:r>
    </w:p>
    <w:p>
      <w:r>
        <w:t>王博彬</w:t>
      </w:r>
    </w:p>
    <w:p>
      <w:r>
        <w:t>4503****2511</w:t>
      </w:r>
    </w:p>
    <w:p>
      <w:r>
        <w:t>直博生</w:t>
      </w:r>
    </w:p>
    <w:p>
      <w:r>
        <w:t>自动化与智能制造学院</w:t>
      </w:r>
    </w:p>
    <w:p>
      <w:r>
        <w:t>085400</w:t>
      </w:r>
    </w:p>
    <w:p>
      <w:r>
        <w:t>电子信息</w:t>
      </w:r>
    </w:p>
    <w:p>
      <w:r>
        <w:t>工程硕博士专项</w:t>
      </w:r>
    </w:p>
    <w:p>
      <w:r>
        <w:t>翟新宇</w:t>
      </w:r>
    </w:p>
    <w:p>
      <w:r>
        <w:t>3205****4516</w:t>
      </w:r>
    </w:p>
    <w:p>
      <w:r>
        <w:t>直博生</w:t>
      </w:r>
    </w:p>
    <w:p>
      <w:r>
        <w:t>自动化与智能制造学院</w:t>
      </w:r>
    </w:p>
    <w:p>
      <w:r>
        <w:t>081100</w:t>
      </w:r>
    </w:p>
    <w:p>
      <w:r>
        <w:t>控制科学与工程</w:t>
      </w:r>
    </w:p>
    <w:p>
      <w:r>
        <w:t>熊宏伟</w:t>
      </w:r>
    </w:p>
    <w:p>
      <w:r>
        <w:t>4115****5138</w:t>
      </w:r>
    </w:p>
    <w:p>
      <w:r>
        <w:t>直博生</w:t>
      </w:r>
    </w:p>
    <w:p>
      <w:r>
        <w:t>自动化与智能制造学院</w:t>
      </w:r>
    </w:p>
    <w:p>
      <w:r>
        <w:t>081100</w:t>
      </w:r>
    </w:p>
    <w:p>
      <w:r>
        <w:t>控制科学与工程</w:t>
      </w:r>
    </w:p>
    <w:p>
      <w:r>
        <w:t>蔡立焜</w:t>
      </w:r>
    </w:p>
    <w:p>
      <w:r>
        <w:t>4415****273X</w:t>
      </w:r>
    </w:p>
    <w:p>
      <w:r>
        <w:t>硕士</w:t>
      </w:r>
    </w:p>
    <w:p>
      <w:r>
        <w:t>统计与数据科学系</w:t>
      </w:r>
    </w:p>
    <w:p>
      <w:r>
        <w:t>081200</w:t>
      </w:r>
    </w:p>
    <w:p>
      <w:r>
        <w:t>计算机科学与技术</w:t>
      </w:r>
    </w:p>
    <w:p>
      <w:r>
        <w:t>刘锦达</w:t>
      </w:r>
    </w:p>
    <w:p>
      <w:r>
        <w:t>4416****4413</w:t>
      </w:r>
    </w:p>
    <w:p>
      <w:r>
        <w:t>硕士</w:t>
      </w:r>
    </w:p>
    <w:p>
      <w:r>
        <w:t>统计与数据科学系</w:t>
      </w:r>
    </w:p>
    <w:p>
      <w:r>
        <w:t>081200</w:t>
      </w:r>
    </w:p>
    <w:p>
      <w:r>
        <w:t>计算机科学与技术</w:t>
      </w:r>
    </w:p>
    <w:p>
      <w:r>
        <w:t>申家豪</w:t>
      </w:r>
    </w:p>
    <w:p>
      <w:r>
        <w:t>5301****2613</w:t>
      </w:r>
    </w:p>
    <w:p>
      <w:r>
        <w:t>硕士</w:t>
      </w:r>
    </w:p>
    <w:p>
      <w:r>
        <w:t>统计与数据科学系</w:t>
      </w:r>
    </w:p>
    <w:p>
      <w:r>
        <w:t>081200</w:t>
      </w:r>
    </w:p>
    <w:p>
      <w:r>
        <w:t>计算机科学与技术</w:t>
      </w:r>
    </w:p>
    <w:p>
      <w:r>
        <w:t>徐锦焜</w:t>
      </w:r>
    </w:p>
    <w:p>
      <w:r>
        <w:t>3302****2012</w:t>
      </w:r>
    </w:p>
    <w:p>
      <w:r>
        <w:t>硕士</w:t>
      </w:r>
    </w:p>
    <w:p>
      <w:r>
        <w:t>统计与数据科学系</w:t>
      </w:r>
    </w:p>
    <w:p>
      <w:r>
        <w:t>081200</w:t>
      </w:r>
    </w:p>
    <w:p>
      <w:r>
        <w:t>计算机科学与技术</w:t>
      </w:r>
    </w:p>
    <w:p>
      <w:r>
        <w:t>徐璇喆</w:t>
      </w:r>
    </w:p>
    <w:p>
      <w:r>
        <w:t>3702****3030</w:t>
      </w:r>
    </w:p>
    <w:p>
      <w:r>
        <w:t>硕士</w:t>
      </w:r>
    </w:p>
    <w:p>
      <w:r>
        <w:t>统计与数据科学系</w:t>
      </w:r>
    </w:p>
    <w:p>
      <w:r>
        <w:t>081200</w:t>
      </w:r>
    </w:p>
    <w:p>
      <w:r>
        <w:t>计算机科学与技术</w:t>
      </w:r>
    </w:p>
    <w:p>
      <w:r>
        <w:t>曾扬焰</w:t>
      </w:r>
    </w:p>
    <w:p>
      <w:r>
        <w:t>4313****0070</w:t>
      </w:r>
    </w:p>
    <w:p>
      <w:r>
        <w:t>硕士</w:t>
      </w:r>
    </w:p>
    <w:p>
      <w:r>
        <w:t>统计与数据科学系</w:t>
      </w:r>
    </w:p>
    <w:p>
      <w:r>
        <w:t>070100</w:t>
      </w:r>
    </w:p>
    <w:p>
      <w:r>
        <w:t>数学</w:t>
      </w:r>
    </w:p>
    <w:p>
      <w:r>
        <w:t>冯乐瑶</w:t>
      </w:r>
    </w:p>
    <w:p>
      <w:r>
        <w:t>4404****9161</w:t>
      </w:r>
    </w:p>
    <w:p>
      <w:r>
        <w:t>硕士</w:t>
      </w:r>
    </w:p>
    <w:p>
      <w:r>
        <w:t>统计与数据科学系</w:t>
      </w:r>
    </w:p>
    <w:p>
      <w:r>
        <w:t>070100</w:t>
      </w:r>
    </w:p>
    <w:p>
      <w:r>
        <w:t>数学</w:t>
      </w:r>
    </w:p>
    <w:p>
      <w:r>
        <w:t>孔令旭</w:t>
      </w:r>
    </w:p>
    <w:p>
      <w:r>
        <w:t>3210****5254</w:t>
      </w:r>
    </w:p>
    <w:p>
      <w:r>
        <w:t>硕士</w:t>
      </w:r>
    </w:p>
    <w:p>
      <w:r>
        <w:t>统计与数据科学系</w:t>
      </w:r>
    </w:p>
    <w:p>
      <w:r>
        <w:t>070100</w:t>
      </w:r>
    </w:p>
    <w:p>
      <w:r>
        <w:t>数学</w:t>
      </w:r>
    </w:p>
    <w:p>
      <w:r>
        <w:t>刘俊贤</w:t>
      </w:r>
    </w:p>
    <w:p>
      <w:r>
        <w:t>5223****0417</w:t>
      </w:r>
    </w:p>
    <w:p>
      <w:r>
        <w:t>硕士</w:t>
      </w:r>
    </w:p>
    <w:p>
      <w:r>
        <w:t>统计与数据科学系</w:t>
      </w:r>
    </w:p>
    <w:p>
      <w:r>
        <w:t>070100</w:t>
      </w:r>
    </w:p>
    <w:p>
      <w:r>
        <w:t>数学</w:t>
      </w:r>
    </w:p>
    <w:p>
      <w:r>
        <w:t>刘肇凯</w:t>
      </w:r>
    </w:p>
    <w:p>
      <w:r>
        <w:t>3702****0912</w:t>
      </w:r>
    </w:p>
    <w:p>
      <w:r>
        <w:t>硕士</w:t>
      </w:r>
    </w:p>
    <w:p>
      <w:r>
        <w:t>统计与数据科学系</w:t>
      </w:r>
    </w:p>
    <w:p>
      <w:r>
        <w:t>070100</w:t>
      </w:r>
    </w:p>
    <w:p>
      <w:r>
        <w:t>数学</w:t>
      </w:r>
    </w:p>
    <w:p>
      <w:r>
        <w:t>罗嘉丽</w:t>
      </w:r>
    </w:p>
    <w:p>
      <w:r>
        <w:t>4412****2821</w:t>
      </w:r>
    </w:p>
    <w:p>
      <w:r>
        <w:t>硕士</w:t>
      </w:r>
    </w:p>
    <w:p>
      <w:r>
        <w:t>统计与数据科学系</w:t>
      </w:r>
    </w:p>
    <w:p>
      <w:r>
        <w:t>070100</w:t>
      </w:r>
    </w:p>
    <w:p>
      <w:r>
        <w:t>数学</w:t>
      </w:r>
    </w:p>
    <w:p>
      <w:r>
        <w:t>彭雨欣</w:t>
      </w:r>
    </w:p>
    <w:p>
      <w:r>
        <w:t>4301****3242</w:t>
      </w:r>
    </w:p>
    <w:p>
      <w:r>
        <w:t>硕士</w:t>
      </w:r>
    </w:p>
    <w:p>
      <w:r>
        <w:t>统计与数据科学系</w:t>
      </w:r>
    </w:p>
    <w:p>
      <w:r>
        <w:t>070100</w:t>
      </w:r>
    </w:p>
    <w:p>
      <w:r>
        <w:t>数学</w:t>
      </w:r>
    </w:p>
    <w:p>
      <w:r>
        <w:t>邵研</w:t>
      </w:r>
    </w:p>
    <w:p>
      <w:r>
        <w:t>4201****1017</w:t>
      </w:r>
    </w:p>
    <w:p>
      <w:r>
        <w:t>硕士</w:t>
      </w:r>
    </w:p>
    <w:p>
      <w:r>
        <w:t>统计与数据科学系</w:t>
      </w:r>
    </w:p>
    <w:p>
      <w:r>
        <w:t>070100</w:t>
      </w:r>
    </w:p>
    <w:p>
      <w:r>
        <w:t>数学</w:t>
      </w:r>
    </w:p>
    <w:p>
      <w:r>
        <w:t>王伟</w:t>
      </w:r>
    </w:p>
    <w:p>
      <w:r>
        <w:t>3303****2014</w:t>
      </w:r>
    </w:p>
    <w:p>
      <w:r>
        <w:t>硕士</w:t>
      </w:r>
    </w:p>
    <w:p>
      <w:r>
        <w:t>统计与数据科学系</w:t>
      </w:r>
    </w:p>
    <w:p>
      <w:r>
        <w:t>070100</w:t>
      </w:r>
    </w:p>
    <w:p>
      <w:r>
        <w:t>数学</w:t>
      </w:r>
    </w:p>
    <w:p>
      <w:r>
        <w:t>杨倩羽</w:t>
      </w:r>
    </w:p>
    <w:p>
      <w:r>
        <w:t>3210****0846</w:t>
      </w:r>
    </w:p>
    <w:p>
      <w:r>
        <w:t>硕士</w:t>
      </w:r>
    </w:p>
    <w:p>
      <w:r>
        <w:t>统计与数据科学系</w:t>
      </w:r>
    </w:p>
    <w:p>
      <w:r>
        <w:t>070100</w:t>
      </w:r>
    </w:p>
    <w:p>
      <w:r>
        <w:t>数学</w:t>
      </w:r>
    </w:p>
    <w:p>
      <w:r>
        <w:t>张欣雨</w:t>
      </w:r>
    </w:p>
    <w:p>
      <w:r>
        <w:t>4105****0020</w:t>
      </w:r>
    </w:p>
    <w:p>
      <w:r>
        <w:t>硕士</w:t>
      </w:r>
    </w:p>
    <w:p>
      <w:r>
        <w:t>统计与数据科学系</w:t>
      </w:r>
    </w:p>
    <w:p>
      <w:r>
        <w:t>070100</w:t>
      </w:r>
    </w:p>
    <w:p>
      <w:r>
        <w:t>数学</w:t>
      </w:r>
    </w:p>
    <w:p>
      <w:r>
        <w:t>刘小寒</w:t>
      </w:r>
    </w:p>
    <w:p>
      <w:r>
        <w:t>1301****5112</w:t>
      </w:r>
    </w:p>
    <w:p>
      <w:r>
        <w:t>直博生</w:t>
      </w:r>
    </w:p>
    <w:p>
      <w:r>
        <w:t>统计与数据科学系</w:t>
      </w:r>
    </w:p>
    <w:p>
      <w:r>
        <w:t>081200</w:t>
      </w:r>
    </w:p>
    <w:p>
      <w:r>
        <w:t>计算机科学与技术</w:t>
      </w:r>
    </w:p>
    <w:p>
      <w:r>
        <w:t>杨璐祯</w:t>
      </w:r>
    </w:p>
    <w:p>
      <w:r>
        <w:t>1304****0043</w:t>
      </w:r>
    </w:p>
    <w:p>
      <w:r>
        <w:t>直博生</w:t>
      </w:r>
    </w:p>
    <w:p>
      <w:r>
        <w:t>统计与数据科学系</w:t>
      </w:r>
    </w:p>
    <w:p>
      <w:r>
        <w:t>081200</w:t>
      </w:r>
    </w:p>
    <w:p>
      <w:r>
        <w:t>计算机科学与技术</w:t>
      </w:r>
    </w:p>
    <w:p>
      <w:r>
        <w:t>付垚</w:t>
      </w:r>
    </w:p>
    <w:p>
      <w:r>
        <w:t>5321****1762</w:t>
      </w:r>
    </w:p>
    <w:p>
      <w:r>
        <w:t>直博生</w:t>
      </w:r>
    </w:p>
    <w:p>
      <w:r>
        <w:t>统计与数据科学系</w:t>
      </w:r>
    </w:p>
    <w:p>
      <w:r>
        <w:t>070100</w:t>
      </w:r>
    </w:p>
    <w:p>
      <w:r>
        <w:t>数学</w:t>
      </w:r>
    </w:p>
    <w:p>
      <w:r>
        <w:t>童禹昂</w:t>
      </w:r>
    </w:p>
    <w:p>
      <w:r>
        <w:t>4302****0091</w:t>
      </w:r>
    </w:p>
    <w:p>
      <w:r>
        <w:t>直博生</w:t>
      </w:r>
    </w:p>
    <w:p>
      <w:r>
        <w:t>统计与数据科学系</w:t>
      </w:r>
    </w:p>
    <w:p>
      <w:r>
        <w:t>070100</w:t>
      </w:r>
    </w:p>
    <w:p>
      <w:r>
        <w:t>数学</w:t>
      </w:r>
    </w:p>
    <w:p>
      <w:r>
        <w:t>刘涵月</w:t>
      </w:r>
    </w:p>
    <w:p>
      <w:r>
        <w:t>1310****0526</w:t>
      </w:r>
    </w:p>
    <w:p>
      <w:r>
        <w:t>硕士</w:t>
      </w:r>
    </w:p>
    <w:p>
      <w:r>
        <w:t>创新创意设计学院</w:t>
      </w:r>
    </w:p>
    <w:p>
      <w:r>
        <w:t>085507</w:t>
      </w:r>
    </w:p>
    <w:p>
      <w:r>
        <w:t>工业设计工程</w:t>
      </w:r>
    </w:p>
    <w:p>
      <w:r>
        <w:t>牛文可</w:t>
      </w:r>
    </w:p>
    <w:p>
      <w:r>
        <w:t>4101****0087</w:t>
      </w:r>
    </w:p>
    <w:p>
      <w:r>
        <w:t>硕士</w:t>
      </w:r>
    </w:p>
    <w:p>
      <w:r>
        <w:t>创新创意设计学院</w:t>
      </w:r>
    </w:p>
    <w:p>
      <w:r>
        <w:t>085507</w:t>
      </w:r>
    </w:p>
    <w:p>
      <w:r>
        <w:t>工业设计工程</w:t>
      </w:r>
    </w:p>
    <w:p>
      <w:r>
        <w:t>任蕊婷</w:t>
      </w:r>
    </w:p>
    <w:p>
      <w:r>
        <w:t>5101****2529</w:t>
      </w:r>
    </w:p>
    <w:p>
      <w:r>
        <w:t>硕士</w:t>
      </w:r>
    </w:p>
    <w:p>
      <w:r>
        <w:t>创新创意设计学院</w:t>
      </w:r>
    </w:p>
    <w:p>
      <w:r>
        <w:t>085507</w:t>
      </w:r>
    </w:p>
    <w:p>
      <w:r>
        <w:t>工业设计工程</w:t>
      </w:r>
    </w:p>
    <w:p>
      <w:r>
        <w:t>施汀</w:t>
      </w:r>
    </w:p>
    <w:p>
      <w:r>
        <w:t>3204****4123</w:t>
      </w:r>
    </w:p>
    <w:p>
      <w:r>
        <w:t>硕士</w:t>
      </w:r>
    </w:p>
    <w:p>
      <w:r>
        <w:t>创新创意设计学院</w:t>
      </w:r>
    </w:p>
    <w:p>
      <w:r>
        <w:t>085507</w:t>
      </w:r>
    </w:p>
    <w:p>
      <w:r>
        <w:t>工业设计工程</w:t>
      </w:r>
    </w:p>
    <w:p>
      <w:r>
        <w:t>许跃骞</w:t>
      </w:r>
    </w:p>
    <w:p>
      <w:r>
        <w:t>4101****0257</w:t>
      </w:r>
    </w:p>
    <w:p>
      <w:r>
        <w:t>硕士</w:t>
      </w:r>
    </w:p>
    <w:p>
      <w:r>
        <w:t>创新创意设计学院</w:t>
      </w:r>
    </w:p>
    <w:p>
      <w:r>
        <w:t>085507</w:t>
      </w:r>
    </w:p>
    <w:p>
      <w:r>
        <w:t>工业设计工程</w:t>
      </w:r>
    </w:p>
    <w:p>
      <w:r>
        <w:t>张桂萌</w:t>
      </w:r>
    </w:p>
    <w:p>
      <w:r>
        <w:t>4408****2924</w:t>
      </w:r>
    </w:p>
    <w:p>
      <w:r>
        <w:t>硕士</w:t>
      </w:r>
    </w:p>
    <w:p>
      <w:r>
        <w:t>创新创意设计学院</w:t>
      </w:r>
    </w:p>
    <w:p>
      <w:r>
        <w:t>085507</w:t>
      </w:r>
    </w:p>
    <w:p>
      <w:r>
        <w:t>工业设计工程</w:t>
      </w:r>
    </w:p>
    <w:p>
      <w:r>
        <w:t>周文皓</w:t>
      </w:r>
    </w:p>
    <w:p>
      <w:r>
        <w:t>3702****0021</w:t>
      </w:r>
    </w:p>
    <w:p>
      <w:r>
        <w:t>硕士</w:t>
      </w:r>
    </w:p>
    <w:p>
      <w:r>
        <w:t>创新创意设计学院</w:t>
      </w:r>
    </w:p>
    <w:p>
      <w:r>
        <w:t>085507</w:t>
      </w:r>
    </w:p>
    <w:p>
      <w:r>
        <w:t>工业设计工程</w:t>
      </w:r>
    </w:p>
    <w:p>
      <w:r>
        <w:t>陈小川</w:t>
      </w:r>
    </w:p>
    <w:p>
      <w:r>
        <w:t>4403****1311</w:t>
      </w:r>
    </w:p>
    <w:p>
      <w:r>
        <w:t>硕士</w:t>
      </w:r>
    </w:p>
    <w:p>
      <w:r>
        <w:t>创新创意设计学院</w:t>
      </w:r>
    </w:p>
    <w:p>
      <w:r>
        <w:t>081200</w:t>
      </w:r>
    </w:p>
    <w:p>
      <w:r>
        <w:t>计算机科学与技术</w:t>
      </w:r>
    </w:p>
    <w:p>
      <w:r>
        <w:t>董廷霄</w:t>
      </w:r>
    </w:p>
    <w:p>
      <w:r>
        <w:t>3705****0036</w:t>
      </w:r>
    </w:p>
    <w:p>
      <w:r>
        <w:t>硕士</w:t>
      </w:r>
    </w:p>
    <w:p>
      <w:r>
        <w:t>创新创意设计学院</w:t>
      </w:r>
    </w:p>
    <w:p>
      <w:r>
        <w:t>081200</w:t>
      </w:r>
    </w:p>
    <w:p>
      <w:r>
        <w:t>计算机科学与技术</w:t>
      </w:r>
    </w:p>
    <w:p>
      <w:r>
        <w:t>史卓宇</w:t>
      </w:r>
    </w:p>
    <w:p>
      <w:r>
        <w:t>1304****0617</w:t>
      </w:r>
    </w:p>
    <w:p>
      <w:r>
        <w:t>硕士</w:t>
      </w:r>
    </w:p>
    <w:p>
      <w:r>
        <w:t>创新创意设计学院</w:t>
      </w:r>
    </w:p>
    <w:p>
      <w:r>
        <w:t>081200</w:t>
      </w:r>
    </w:p>
    <w:p>
      <w:r>
        <w:t>计算机科学与技术</w:t>
      </w:r>
    </w:p>
    <w:p>
      <w:r>
        <w:t>徐襄</w:t>
      </w:r>
    </w:p>
    <w:p>
      <w:r>
        <w:t>4201****6627</w:t>
      </w:r>
    </w:p>
    <w:p>
      <w:r>
        <w:t>硕士</w:t>
      </w:r>
    </w:p>
    <w:p>
      <w:r>
        <w:t>创新创意设计学院</w:t>
      </w:r>
    </w:p>
    <w:p>
      <w:r>
        <w:t>081200</w:t>
      </w:r>
    </w:p>
    <w:p>
      <w:r>
        <w:t>计算机科学与技术</w:t>
      </w:r>
    </w:p>
    <w:p>
      <w:r>
        <w:t>高雅</w:t>
      </w:r>
    </w:p>
    <w:p>
      <w:r>
        <w:t>4301****3328</w:t>
      </w:r>
    </w:p>
    <w:p>
      <w:r>
        <w:t>硕士</w:t>
      </w:r>
    </w:p>
    <w:p>
      <w:r>
        <w:t>创新创意设计学院</w:t>
      </w:r>
    </w:p>
    <w:p>
      <w:r>
        <w:t>0801Z1</w:t>
      </w:r>
    </w:p>
    <w:p>
      <w:r>
        <w:t>智能制造与机器人</w:t>
      </w:r>
    </w:p>
    <w:p>
      <w:r>
        <w:t>吕俊纬</w:t>
      </w:r>
    </w:p>
    <w:p>
      <w:r>
        <w:t>6101****3515</w:t>
      </w:r>
    </w:p>
    <w:p>
      <w:r>
        <w:t>硕士</w:t>
      </w:r>
    </w:p>
    <w:p>
      <w:r>
        <w:t>创新创意设计学院</w:t>
      </w:r>
    </w:p>
    <w:p>
      <w:r>
        <w:t>0801Z1</w:t>
      </w:r>
    </w:p>
    <w:p>
      <w:r>
        <w:t>智能制造与机器人</w:t>
      </w:r>
    </w:p>
    <w:p>
      <w:r>
        <w:t>陶秋凤</w:t>
      </w:r>
    </w:p>
    <w:p>
      <w:r>
        <w:t>4304****0266</w:t>
      </w:r>
    </w:p>
    <w:p>
      <w:r>
        <w:t>硕士</w:t>
      </w:r>
    </w:p>
    <w:p>
      <w:r>
        <w:t>公共卫生及应急管理学院</w:t>
      </w:r>
    </w:p>
    <w:p>
      <w:r>
        <w:t>120100</w:t>
      </w:r>
    </w:p>
    <w:p>
      <w:r>
        <w:t>管理科学与工程</w:t>
      </w:r>
    </w:p>
    <w:p>
      <w:r>
        <w:t>王贤慧</w:t>
      </w:r>
    </w:p>
    <w:p>
      <w:r>
        <w:t>5105****8029</w:t>
      </w:r>
    </w:p>
    <w:p>
      <w:r>
        <w:t>硕士</w:t>
      </w:r>
    </w:p>
    <w:p>
      <w:r>
        <w:t>公共卫生及应急管理学院</w:t>
      </w:r>
    </w:p>
    <w:p>
      <w:r>
        <w:t>120100</w:t>
      </w:r>
    </w:p>
    <w:p>
      <w:r>
        <w:t>管理科学与工程</w:t>
      </w:r>
    </w:p>
    <w:p>
      <w:r>
        <w:t>宾萱</w:t>
      </w:r>
    </w:p>
    <w:p>
      <w:r>
        <w:t>4303****0024</w:t>
      </w:r>
    </w:p>
    <w:p>
      <w:r>
        <w:t>硕士</w:t>
      </w:r>
    </w:p>
    <w:p>
      <w:r>
        <w:t>公共卫生及应急管理学院</w:t>
      </w:r>
    </w:p>
    <w:p>
      <w:r>
        <w:t>071000</w:t>
      </w:r>
    </w:p>
    <w:p>
      <w:r>
        <w:t>生物学</w:t>
      </w:r>
    </w:p>
    <w:p>
      <w:r>
        <w:t>陈子妍</w:t>
      </w:r>
    </w:p>
    <w:p>
      <w:r>
        <w:t>4405****0026</w:t>
      </w:r>
    </w:p>
    <w:p>
      <w:r>
        <w:t>硕士</w:t>
      </w:r>
    </w:p>
    <w:p>
      <w:r>
        <w:t>公共卫生及应急管理学院</w:t>
      </w:r>
    </w:p>
    <w:p>
      <w:r>
        <w:t>071000</w:t>
      </w:r>
    </w:p>
    <w:p>
      <w:r>
        <w:t>生物学</w:t>
      </w:r>
    </w:p>
    <w:p>
      <w:r>
        <w:t>宋美莹</w:t>
      </w:r>
    </w:p>
    <w:p>
      <w:r>
        <w:t>2103****3120</w:t>
      </w:r>
    </w:p>
    <w:p>
      <w:r>
        <w:t>硕士</w:t>
      </w:r>
    </w:p>
    <w:p>
      <w:r>
        <w:t>公共卫生及应急管理学院</w:t>
      </w:r>
    </w:p>
    <w:p>
      <w:r>
        <w:t>071000</w:t>
      </w:r>
    </w:p>
    <w:p>
      <w:r>
        <w:t>生物学</w:t>
      </w:r>
    </w:p>
    <w:p>
      <w:r>
        <w:t>王宇颖</w:t>
      </w:r>
    </w:p>
    <w:p>
      <w:r>
        <w:t>4409****4083</w:t>
      </w:r>
    </w:p>
    <w:p>
      <w:r>
        <w:t>硕士</w:t>
      </w:r>
    </w:p>
    <w:p>
      <w:r>
        <w:t>公共卫生及应急管理学院</w:t>
      </w:r>
    </w:p>
    <w:p>
      <w:r>
        <w:t>071000</w:t>
      </w:r>
    </w:p>
    <w:p>
      <w:r>
        <w:t>生物学</w:t>
      </w:r>
    </w:p>
    <w:p>
      <w:r>
        <w:t>郑学斌</w:t>
      </w:r>
    </w:p>
    <w:p>
      <w:r>
        <w:t>4405****4114</w:t>
      </w:r>
    </w:p>
    <w:p>
      <w:r>
        <w:t>硕士</w:t>
      </w:r>
    </w:p>
    <w:p>
      <w:r>
        <w:t>公共卫生及应急管理学院</w:t>
      </w:r>
    </w:p>
    <w:p>
      <w:r>
        <w:t>071000</w:t>
      </w:r>
    </w:p>
    <w:p>
      <w:r>
        <w:t>生物学</w:t>
      </w:r>
    </w:p>
    <w:p>
      <w:r>
        <w:t>邹江晖</w:t>
      </w:r>
    </w:p>
    <w:p>
      <w:r>
        <w:t>4406****0011</w:t>
      </w:r>
    </w:p>
    <w:p>
      <w:r>
        <w:t>硕士</w:t>
      </w:r>
    </w:p>
    <w:p>
      <w:r>
        <w:t>公共卫生及应急管理学院</w:t>
      </w:r>
    </w:p>
    <w:p>
      <w:r>
        <w:t>071000</w:t>
      </w:r>
    </w:p>
    <w:p>
      <w:r>
        <w:t>生物学</w:t>
      </w:r>
    </w:p>
    <w:p>
      <w:r>
        <w:t>南方科技大学2026级推免生（含直博生）拟录取名单</w:t>
      </w:r>
    </w:p>
    <w:p>
      <w:r>
        <w:t>姓名</w:t>
      </w:r>
    </w:p>
    <w:p>
      <w:r>
        <w:t>证件号码</w:t>
      </w:r>
    </w:p>
    <w:p>
      <w:r>
        <w:t>录取类别</w:t>
      </w:r>
    </w:p>
    <w:p>
      <w:r>
        <w:t>录取院系名称</w:t>
      </w:r>
    </w:p>
    <w:p>
      <w:r>
        <w:t>录取专业代码</w:t>
      </w:r>
    </w:p>
    <w:p>
      <w:r>
        <w:t>录取专业名称</w:t>
      </w:r>
    </w:p>
    <w:p>
      <w:r>
        <w:t>备注</w:t>
      </w:r>
    </w:p>
    <w:p>
      <w:r>
        <w:t>邹语欣</w:t>
      </w:r>
    </w:p>
    <w:p>
      <w:r>
        <w:t>4403****1328</w:t>
      </w:r>
    </w:p>
    <w:p>
      <w:r>
        <w:t>硕士</w:t>
      </w:r>
    </w:p>
    <w:p>
      <w:r>
        <w:t>公共卫生及应急管理学院</w:t>
      </w:r>
    </w:p>
    <w:p>
      <w:r>
        <w:t>071000</w:t>
      </w:r>
    </w:p>
    <w:p>
      <w:r>
        <w:t>生物学</w:t>
      </w:r>
    </w:p>
    <w:p>
      <w:r>
        <w:t>梁恩琦</w:t>
      </w:r>
    </w:p>
    <w:p>
      <w:r>
        <w:t>4509****1264</w:t>
      </w:r>
    </w:p>
    <w:p>
      <w:r>
        <w:t>硕士</w:t>
      </w:r>
    </w:p>
    <w:p>
      <w:r>
        <w:t>公共卫生及应急管理学院</w:t>
      </w:r>
    </w:p>
    <w:p>
      <w:r>
        <w:t>083100</w:t>
      </w:r>
    </w:p>
    <w:p>
      <w:r>
        <w:t>生物医学工程</w:t>
      </w:r>
    </w:p>
    <w:p>
      <w:r>
        <w:t>闫静文</w:t>
      </w:r>
    </w:p>
    <w:p>
      <w:r>
        <w:t>3416****0643</w:t>
      </w:r>
    </w:p>
    <w:p>
      <w:r>
        <w:t>硕士</w:t>
      </w:r>
    </w:p>
    <w:p>
      <w:r>
        <w:t>公共卫生及应急管理学院</w:t>
      </w:r>
    </w:p>
    <w:p>
      <w:r>
        <w:t>083100</w:t>
      </w:r>
    </w:p>
    <w:p>
      <w:r>
        <w:t>生物医学工程</w:t>
      </w:r>
    </w:p>
    <w:p>
      <w:r>
        <w:t>杨猛</w:t>
      </w:r>
    </w:p>
    <w:p>
      <w:r>
        <w:t>4306****0156</w:t>
      </w:r>
    </w:p>
    <w:p>
      <w:r>
        <w:t>硕士</w:t>
      </w:r>
    </w:p>
    <w:p>
      <w:r>
        <w:t>公共卫生及应急管理学院</w:t>
      </w:r>
    </w:p>
    <w:p>
      <w:r>
        <w:t>083100</w:t>
      </w:r>
    </w:p>
    <w:p>
      <w:r>
        <w:t>生物医学工程</w:t>
      </w:r>
    </w:p>
    <w:p>
      <w:r>
        <w:t>孙灿</w:t>
      </w:r>
    </w:p>
    <w:p>
      <w:r>
        <w:t>4201****5521</w:t>
      </w:r>
    </w:p>
    <w:p>
      <w:r>
        <w:t>硕士</w:t>
      </w:r>
    </w:p>
    <w:p>
      <w:r>
        <w:t>公共卫生及应急管理学院</w:t>
      </w:r>
    </w:p>
    <w:p>
      <w:r>
        <w:t>086000</w:t>
      </w:r>
    </w:p>
    <w:p>
      <w:r>
        <w:t>生物与医药</w:t>
      </w:r>
    </w:p>
    <w:p>
      <w:r>
        <w:t>蔡琦峰</w:t>
      </w:r>
    </w:p>
    <w:p>
      <w:r>
        <w:t>3310****9318</w:t>
      </w:r>
    </w:p>
    <w:p>
      <w:r>
        <w:t>硕士</w:t>
      </w:r>
    </w:p>
    <w:p>
      <w:r>
        <w:t>国家卓越工程师学院</w:t>
      </w:r>
    </w:p>
    <w:p>
      <w:r>
        <w:t>085600</w:t>
      </w:r>
    </w:p>
    <w:p>
      <w:r>
        <w:t>材料与化工</w:t>
      </w:r>
    </w:p>
    <w:p>
      <w:r>
        <w:t>崔田枫</w:t>
      </w:r>
    </w:p>
    <w:p>
      <w:r>
        <w:t>4210****2935</w:t>
      </w:r>
    </w:p>
    <w:p>
      <w:r>
        <w:t>硕士</w:t>
      </w:r>
    </w:p>
    <w:p>
      <w:r>
        <w:t>国家卓越工程师学院</w:t>
      </w:r>
    </w:p>
    <w:p>
      <w:r>
        <w:t>085600</w:t>
      </w:r>
    </w:p>
    <w:p>
      <w:r>
        <w:t>材料与化工</w:t>
      </w:r>
    </w:p>
    <w:p>
      <w:r>
        <w:t>黄建铭</w:t>
      </w:r>
    </w:p>
    <w:p>
      <w:r>
        <w:t>4404****9092</w:t>
      </w:r>
    </w:p>
    <w:p>
      <w:r>
        <w:t>硕士</w:t>
      </w:r>
    </w:p>
    <w:p>
      <w:r>
        <w:t>国家卓越工程师学院</w:t>
      </w:r>
    </w:p>
    <w:p>
      <w:r>
        <w:t>085600</w:t>
      </w:r>
    </w:p>
    <w:p>
      <w:r>
        <w:t>材料与化工</w:t>
      </w:r>
    </w:p>
    <w:p>
      <w:r>
        <w:t>陈灿阳</w:t>
      </w:r>
    </w:p>
    <w:p>
      <w:r>
        <w:t>4451****4813</w:t>
      </w:r>
    </w:p>
    <w:p>
      <w:r>
        <w:t>硕士</w:t>
      </w:r>
    </w:p>
    <w:p>
      <w:r>
        <w:t>国家卓越工程师学院</w:t>
      </w:r>
    </w:p>
    <w:p>
      <w:r>
        <w:t>085400</w:t>
      </w:r>
    </w:p>
    <w:p>
      <w:r>
        <w:t>电子信息</w:t>
      </w:r>
    </w:p>
    <w:p>
      <w:r>
        <w:t>陈麒为</w:t>
      </w:r>
    </w:p>
    <w:p>
      <w:r>
        <w:t>4301****1016</w:t>
      </w:r>
    </w:p>
    <w:p>
      <w:r>
        <w:t>硕士</w:t>
      </w:r>
    </w:p>
    <w:p>
      <w:r>
        <w:t>国家卓越工程师学院</w:t>
      </w:r>
    </w:p>
    <w:p>
      <w:r>
        <w:t>085400</w:t>
      </w:r>
    </w:p>
    <w:p>
      <w:r>
        <w:t>电子信息</w:t>
      </w:r>
    </w:p>
    <w:p>
      <w:r>
        <w:t>陈涛虞</w:t>
      </w:r>
    </w:p>
    <w:p>
      <w:r>
        <w:t>4521****3137</w:t>
      </w:r>
    </w:p>
    <w:p>
      <w:r>
        <w:t>硕士</w:t>
      </w:r>
    </w:p>
    <w:p>
      <w:r>
        <w:t>国家卓越工程师学院</w:t>
      </w:r>
    </w:p>
    <w:p>
      <w:r>
        <w:t>085400</w:t>
      </w:r>
    </w:p>
    <w:p>
      <w:r>
        <w:t>电子信息</w:t>
      </w:r>
    </w:p>
    <w:p>
      <w:r>
        <w:t>成佳磊</w:t>
      </w:r>
    </w:p>
    <w:p>
      <w:r>
        <w:t>1306****2278</w:t>
      </w:r>
    </w:p>
    <w:p>
      <w:r>
        <w:t>硕士</w:t>
      </w:r>
    </w:p>
    <w:p>
      <w:r>
        <w:t>国家卓越工程师学院</w:t>
      </w:r>
    </w:p>
    <w:p>
      <w:r>
        <w:t>085400</w:t>
      </w:r>
    </w:p>
    <w:p>
      <w:r>
        <w:t>电子信息</w:t>
      </w:r>
    </w:p>
    <w:p>
      <w:r>
        <w:t>邓万果</w:t>
      </w:r>
    </w:p>
    <w:p>
      <w:r>
        <w:t>4412****5735</w:t>
      </w:r>
    </w:p>
    <w:p>
      <w:r>
        <w:t>硕士</w:t>
      </w:r>
    </w:p>
    <w:p>
      <w:r>
        <w:t>国家卓越工程师学院</w:t>
      </w:r>
    </w:p>
    <w:p>
      <w:r>
        <w:t>085400</w:t>
      </w:r>
    </w:p>
    <w:p>
      <w:r>
        <w:t>电子信息</w:t>
      </w:r>
    </w:p>
    <w:p>
      <w:r>
        <w:t>冯俊玮</w:t>
      </w:r>
    </w:p>
    <w:p>
      <w:r>
        <w:t>4417****1716</w:t>
      </w:r>
    </w:p>
    <w:p>
      <w:r>
        <w:t>硕士</w:t>
      </w:r>
    </w:p>
    <w:p>
      <w:r>
        <w:t>国家卓越工程师学院</w:t>
      </w:r>
    </w:p>
    <w:p>
      <w:r>
        <w:t>085400</w:t>
      </w:r>
    </w:p>
    <w:p>
      <w:r>
        <w:t>电子信息</w:t>
      </w:r>
    </w:p>
    <w:p>
      <w:r>
        <w:t>郭厚君</w:t>
      </w:r>
    </w:p>
    <w:p>
      <w:r>
        <w:t>4307****017X</w:t>
      </w:r>
    </w:p>
    <w:p>
      <w:r>
        <w:t>硕士</w:t>
      </w:r>
    </w:p>
    <w:p>
      <w:r>
        <w:t>国家卓越工程师学院</w:t>
      </w:r>
    </w:p>
    <w:p>
      <w:r>
        <w:t>085400</w:t>
      </w:r>
    </w:p>
    <w:p>
      <w:r>
        <w:t>电子信息</w:t>
      </w:r>
    </w:p>
    <w:p>
      <w:r>
        <w:t>黄烁韩</w:t>
      </w:r>
    </w:p>
    <w:p>
      <w:r>
        <w:t>4405****0015</w:t>
      </w:r>
    </w:p>
    <w:p>
      <w:r>
        <w:t>硕士</w:t>
      </w:r>
    </w:p>
    <w:p>
      <w:r>
        <w:t>国家卓越工程师学院</w:t>
      </w:r>
    </w:p>
    <w:p>
      <w:r>
        <w:t>085400</w:t>
      </w:r>
    </w:p>
    <w:p>
      <w:r>
        <w:t>电子信息</w:t>
      </w:r>
    </w:p>
    <w:p>
      <w:r>
        <w:t>姜子琪</w:t>
      </w:r>
    </w:p>
    <w:p>
      <w:r>
        <w:t>3207****0515</w:t>
      </w:r>
    </w:p>
    <w:p>
      <w:r>
        <w:t>硕士</w:t>
      </w:r>
    </w:p>
    <w:p>
      <w:r>
        <w:t>国家卓越工程师学院</w:t>
      </w:r>
    </w:p>
    <w:p>
      <w:r>
        <w:t>085400</w:t>
      </w:r>
    </w:p>
    <w:p>
      <w:r>
        <w:t>电子信息</w:t>
      </w:r>
    </w:p>
    <w:p>
      <w:r>
        <w:t>李嘉言</w:t>
      </w:r>
    </w:p>
    <w:p>
      <w:r>
        <w:t>4403****0021</w:t>
      </w:r>
    </w:p>
    <w:p>
      <w:r>
        <w:t>硕士</w:t>
      </w:r>
    </w:p>
    <w:p>
      <w:r>
        <w:t>国家卓越工程师学院</w:t>
      </w:r>
    </w:p>
    <w:p>
      <w:r>
        <w:t>085400</w:t>
      </w:r>
    </w:p>
    <w:p>
      <w:r>
        <w:t>电子信息</w:t>
      </w:r>
    </w:p>
    <w:p>
      <w:r>
        <w:t>李志天</w:t>
      </w:r>
    </w:p>
    <w:p>
      <w:r>
        <w:t>3303****0959</w:t>
      </w:r>
    </w:p>
    <w:p>
      <w:r>
        <w:t>硕士</w:t>
      </w:r>
    </w:p>
    <w:p>
      <w:r>
        <w:t>国家卓越工程师学院</w:t>
      </w:r>
    </w:p>
    <w:p>
      <w:r>
        <w:t>085400</w:t>
      </w:r>
    </w:p>
    <w:p>
      <w:r>
        <w:t>电子信息</w:t>
      </w:r>
    </w:p>
    <w:p>
      <w:r>
        <w:t>林山小</w:t>
      </w:r>
    </w:p>
    <w:p>
      <w:r>
        <w:t>4403****0412</w:t>
      </w:r>
    </w:p>
    <w:p>
      <w:r>
        <w:t>硕士</w:t>
      </w:r>
    </w:p>
    <w:p>
      <w:r>
        <w:t>国家卓越工程师学院</w:t>
      </w:r>
    </w:p>
    <w:p>
      <w:r>
        <w:t>085400</w:t>
      </w:r>
    </w:p>
    <w:p>
      <w:r>
        <w:t>电子信息</w:t>
      </w:r>
    </w:p>
    <w:p>
      <w:r>
        <w:t>林绍阳</w:t>
      </w:r>
    </w:p>
    <w:p>
      <w:r>
        <w:t>3505****0012</w:t>
      </w:r>
    </w:p>
    <w:p>
      <w:r>
        <w:t>硕士</w:t>
      </w:r>
    </w:p>
    <w:p>
      <w:r>
        <w:t>国家卓越工程师学院</w:t>
      </w:r>
    </w:p>
    <w:p>
      <w:r>
        <w:t>085400</w:t>
      </w:r>
    </w:p>
    <w:p>
      <w:r>
        <w:t>电子信息</w:t>
      </w:r>
    </w:p>
    <w:p>
      <w:r>
        <w:t>刘炜坚</w:t>
      </w:r>
    </w:p>
    <w:p>
      <w:r>
        <w:t>4414****0970</w:t>
      </w:r>
    </w:p>
    <w:p>
      <w:r>
        <w:t>硕士</w:t>
      </w:r>
    </w:p>
    <w:p>
      <w:r>
        <w:t>国家卓越工程师学院</w:t>
      </w:r>
    </w:p>
    <w:p>
      <w:r>
        <w:t>085400</w:t>
      </w:r>
    </w:p>
    <w:p>
      <w:r>
        <w:t>电子信息</w:t>
      </w:r>
    </w:p>
    <w:p>
      <w:r>
        <w:t>刘宇舟</w:t>
      </w:r>
    </w:p>
    <w:p>
      <w:r>
        <w:t>4302****051X</w:t>
      </w:r>
    </w:p>
    <w:p>
      <w:r>
        <w:t>硕士</w:t>
      </w:r>
    </w:p>
    <w:p>
      <w:r>
        <w:t>国家卓越工程师学院</w:t>
      </w:r>
    </w:p>
    <w:p>
      <w:r>
        <w:t>085400</w:t>
      </w:r>
    </w:p>
    <w:p>
      <w:r>
        <w:t>电子信息</w:t>
      </w:r>
    </w:p>
    <w:p>
      <w:r>
        <w:t>卢坤标</w:t>
      </w:r>
    </w:p>
    <w:p>
      <w:r>
        <w:t>4452****4919</w:t>
      </w:r>
    </w:p>
    <w:p>
      <w:r>
        <w:t>硕士</w:t>
      </w:r>
    </w:p>
    <w:p>
      <w:r>
        <w:t>国家卓越工程师学院</w:t>
      </w:r>
    </w:p>
    <w:p>
      <w:r>
        <w:t>085400</w:t>
      </w:r>
    </w:p>
    <w:p>
      <w:r>
        <w:t>电子信息</w:t>
      </w:r>
    </w:p>
    <w:p>
      <w:r>
        <w:t>卢依芳</w:t>
      </w:r>
    </w:p>
    <w:p>
      <w:r>
        <w:t>4419****658X</w:t>
      </w:r>
    </w:p>
    <w:p>
      <w:r>
        <w:t>硕士</w:t>
      </w:r>
    </w:p>
    <w:p>
      <w:r>
        <w:t>国家卓越工程师学院</w:t>
      </w:r>
    </w:p>
    <w:p>
      <w:r>
        <w:t>085400</w:t>
      </w:r>
    </w:p>
    <w:p>
      <w:r>
        <w:t>电子信息</w:t>
      </w:r>
    </w:p>
    <w:p>
      <w:r>
        <w:t>马圣钧</w:t>
      </w:r>
    </w:p>
    <w:p>
      <w:r>
        <w:t>4526****0011</w:t>
      </w:r>
    </w:p>
    <w:p>
      <w:r>
        <w:t>硕士</w:t>
      </w:r>
    </w:p>
    <w:p>
      <w:r>
        <w:t>国家卓越工程师学院</w:t>
      </w:r>
    </w:p>
    <w:p>
      <w:r>
        <w:t>085400</w:t>
      </w:r>
    </w:p>
    <w:p>
      <w:r>
        <w:t>电子信息</w:t>
      </w:r>
    </w:p>
    <w:p>
      <w:r>
        <w:t>缪韵诗</w:t>
      </w:r>
    </w:p>
    <w:p>
      <w:r>
        <w:t>6101****1625</w:t>
      </w:r>
    </w:p>
    <w:p>
      <w:r>
        <w:t>硕士</w:t>
      </w:r>
    </w:p>
    <w:p>
      <w:r>
        <w:t>国家卓越工程师学院</w:t>
      </w:r>
    </w:p>
    <w:p>
      <w:r>
        <w:t>085400</w:t>
      </w:r>
    </w:p>
    <w:p>
      <w:r>
        <w:t>电子信息</w:t>
      </w:r>
    </w:p>
    <w:p>
      <w:r>
        <w:t>聂家政</w:t>
      </w:r>
    </w:p>
    <w:p>
      <w:r>
        <w:t>3717****5754</w:t>
      </w:r>
    </w:p>
    <w:p>
      <w:r>
        <w:t>硕士</w:t>
      </w:r>
    </w:p>
    <w:p>
      <w:r>
        <w:t>国家卓越工程师学院</w:t>
      </w:r>
    </w:p>
    <w:p>
      <w:r>
        <w:t>085400</w:t>
      </w:r>
    </w:p>
    <w:p>
      <w:r>
        <w:t>电子信息</w:t>
      </w:r>
    </w:p>
    <w:p>
      <w:r>
        <w:t>戚起宁</w:t>
      </w:r>
    </w:p>
    <w:p>
      <w:r>
        <w:t>4505****8752</w:t>
      </w:r>
    </w:p>
    <w:p>
      <w:r>
        <w:t>硕士</w:t>
      </w:r>
    </w:p>
    <w:p>
      <w:r>
        <w:t>国家卓越工程师学院</w:t>
      </w:r>
    </w:p>
    <w:p>
      <w:r>
        <w:t>085400</w:t>
      </w:r>
    </w:p>
    <w:p>
      <w:r>
        <w:t>电子信息</w:t>
      </w:r>
    </w:p>
    <w:p>
      <w:r>
        <w:t>齐奥</w:t>
      </w:r>
    </w:p>
    <w:p>
      <w:r>
        <w:t>3402****0670</w:t>
      </w:r>
    </w:p>
    <w:p>
      <w:r>
        <w:t>硕士</w:t>
      </w:r>
    </w:p>
    <w:p>
      <w:r>
        <w:t>国家卓越工程师学院</w:t>
      </w:r>
    </w:p>
    <w:p>
      <w:r>
        <w:t>085400</w:t>
      </w:r>
    </w:p>
    <w:p>
      <w:r>
        <w:t>电子信息</w:t>
      </w:r>
    </w:p>
    <w:p>
      <w:r>
        <w:t>裘成虎</w:t>
      </w:r>
    </w:p>
    <w:p>
      <w:r>
        <w:t>4115****0016</w:t>
      </w:r>
    </w:p>
    <w:p>
      <w:r>
        <w:t>硕士</w:t>
      </w:r>
    </w:p>
    <w:p>
      <w:r>
        <w:t>国家卓越工程师学院</w:t>
      </w:r>
    </w:p>
    <w:p>
      <w:r>
        <w:t>085400</w:t>
      </w:r>
    </w:p>
    <w:p>
      <w:r>
        <w:t>电子信息</w:t>
      </w:r>
    </w:p>
    <w:p>
      <w:r>
        <w:t>史高圆</w:t>
      </w:r>
    </w:p>
    <w:p>
      <w:r>
        <w:t>3407****5423</w:t>
      </w:r>
    </w:p>
    <w:p>
      <w:r>
        <w:t>硕士</w:t>
      </w:r>
    </w:p>
    <w:p>
      <w:r>
        <w:t>国家卓越工程师学院</w:t>
      </w:r>
    </w:p>
    <w:p>
      <w:r>
        <w:t>085400</w:t>
      </w:r>
    </w:p>
    <w:p>
      <w:r>
        <w:t>电子信息</w:t>
      </w:r>
    </w:p>
    <w:p>
      <w:r>
        <w:t>苏睿熹</w:t>
      </w:r>
    </w:p>
    <w:p>
      <w:r>
        <w:t>4451****1934</w:t>
      </w:r>
    </w:p>
    <w:p>
      <w:r>
        <w:t>硕士</w:t>
      </w:r>
    </w:p>
    <w:p>
      <w:r>
        <w:t>国家卓越工程师学院</w:t>
      </w:r>
    </w:p>
    <w:p>
      <w:r>
        <w:t>085400</w:t>
      </w:r>
    </w:p>
    <w:p>
      <w:r>
        <w:t>电子信息</w:t>
      </w:r>
    </w:p>
    <w:p>
      <w:r>
        <w:t>王硕涵</w:t>
      </w:r>
    </w:p>
    <w:p>
      <w:r>
        <w:t>3710****9317</w:t>
      </w:r>
    </w:p>
    <w:p>
      <w:r>
        <w:t>硕士</w:t>
      </w:r>
    </w:p>
    <w:p>
      <w:r>
        <w:t>国家卓越工程师学院</w:t>
      </w:r>
    </w:p>
    <w:p>
      <w:r>
        <w:t>085400</w:t>
      </w:r>
    </w:p>
    <w:p>
      <w:r>
        <w:t>电子信息</w:t>
      </w:r>
    </w:p>
    <w:p>
      <w:r>
        <w:t>温锦松</w:t>
      </w:r>
    </w:p>
    <w:p>
      <w:r>
        <w:t>3607****2915</w:t>
      </w:r>
    </w:p>
    <w:p>
      <w:r>
        <w:t>硕士</w:t>
      </w:r>
    </w:p>
    <w:p>
      <w:r>
        <w:t>国家卓越工程师学院</w:t>
      </w:r>
    </w:p>
    <w:p>
      <w:r>
        <w:t>085400</w:t>
      </w:r>
    </w:p>
    <w:p>
      <w:r>
        <w:t>电子信息</w:t>
      </w:r>
    </w:p>
    <w:p>
      <w:r>
        <w:t>谢雨欣</w:t>
      </w:r>
    </w:p>
    <w:p>
      <w:r>
        <w:t>1304****2712</w:t>
      </w:r>
    </w:p>
    <w:p>
      <w:r>
        <w:t>硕士</w:t>
      </w:r>
    </w:p>
    <w:p>
      <w:r>
        <w:t>国家卓越工程师学院</w:t>
      </w:r>
    </w:p>
    <w:p>
      <w:r>
        <w:t>085400</w:t>
      </w:r>
    </w:p>
    <w:p>
      <w:r>
        <w:t>电子信息</w:t>
      </w:r>
    </w:p>
    <w:p>
      <w:r>
        <w:t>徐一恒</w:t>
      </w:r>
    </w:p>
    <w:p>
      <w:r>
        <w:t>1305****0554</w:t>
      </w:r>
    </w:p>
    <w:p>
      <w:r>
        <w:t>硕士</w:t>
      </w:r>
    </w:p>
    <w:p>
      <w:r>
        <w:t>国家卓越工程师学院</w:t>
      </w:r>
    </w:p>
    <w:p>
      <w:r>
        <w:t>085400</w:t>
      </w:r>
    </w:p>
    <w:p>
      <w:r>
        <w:t>电子信息</w:t>
      </w:r>
    </w:p>
    <w:p>
      <w:r>
        <w:t>杨泽栋</w:t>
      </w:r>
    </w:p>
    <w:p>
      <w:r>
        <w:t>4201****2414</w:t>
      </w:r>
    </w:p>
    <w:p>
      <w:r>
        <w:t>硕士</w:t>
      </w:r>
    </w:p>
    <w:p>
      <w:r>
        <w:t>国家卓越工程师学院</w:t>
      </w:r>
    </w:p>
    <w:p>
      <w:r>
        <w:t>085400</w:t>
      </w:r>
    </w:p>
    <w:p>
      <w:r>
        <w:t>电子信息</w:t>
      </w:r>
    </w:p>
    <w:p>
      <w:r>
        <w:t>张喆烨</w:t>
      </w:r>
    </w:p>
    <w:p>
      <w:r>
        <w:t>5111****0015</w:t>
      </w:r>
    </w:p>
    <w:p>
      <w:r>
        <w:t>硕士</w:t>
      </w:r>
    </w:p>
    <w:p>
      <w:r>
        <w:t>国家卓越工程师学院</w:t>
      </w:r>
    </w:p>
    <w:p>
      <w:r>
        <w:t>085400</w:t>
      </w:r>
    </w:p>
    <w:p>
      <w:r>
        <w:t>电子信息</w:t>
      </w:r>
    </w:p>
    <w:p>
      <w:r>
        <w:t>张铸</w:t>
      </w:r>
    </w:p>
    <w:p>
      <w:r>
        <w:t>3414****4416</w:t>
      </w:r>
    </w:p>
    <w:p>
      <w:r>
        <w:t>硕士</w:t>
      </w:r>
    </w:p>
    <w:p>
      <w:r>
        <w:t>国家卓越工程师学院</w:t>
      </w:r>
    </w:p>
    <w:p>
      <w:r>
        <w:t>085400</w:t>
      </w:r>
    </w:p>
    <w:p>
      <w:r>
        <w:t>电子信息</w:t>
      </w:r>
    </w:p>
    <w:p>
      <w:r>
        <w:t>周杰</w:t>
      </w:r>
    </w:p>
    <w:p>
      <w:r>
        <w:t>3405****5217</w:t>
      </w:r>
    </w:p>
    <w:p>
      <w:r>
        <w:t>硕士</w:t>
      </w:r>
    </w:p>
    <w:p>
      <w:r>
        <w:t>国家卓越工程师学院</w:t>
      </w:r>
    </w:p>
    <w:p>
      <w:r>
        <w:t>085400</w:t>
      </w:r>
    </w:p>
    <w:p>
      <w:r>
        <w:t>电子信息</w:t>
      </w:r>
    </w:p>
    <w:p>
      <w:r>
        <w:t>周子恒</w:t>
      </w:r>
    </w:p>
    <w:p>
      <w:r>
        <w:t>4201****121X</w:t>
      </w:r>
    </w:p>
    <w:p>
      <w:r>
        <w:t>硕士</w:t>
      </w:r>
    </w:p>
    <w:p>
      <w:r>
        <w:t>国家卓越工程师学院</w:t>
      </w:r>
    </w:p>
    <w:p>
      <w:r>
        <w:t>085400</w:t>
      </w:r>
    </w:p>
    <w:p>
      <w:r>
        <w:t>电子信息</w:t>
      </w:r>
    </w:p>
    <w:p>
      <w:r>
        <w:t>周子善</w:t>
      </w:r>
    </w:p>
    <w:p>
      <w:r>
        <w:t>4304****0497</w:t>
      </w:r>
    </w:p>
    <w:p>
      <w:r>
        <w:t>硕士</w:t>
      </w:r>
    </w:p>
    <w:p>
      <w:r>
        <w:t>国家卓越工程师学院</w:t>
      </w:r>
    </w:p>
    <w:p>
      <w:r>
        <w:t>085400</w:t>
      </w:r>
    </w:p>
    <w:p>
      <w:r>
        <w:t>电子信息</w:t>
      </w:r>
    </w:p>
    <w:p>
      <w:r>
        <w:t>朱国泰</w:t>
      </w:r>
    </w:p>
    <w:p>
      <w:r>
        <w:t>3717****2415</w:t>
      </w:r>
    </w:p>
    <w:p>
      <w:r>
        <w:t>硕士</w:t>
      </w:r>
    </w:p>
    <w:p>
      <w:r>
        <w:t>国家卓越工程师学院</w:t>
      </w:r>
    </w:p>
    <w:p>
      <w:r>
        <w:t>085400</w:t>
      </w:r>
    </w:p>
    <w:p>
      <w:r>
        <w:t>电子信息</w:t>
      </w:r>
    </w:p>
    <w:p>
      <w:r>
        <w:t>朱泽洋</w:t>
      </w:r>
    </w:p>
    <w:p>
      <w:r>
        <w:t>4503****0024</w:t>
      </w:r>
    </w:p>
    <w:p>
      <w:r>
        <w:t>硕士</w:t>
      </w:r>
    </w:p>
    <w:p>
      <w:r>
        <w:t>国家卓越工程师学院</w:t>
      </w:r>
    </w:p>
    <w:p>
      <w:r>
        <w:t>085400</w:t>
      </w:r>
    </w:p>
    <w:p>
      <w:r>
        <w:t>电子信息</w:t>
      </w:r>
    </w:p>
    <w:p>
      <w:r>
        <w:t>曹钧尧</w:t>
      </w:r>
    </w:p>
    <w:p>
      <w:r>
        <w:t>4202****0419</w:t>
      </w:r>
    </w:p>
    <w:p>
      <w:r>
        <w:t>硕士</w:t>
      </w:r>
    </w:p>
    <w:p>
      <w:r>
        <w:t>国家卓越工程师学院</w:t>
      </w:r>
    </w:p>
    <w:p>
      <w:r>
        <w:t>085500</w:t>
      </w:r>
    </w:p>
    <w:p>
      <w:r>
        <w:t>机械</w:t>
      </w:r>
    </w:p>
    <w:p>
      <w:r>
        <w:t>南方科技大学2026级推免生（含直博生）拟录取名单</w:t>
      </w:r>
    </w:p>
    <w:p>
      <w:r>
        <w:t>姓名</w:t>
      </w:r>
    </w:p>
    <w:p>
      <w:r>
        <w:t>证件号码</w:t>
      </w:r>
    </w:p>
    <w:p>
      <w:r>
        <w:t>录取类别</w:t>
      </w:r>
    </w:p>
    <w:p>
      <w:r>
        <w:t>录取院系名称</w:t>
      </w:r>
    </w:p>
    <w:p>
      <w:r>
        <w:t>录取专业代码</w:t>
      </w:r>
    </w:p>
    <w:p>
      <w:r>
        <w:t>录取专业名称</w:t>
      </w:r>
    </w:p>
    <w:p>
      <w:r>
        <w:t>备注</w:t>
      </w:r>
    </w:p>
    <w:p>
      <w:r>
        <w:t>刘天</w:t>
      </w:r>
    </w:p>
    <w:p>
      <w:r>
        <w:t>4304****0755</w:t>
      </w:r>
    </w:p>
    <w:p>
      <w:r>
        <w:t>硕士</w:t>
      </w:r>
    </w:p>
    <w:p>
      <w:r>
        <w:t>国家卓越工程师学院</w:t>
      </w:r>
    </w:p>
    <w:p>
      <w:r>
        <w:t>085500</w:t>
      </w:r>
    </w:p>
    <w:p>
      <w:r>
        <w:t>机械</w:t>
      </w:r>
    </w:p>
    <w:p>
      <w:r>
        <w:t>马世方</w:t>
      </w:r>
    </w:p>
    <w:p>
      <w:r>
        <w:t>3506****4535</w:t>
      </w:r>
    </w:p>
    <w:p>
      <w:r>
        <w:t>硕士</w:t>
      </w:r>
    </w:p>
    <w:p>
      <w:r>
        <w:t>国家卓越工程师学院</w:t>
      </w:r>
    </w:p>
    <w:p>
      <w:r>
        <w:t>085500</w:t>
      </w:r>
    </w:p>
    <w:p>
      <w:r>
        <w:t>机械</w:t>
      </w:r>
    </w:p>
    <w:p>
      <w:r>
        <w:t>王传治</w:t>
      </w:r>
    </w:p>
    <w:p>
      <w:r>
        <w:t>5104****4317</w:t>
      </w:r>
    </w:p>
    <w:p>
      <w:r>
        <w:t>硕士</w:t>
      </w:r>
    </w:p>
    <w:p>
      <w:r>
        <w:t>国家卓越工程师学院</w:t>
      </w:r>
    </w:p>
    <w:p>
      <w:r>
        <w:t>085500</w:t>
      </w:r>
    </w:p>
    <w:p>
      <w:r>
        <w:t>机械</w:t>
      </w:r>
    </w:p>
    <w:p>
      <w:r>
        <w:t>王陶然</w:t>
      </w:r>
    </w:p>
    <w:p>
      <w:r>
        <w:t>1301****0332</w:t>
      </w:r>
    </w:p>
    <w:p>
      <w:r>
        <w:t>硕士</w:t>
      </w:r>
    </w:p>
    <w:p>
      <w:r>
        <w:t>国家卓越工程师学院</w:t>
      </w:r>
    </w:p>
    <w:p>
      <w:r>
        <w:t>085500</w:t>
      </w:r>
    </w:p>
    <w:p>
      <w:r>
        <w:t>机械</w:t>
      </w:r>
    </w:p>
    <w:p>
      <w:r>
        <w:t>王武恒</w:t>
      </w:r>
    </w:p>
    <w:p>
      <w:r>
        <w:t>5201****0410</w:t>
      </w:r>
    </w:p>
    <w:p>
      <w:r>
        <w:t>硕士</w:t>
      </w:r>
    </w:p>
    <w:p>
      <w:r>
        <w:t>国家卓越工程师学院</w:t>
      </w:r>
    </w:p>
    <w:p>
      <w:r>
        <w:t>085500</w:t>
      </w:r>
    </w:p>
    <w:p>
      <w:r>
        <w:t>机械</w:t>
      </w:r>
    </w:p>
    <w:p>
      <w:r>
        <w:t>王一梁</w:t>
      </w:r>
    </w:p>
    <w:p>
      <w:r>
        <w:t>3207****0039</w:t>
      </w:r>
    </w:p>
    <w:p>
      <w:r>
        <w:t>硕士</w:t>
      </w:r>
    </w:p>
    <w:p>
      <w:r>
        <w:t>国家卓越工程师学院</w:t>
      </w:r>
    </w:p>
    <w:p>
      <w:r>
        <w:t>085500</w:t>
      </w:r>
    </w:p>
    <w:p>
      <w:r>
        <w:t>机械</w:t>
      </w:r>
    </w:p>
    <w:p>
      <w:r>
        <w:t>王者也</w:t>
      </w:r>
    </w:p>
    <w:p>
      <w:r>
        <w:t>3601****481X</w:t>
      </w:r>
    </w:p>
    <w:p>
      <w:r>
        <w:t>硕士</w:t>
      </w:r>
    </w:p>
    <w:p>
      <w:r>
        <w:t>国家卓越工程师学院</w:t>
      </w:r>
    </w:p>
    <w:p>
      <w:r>
        <w:t>085500</w:t>
      </w:r>
    </w:p>
    <w:p>
      <w:r>
        <w:t>机械</w:t>
      </w:r>
    </w:p>
    <w:p>
      <w:r>
        <w:t>李明达</w:t>
      </w:r>
    </w:p>
    <w:p>
      <w:r>
        <w:t>2101****4634</w:t>
      </w:r>
    </w:p>
    <w:p>
      <w:r>
        <w:t>直博生</w:t>
      </w:r>
    </w:p>
    <w:p>
      <w:r>
        <w:t>国家卓越工程师学院</w:t>
      </w:r>
    </w:p>
    <w:p>
      <w:r>
        <w:t>085600</w:t>
      </w:r>
    </w:p>
    <w:p>
      <w:r>
        <w:t>材料与化工</w:t>
      </w:r>
    </w:p>
    <w:p>
      <w:r>
        <w:t>王怡敏</w:t>
      </w:r>
    </w:p>
    <w:p>
      <w:r>
        <w:t>4310****5760</w:t>
      </w:r>
    </w:p>
    <w:p>
      <w:r>
        <w:t>直博生</w:t>
      </w:r>
    </w:p>
    <w:p>
      <w:r>
        <w:t>国家卓越工程师学院</w:t>
      </w:r>
    </w:p>
    <w:p>
      <w:r>
        <w:t>085600</w:t>
      </w:r>
    </w:p>
    <w:p>
      <w:r>
        <w:t>材料与化工</w:t>
      </w:r>
    </w:p>
    <w:p>
      <w:r>
        <w:t>张和平</w:t>
      </w:r>
    </w:p>
    <w:p>
      <w:r>
        <w:t>4107****191X</w:t>
      </w:r>
    </w:p>
    <w:p>
      <w:r>
        <w:t>直博生</w:t>
      </w:r>
    </w:p>
    <w:p>
      <w:r>
        <w:t>国家卓越工程师学院</w:t>
      </w:r>
    </w:p>
    <w:p>
      <w:r>
        <w:t>085600</w:t>
      </w:r>
    </w:p>
    <w:p>
      <w:r>
        <w:t>材料与化工</w:t>
      </w:r>
    </w:p>
    <w:p>
      <w:r>
        <w:t>卢海滨</w:t>
      </w:r>
    </w:p>
    <w:p>
      <w:r>
        <w:t>3701****5756</w:t>
      </w:r>
    </w:p>
    <w:p>
      <w:r>
        <w:t>直博生</w:t>
      </w:r>
    </w:p>
    <w:p>
      <w:r>
        <w:t>国家卓越工程师学院</w:t>
      </w:r>
    </w:p>
    <w:p>
      <w:r>
        <w:t>085400</w:t>
      </w:r>
    </w:p>
    <w:p>
      <w:r>
        <w:t>电子信息</w:t>
      </w:r>
    </w:p>
    <w:p>
      <w:r>
        <w:t>吴嘉铭</w:t>
      </w:r>
    </w:p>
    <w:p>
      <w:r>
        <w:t>3717****5374</w:t>
      </w:r>
    </w:p>
    <w:p>
      <w:r>
        <w:t>直博生</w:t>
      </w:r>
    </w:p>
    <w:p>
      <w:r>
        <w:t>国家卓越工程师学院</w:t>
      </w:r>
    </w:p>
    <w:p>
      <w:r>
        <w:t>085400</w:t>
      </w:r>
    </w:p>
    <w:p>
      <w:r>
        <w:t>电子信息</w:t>
      </w:r>
    </w:p>
    <w:p>
      <w:r>
        <w:t>周佳涛</w:t>
      </w:r>
    </w:p>
    <w:p>
      <w:r>
        <w:t>3714****1577</w:t>
      </w:r>
    </w:p>
    <w:p>
      <w:r>
        <w:t>直博生</w:t>
      </w:r>
    </w:p>
    <w:p>
      <w:r>
        <w:t>国家卓越工程师学院</w:t>
      </w:r>
    </w:p>
    <w:p>
      <w:r>
        <w:t>085400</w:t>
      </w:r>
    </w:p>
    <w:p>
      <w:r>
        <w:t>电子信息</w:t>
      </w:r>
    </w:p>
    <w:p>
      <w:r>
        <w:t>徐菡阳</w:t>
      </w:r>
    </w:p>
    <w:p>
      <w:r>
        <w:t>5111****0015</w:t>
      </w:r>
    </w:p>
    <w:p>
      <w:r>
        <w:t>直博生</w:t>
      </w:r>
    </w:p>
    <w:p>
      <w:r>
        <w:t>国家卓越工程师学院</w:t>
      </w:r>
    </w:p>
    <w:p>
      <w:r>
        <w:t>085500</w:t>
      </w:r>
    </w:p>
    <w:p>
      <w:r>
        <w:t>机械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