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天津商业大学接收2026届优秀应届本科毕业生免试攻读硕士学位研究生专业目录</w:t>
      </w:r>
    </w:p>
    <w:p>
      <w:r>
        <w:t>发布时间：2025年9月12日</w:t>
      </w:r>
    </w:p>
    <w:p>
      <w:r>
        <w:t>来源URL：https://gs.tjcu.edu.cn/info/1096/5071.htm</w:t>
      </w:r>
    </w:p>
    <w:p>
      <w:r>
        <w:t>========================================</w:t>
      </w:r>
    </w:p>
    <w:p>
      <w:r>
        <w:t>天津商业大学接收2026届优秀应届本科毕业生免试攻读硕士学位研究生简章</w:t>
      </w:r>
    </w:p>
    <w:p>
      <w:r>
        <w:t>【关闭】</w:t>
      </w:r>
    </w:p>
    <w:p>
      <w:r>
        <w:t>版权所有@天津商业大学研究生处（学科办公室）</w:t>
      </w:r>
    </w:p>
    <w:p>
      <w:r>
        <w:t>地址：天津市北辰区光荣道409号 邮编：300134 电话：022-26686259 E-mail：tsyjs@tjcu.edu.cn</w:t>
      </w:r>
    </w:p>
    <w:p>
      <w:r>
        <w:t>研究生招生咨询电话：022-26686545 研究生招生咨询邮箱：yanzhao@tjcu.edu.cn</w:t>
      </w:r>
    </w:p>
    <w:p>
      <w:r>
        <w:t>天津商大研招微信公众平台</w:t>
      </w:r>
    </w:p>
    <w:p>
      <w:r>
        <w:t>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