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关于2026年推免生做好复试准备的通知</w:t>
      </w:r>
    </w:p>
    <w:p>
      <w:r>
        <w:t>发布时间：2025年9月9日</w:t>
      </w:r>
    </w:p>
    <w:p>
      <w:r>
        <w:t>来源URL：https://yzb.ppsuc.edu.cn/info/1008/5294.htm</w:t>
      </w:r>
    </w:p>
    <w:p>
      <w:r>
        <w:t>========================================</w:t>
      </w:r>
    </w:p>
    <w:p>
      <w:r>
        <w:t>&gt;</w:t>
      </w:r>
    </w:p>
    <w:p>
      <w:r>
        <w:t>各位考生：</w:t>
      </w:r>
    </w:p>
    <w:p>
      <w:r>
        <w:t>我校2026年推免生复试将于9月16日-17日在木樨地校区（北京市西城区）进行，请考生按照通知要求，做好如下工作：</w:t>
      </w:r>
    </w:p>
    <w:p>
      <w:r>
        <w:t>一、阅知复试录取方案</w:t>
      </w:r>
    </w:p>
    <w:p>
      <w:r>
        <w:t>2026年推免生招生复试录取方案已由我校研究生招生工作领导小组审议通过，现予公布（见附件）。</w:t>
      </w:r>
    </w:p>
    <w:p>
      <w:r>
        <w:t>二、下载打印复试通知单</w:t>
      </w:r>
    </w:p>
    <w:p>
      <w:r>
        <w:t>专业笔试时间为9月16日8:30-11:30（仅公安学科&lt;公安学、公安技术&gt;考生），英语笔试时间为9月16日 14:00-17:00（所有考生），专业面试时间为9月17日全天（所有考生）。</w:t>
      </w:r>
    </w:p>
    <w:p>
      <w:r>
        <w:t>下载打印本人复试通知单（点此下载），牢记具体考试安排，凭复试通知单从木樨地校区北门入校参加复试。</w:t>
      </w:r>
    </w:p>
    <w:p>
      <w:r>
        <w:t>三、提交资格审查材料</w:t>
      </w:r>
    </w:p>
    <w:p>
      <w:r>
        <w:t>考生于9月17日面试前至候考室（见复试通知单）参加资格复审。复审时须出示本人身份证、学生证、英语成绩证明原件，提交本人身份证复印件（正反面复印至1张A4纸）、教育部学籍在线验证报告（学信网下载打印）、英语成绩证明复印件各1份（按顺序装订排列，首页左上角标注复试号）。</w:t>
      </w:r>
    </w:p>
    <w:p>
      <w:r>
        <w:t>四、关注后期考察安排</w:t>
      </w:r>
    </w:p>
    <w:p>
      <w:r>
        <w:t>公安学科考生的考察（政治考察、体检、面试和体能测评）按照上级主管部门通知要求开展，预计时间为10月中旬；非公安学科（法学、国家安全学、法律、电子信息）考生的考察（政治考察、体检）工作将在拟录取工作结束后开展，预计时间为10月中下旬。</w:t>
      </w:r>
    </w:p>
    <w:p>
      <w:r>
        <w:t>待考察时间确定后，我校将通过招生网站和微信公众号发布通知。</w:t>
      </w:r>
    </w:p>
    <w:p>
      <w:r>
        <w:t>五、其他事项</w:t>
      </w:r>
    </w:p>
    <w:p>
      <w:r>
        <w:t>（一）考生应及时关注学校通知公告，严格遵守时间节点。凡因个人疏忽，未按时提交材料、参加测试的，我校将视为放弃考察或复试资格，责任由考生本人承担。</w:t>
      </w:r>
    </w:p>
    <w:p>
      <w:r>
        <w:t>（二）考生须随身携带身份证和复试通知单，凡因未携带证件无法核实身份的，不予参加相应科目测试。</w:t>
      </w:r>
    </w:p>
    <w:p>
      <w:r>
        <w:t>（三）考生参加笔试科目时，应携带黑色签字笔、2B铅笔、橡皮等文具，参加面试时，应着正装（本校生可着警服）。考生不得携带电子设备进入考场，进入候考室时须集中存放电子设备，随身携带电子设备被发现的，按照考试违规处理。</w:t>
      </w:r>
    </w:p>
    <w:p>
      <w:r>
        <w:t>（四）未尽事宜，考生可发送电子邮件（yzb@ppsuc.edu.cn）进行咨询。</w:t>
      </w:r>
    </w:p>
    <w:p>
      <w:r>
        <w:t>特此通知。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