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大连工业大学2026年接收推荐免试研究生拟录取名单公示</w:t>
      </w:r>
    </w:p>
    <w:p>
      <w:r>
        <w:t>发布时间：2025年10月27日</w:t>
      </w:r>
    </w:p>
    <w:p>
      <w:r>
        <w:t>来源URL：http://yjs.dep.dlpu.edu.cn/_infolist/info_1.asp?f_menu_id=70&amp;f_id=367</w:t>
      </w:r>
    </w:p>
    <w:p>
      <w:r>
        <w:t>========================================</w:t>
      </w:r>
    </w:p>
    <w:p>
      <w:r>
        <w:t>大连工业大学2026年接收推荐免试研究生拟录取名单公示</w:t>
      </w:r>
    </w:p>
    <w:p>
      <w:r>
        <w:t>时间：2025年10月27日 09:32</w:t>
      </w:r>
    </w:p>
    <w:p>
      <w:r>
        <w:t>浏览：7764</w:t>
      </w:r>
    </w:p>
    <w:p>
      <w:r>
        <w:t>各位考生：</w:t>
      </w:r>
    </w:p>
    <w:p>
      <w:r>
        <w:t>我校2026年接收推荐免试攻读硕士/博士学位研究生录取工作已经结束，为保证录取结果公平、公正、公开，现对拟录取名单进行公示。本公示名单仅为拟录取名单，考生最终录取结果须以国家录取检查通过为准。公示期至11月2日，公示期内如对名单有异议请与研招办联系。</w:t>
      </w:r>
    </w:p>
    <w:p>
      <w:r>
        <w:t>研招办联系电话：0411-86323869，86323616,邮箱yzb@dlpu.edu.cn。</w:t>
      </w:r>
    </w:p>
    <w:p>
      <w:r>
        <w:t>大连工业大学</w:t>
      </w:r>
    </w:p>
    <w:p>
      <w:r>
        <w:t>2025年10月27日</w:t>
      </w:r>
    </w:p>
    <w:p>
      <w:r>
        <w:t>拟录取名单.xlsx</w:t>
      </w:r>
    </w:p>
    <w:p>
      <w:r>
        <w:t>上一条：关于2026级硕士研究生保留入学资格及往年录取新生复学的工作通知</w:t>
      </w:r>
    </w:p>
    <w:p>
      <w:r>
        <w:t>下一条：关于2025级硕士研究生下载调档函及维护录取通知书邮寄地址的通知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