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西藏农牧学院免试推荐攻读2018年硕士学位研究生考生复试成绩公示-西藏农牧大学研究生处</w:t>
      </w:r>
    </w:p>
    <w:p>
      <w:r>
        <w:t>发布时间：2017年10月16日</w:t>
      </w:r>
    </w:p>
    <w:p>
      <w:r>
        <w:t>来源URL：http://www.xza.edu.cn/yjsc/info/1066/1206.htm</w:t>
      </w:r>
    </w:p>
    <w:p>
      <w:r>
        <w:t>========================================</w:t>
      </w:r>
    </w:p>
    <w:p>
      <w:r>
        <w:t>西藏农牧学院免试推荐攻读2018年硕士学位研究生考生复试成绩公示</w:t>
      </w:r>
    </w:p>
    <w:p>
      <w:r>
        <w:t>日期：2017-10-16阅读次数： 次</w:t>
      </w:r>
    </w:p>
    <w:p>
      <w:r>
        <w:t>考生姓名</w:t>
      </w:r>
    </w:p>
    <w:p>
      <w:r>
        <w:t>复试专业名称</w:t>
      </w:r>
    </w:p>
    <w:p>
      <w:r>
        <w:t>笔试</w:t>
      </w:r>
    </w:p>
    <w:p>
      <w:r>
        <w:t>面试</w:t>
      </w:r>
    </w:p>
    <w:p>
      <w:r>
        <w:t>听力</w:t>
      </w:r>
    </w:p>
    <w:p>
      <w:r>
        <w:t>复试总成绩</w:t>
      </w:r>
    </w:p>
    <w:p>
      <w:r>
        <w:t>余文杰</w:t>
      </w:r>
    </w:p>
    <w:p>
      <w:r>
        <w:t>水利水电工程</w:t>
      </w:r>
    </w:p>
    <w:p>
      <w:r>
        <w:t>85</w:t>
      </w:r>
    </w:p>
    <w:p>
      <w:r>
        <w:t>85</w:t>
      </w:r>
    </w:p>
    <w:p>
      <w:r>
        <w:t>83</w:t>
      </w:r>
    </w:p>
    <w:p>
      <w:r>
        <w:t>84.4</w:t>
      </w:r>
    </w:p>
    <w:p>
      <w:r>
        <w:t>次吉拉姆</w:t>
      </w:r>
    </w:p>
    <w:p>
      <w:r>
        <w:t>水利水电工程</w:t>
      </w:r>
    </w:p>
    <w:p>
      <w:r>
        <w:t>81</w:t>
      </w:r>
    </w:p>
    <w:p>
      <w:r>
        <w:t>90.4</w:t>
      </w:r>
    </w:p>
    <w:p>
      <w:r>
        <w:t>90</w:t>
      </w:r>
    </w:p>
    <w:p>
      <w:r>
        <w:t>87.46</w:t>
      </w:r>
    </w:p>
    <w:p>
      <w:r>
        <w:t>研究生处</w:t>
      </w:r>
    </w:p>
    <w:p>
      <w:r>
        <w:t>2017年10月16日</w:t>
      </w:r>
    </w:p>
    <w:p>
      <w:r>
        <w:t>西藏自治区教育厅</w:t>
      </w:r>
    </w:p>
    <w:p>
      <w:r>
        <w:t>西藏自治区教育考试院</w:t>
      </w:r>
    </w:p>
    <w:p>
      <w:r>
        <w:t>全国农业专业学位研究生教育指导委员会</w:t>
      </w:r>
    </w:p>
    <w:p>
      <w:r>
        <w:t>全国工程专业学位研究生教育网</w:t>
      </w:r>
    </w:p>
    <w:p>
      <w:r>
        <w:t>全国风景园林专业学位研究生教育指导委员会</w:t>
      </w:r>
    </w:p>
    <w:p>
      <w:r>
        <w:t>邮编: 860000</w:t>
      </w:r>
    </w:p>
    <w:p>
      <w:r>
        <w:t>电话: 0894-5823990</w:t>
      </w:r>
    </w:p>
    <w:p>
      <w:r>
        <w:t>地址: 西藏林芝市巴宜区育才西路100号</w:t>
      </w:r>
    </w:p>
    <w:p>
      <w:r>
        <w:t>藏农耕宣</w:t>
      </w:r>
    </w:p>
    <w:p>
      <w:r>
        <w:t>版权所有：西藏农牧学大学研究生处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