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哈尔滨体育学院2026年硕士研究生接收推免生拟录取名单公示</w:t>
      </w:r>
    </w:p>
    <w:p>
      <w:r>
        <w:t>发布时间：2025年10月21日</w:t>
      </w:r>
    </w:p>
    <w:p>
      <w:r>
        <w:t>来源URL：https://www.hrbipe.edu.cn/yjsy/info/1011/1634.htm</w:t>
      </w:r>
    </w:p>
    <w:p>
      <w:r>
        <w:t>========================================</w:t>
      </w:r>
    </w:p>
    <w:p>
      <w:r>
        <w:t>哈尔滨体育学院2026年硕士研究生接收推免生拟录取名单公示</w:t>
      </w:r>
    </w:p>
    <w:p>
      <w:r>
        <w:t>时间：2025-10-21</w:t>
      </w:r>
    </w:p>
    <w:p>
      <w:r>
        <w:t>作者：李海霞</w:t>
      </w:r>
    </w:p>
    <w:p>
      <w:r>
        <w:t>根据教育部相关文件精神，结合《哈尔滨体育学院2026年接收推免生招生简章》《哈尔滨体育学院2026年接收推免生工作方案》等文件要求，现将我校2026年接收推免生拟录取名单进行公示，详情见附件。 公示日期为10月21日-10月27日。 联系地址：哈尔滨体育学院研究生院招生办公室 咨询电话：0451-82719652</w:t>
      </w:r>
    </w:p>
    <w:p>
      <w:r>
        <w:t>附件【2026年硕士研究生推免制拟录取名单.pdf】已下载 次</w:t>
      </w:r>
    </w:p>
    <w:p>
      <w:r>
        <w:t>学院首页</w:t>
      </w:r>
    </w:p>
    <w:p>
      <w:r>
        <w:t>学院概况</w:t>
      </w:r>
    </w:p>
    <w:p>
      <w:r>
        <w:t>党建工作</w:t>
      </w:r>
    </w:p>
    <w:p>
      <w:r>
        <w:t>工作动态</w:t>
      </w:r>
    </w:p>
    <w:p>
      <w:r>
        <w:t>留学生专栏</w:t>
      </w:r>
    </w:p>
    <w:p>
      <w:r>
        <w:t>招生工作</w:t>
      </w:r>
    </w:p>
    <w:p>
      <w:r>
        <w:t>培养工作</w:t>
      </w:r>
    </w:p>
    <w:p>
      <w:r>
        <w:t>学位管理</w:t>
      </w:r>
    </w:p>
    <w:p>
      <w:r>
        <w:t>导师队伍</w:t>
      </w:r>
    </w:p>
    <w:p>
      <w:r>
        <w:t>制度建设</w:t>
      </w:r>
    </w:p>
    <w:p>
      <w:r>
        <w:t>资料下载</w:t>
      </w:r>
    </w:p>
    <w:p>
      <w:r>
        <w:t>Copyright©Harbin Institute Of Physical Education</w:t>
      </w:r>
    </w:p>
    <w:p>
      <w:r>
        <w:t>地址： 哈尔滨市南岗区大成街1号</w:t>
      </w:r>
    </w:p>
    <w:p>
      <w:r>
        <w:t>黑ICP备05008709号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