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山东农业大学2026年推荐优秀应届本科毕业生免试攻读研究生工作办法</w:t>
      </w:r>
    </w:p>
    <w:p>
      <w:r>
        <w:t>发布时间：2025年8月31日</w:t>
      </w:r>
    </w:p>
    <w:p>
      <w:r>
        <w:t>来源URL：https://jiaowu.sdau.edu.cn/2025/0831/c403a259620/page.htm</w:t>
      </w:r>
    </w:p>
    <w:p>
      <w:r>
        <w:t>========================================</w:t>
      </w:r>
    </w:p>
    <w:p>
      <w:r>
        <w:t>山东农业大学2026年推荐优秀应届本科毕业生免试攻读研究生工作办法（网上发布）.pdf'}" class="wp_pdf_player" sudyplayer="wp_pdf_player" contenteditable="false"&gt;</w:t>
      </w:r>
    </w:p>
    <w:p>
      <w:r>
        <w:t>TOP</w:t>
      </w:r>
    </w:p>
    <w:p>
      <w:r>
        <w:t>鲁ICP备05002369号</w:t>
      </w:r>
    </w:p>
    <w:p>
      <w:r>
        <w:t>版权所有 © 山东农业大学教务处</w:t>
      </w:r>
    </w:p>
    <w:p>
      <w:r>
        <w:t>友情链接</w:t>
      </w:r>
    </w:p>
    <w:p>
      <w:r>
        <w:t>教育部</w:t>
      </w:r>
    </w:p>
    <w:p>
      <w:r>
        <w:t>山东省教育厅</w:t>
      </w:r>
    </w:p>
    <w:p>
      <w:r>
        <w:t>更多友情链接</w:t>
      </w:r>
    </w:p>
    <w:p>
      <w:r>
        <w:t>国家高等教育智慧教育平台</w:t>
      </w:r>
    </w:p>
    <w:p>
      <w:r>
        <w:t>高等教育出版社</w:t>
      </w:r>
    </w:p>
    <w:p>
      <w:r>
        <w:t>山东省高等学校在线开放课程平台</w:t>
      </w:r>
    </w:p>
    <w:p>
      <w:r>
        <w:t>联系方式</w:t>
      </w:r>
    </w:p>
    <w:p>
      <w:r>
        <w:t>地址：山东省泰安市岱宗大街61号</w:t>
      </w:r>
    </w:p>
    <w:p>
      <w:r>
        <w:t>邮编：271018</w:t>
      </w:r>
    </w:p>
    <w:p>
      <w:r>
        <w:t>扫码关注</w:t>
      </w:r>
    </w:p>
    <w:p>
      <w:r>
        <w:t>山东农业大学</w:t>
      </w:r>
    </w:p>
    <w:p>
      <w:r>
        <w:t>官方公众号</w:t>
      </w:r>
    </w:p>
    <w:p>
      <w:r>
        <w:t>鲁ICP备05002369号 版权所有 © 山东农业大学教务处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