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外交学院2026年硕士推免复试名单</w:t>
      </w:r>
    </w:p>
    <w:p>
      <w:r>
        <w:t>发布时间：未标注</w:t>
      </w:r>
    </w:p>
    <w:p>
      <w:r>
        <w:t>来源URL：https://yjsb.cfau.edu.cn/docs/2025-09/85504169a6d54a9a80003f560c45dc6f.pdf</w:t>
      </w:r>
    </w:p>
    <w:p>
      <w:r>
        <w:t>========================================</w:t>
      </w:r>
    </w:p>
    <w:p>
      <w:r>
        <w:t>外交学院2026年硕士推免复试名单</w:t>
      </w:r>
    </w:p>
    <w:p>
      <w:r>
        <w:t>考生序号</w:t>
      </w:r>
    </w:p>
    <w:p>
      <w:r>
        <w:t>复试专业</w:t>
      </w:r>
    </w:p>
    <w:p>
      <w:r>
        <w:t>考生姓名</w:t>
      </w:r>
    </w:p>
    <w:p>
      <w:r>
        <w:t>本科毕业学校</w:t>
      </w:r>
    </w:p>
    <w:p>
      <w:r>
        <w:t>本科专业</w:t>
      </w:r>
    </w:p>
    <w:p>
      <w:r>
        <w:t>1</w:t>
      </w:r>
    </w:p>
    <w:p>
      <w:r>
        <w:t>刑法学</w:t>
      </w:r>
    </w:p>
    <w:p>
      <w:r>
        <w:t>周欣淇</w:t>
      </w:r>
    </w:p>
    <w:p>
      <w:r>
        <w:t>外交学院</w:t>
      </w:r>
    </w:p>
    <w:p>
      <w:r>
        <w:t>法学</w:t>
      </w:r>
    </w:p>
    <w:p>
      <w:r>
        <w:t>2</w:t>
      </w:r>
    </w:p>
    <w:p>
      <w:r>
        <w:t>刑法学</w:t>
      </w:r>
    </w:p>
    <w:p>
      <w:r>
        <w:t>古雅心</w:t>
      </w:r>
    </w:p>
    <w:p>
      <w:r>
        <w:t>中国政法大学</w:t>
      </w:r>
    </w:p>
    <w:p>
      <w:r>
        <w:t>法学</w:t>
      </w:r>
    </w:p>
    <w:p>
      <w:r>
        <w:t>3</w:t>
      </w:r>
    </w:p>
    <w:p>
      <w:r>
        <w:t>民商法学</w:t>
      </w:r>
    </w:p>
    <w:p>
      <w:r>
        <w:t>杨淳悦</w:t>
      </w:r>
    </w:p>
    <w:p>
      <w:r>
        <w:t>外交学院</w:t>
      </w:r>
    </w:p>
    <w:p>
      <w:r>
        <w:t>法学</w:t>
      </w:r>
    </w:p>
    <w:p>
      <w:r>
        <w:t>4</w:t>
      </w:r>
    </w:p>
    <w:p>
      <w:r>
        <w:t>经济法学</w:t>
      </w:r>
    </w:p>
    <w:p>
      <w:r>
        <w:t>王菡</w:t>
      </w:r>
    </w:p>
    <w:p>
      <w:r>
        <w:t>外交学院</w:t>
      </w:r>
    </w:p>
    <w:p>
      <w:r>
        <w:t>法学</w:t>
      </w:r>
    </w:p>
    <w:p>
      <w:r>
        <w:t>5</w:t>
      </w:r>
    </w:p>
    <w:p>
      <w:r>
        <w:t>经济法学</w:t>
      </w:r>
    </w:p>
    <w:p>
      <w:r>
        <w:t>王馨茹</w:t>
      </w:r>
    </w:p>
    <w:p>
      <w:r>
        <w:t>浙江理工大学</w:t>
      </w:r>
    </w:p>
    <w:p>
      <w:r>
        <w:t>法学</w:t>
      </w:r>
    </w:p>
    <w:p>
      <w:r>
        <w:t>6</w:t>
      </w:r>
    </w:p>
    <w:p>
      <w:r>
        <w:t>国际法学</w:t>
      </w:r>
    </w:p>
    <w:p>
      <w:r>
        <w:t>史天奇</w:t>
      </w:r>
    </w:p>
    <w:p>
      <w:r>
        <w:t>大连海事大学</w:t>
      </w:r>
    </w:p>
    <w:p>
      <w:r>
        <w:t>法学</w:t>
      </w:r>
    </w:p>
    <w:p>
      <w:r>
        <w:t>7</w:t>
      </w:r>
    </w:p>
    <w:p>
      <w:r>
        <w:t>国际法学</w:t>
      </w:r>
    </w:p>
    <w:p>
      <w:r>
        <w:t>陈然</w:t>
      </w:r>
    </w:p>
    <w:p>
      <w:r>
        <w:t>江西师范大学</w:t>
      </w:r>
    </w:p>
    <w:p>
      <w:r>
        <w:t>法学</w:t>
      </w:r>
    </w:p>
    <w:p>
      <w:r>
        <w:t>8</w:t>
      </w:r>
    </w:p>
    <w:p>
      <w:r>
        <w:t>国际法学</w:t>
      </w:r>
    </w:p>
    <w:p>
      <w:r>
        <w:t>郭霁漫</w:t>
      </w:r>
    </w:p>
    <w:p>
      <w:r>
        <w:t>北京林业大学</w:t>
      </w:r>
    </w:p>
    <w:p>
      <w:r>
        <w:t>法学</w:t>
      </w:r>
    </w:p>
    <w:p>
      <w:r>
        <w:t>9</w:t>
      </w:r>
    </w:p>
    <w:p>
      <w:r>
        <w:t>国际法学</w:t>
      </w:r>
    </w:p>
    <w:p>
      <w:r>
        <w:t>范冰倩</w:t>
      </w:r>
    </w:p>
    <w:p>
      <w:r>
        <w:t>辽宁大学</w:t>
      </w:r>
    </w:p>
    <w:p>
      <w:r>
        <w:t>法学</w:t>
      </w:r>
    </w:p>
    <w:p>
      <w:r>
        <w:t>10</w:t>
      </w:r>
    </w:p>
    <w:p>
      <w:r>
        <w:t>国际法学</w:t>
      </w:r>
    </w:p>
    <w:p>
      <w:r>
        <w:t>陈鸿</w:t>
      </w:r>
    </w:p>
    <w:p>
      <w:r>
        <w:t>湖南大学</w:t>
      </w:r>
    </w:p>
    <w:p>
      <w:r>
        <w:t>法学</w:t>
      </w:r>
    </w:p>
    <w:p>
      <w:r>
        <w:t>11</w:t>
      </w:r>
    </w:p>
    <w:p>
      <w:r>
        <w:t>国际法学</w:t>
      </w:r>
    </w:p>
    <w:p>
      <w:r>
        <w:t>杜郑念一</w:t>
      </w:r>
    </w:p>
    <w:p>
      <w:r>
        <w:t>江西财经大学</w:t>
      </w:r>
    </w:p>
    <w:p>
      <w:r>
        <w:t>法学</w:t>
      </w:r>
    </w:p>
    <w:p>
      <w:r>
        <w:t>12</w:t>
      </w:r>
    </w:p>
    <w:p>
      <w:r>
        <w:t>国际法学</w:t>
      </w:r>
    </w:p>
    <w:p>
      <w:r>
        <w:t>陈泉润</w:t>
      </w:r>
    </w:p>
    <w:p>
      <w:r>
        <w:t>汕头大学</w:t>
      </w:r>
    </w:p>
    <w:p>
      <w:r>
        <w:t>法学</w:t>
      </w:r>
    </w:p>
    <w:p>
      <w:r>
        <w:t>13</w:t>
      </w:r>
    </w:p>
    <w:p>
      <w:r>
        <w:t>国际法学</w:t>
      </w:r>
    </w:p>
    <w:p>
      <w:r>
        <w:t>苏娟</w:t>
      </w:r>
    </w:p>
    <w:p>
      <w:r>
        <w:t>湖南师范大学</w:t>
      </w:r>
    </w:p>
    <w:p>
      <w:r>
        <w:t>法学</w:t>
      </w:r>
    </w:p>
    <w:p>
      <w:r>
        <w:t>14</w:t>
      </w:r>
    </w:p>
    <w:p>
      <w:r>
        <w:t>国际法学</w:t>
      </w:r>
    </w:p>
    <w:p>
      <w:r>
        <w:t>程斯怡</w:t>
      </w:r>
    </w:p>
    <w:p>
      <w:r>
        <w:t>国际关系学院</w:t>
      </w:r>
    </w:p>
    <w:p>
      <w:r>
        <w:t>法学</w:t>
      </w:r>
    </w:p>
    <w:p>
      <w:r>
        <w:t>15</w:t>
      </w:r>
    </w:p>
    <w:p>
      <w:r>
        <w:t>国际法学</w:t>
      </w:r>
    </w:p>
    <w:p>
      <w:r>
        <w:t>蔡烨</w:t>
      </w:r>
    </w:p>
    <w:p>
      <w:r>
        <w:t>汕头大学</w:t>
      </w:r>
    </w:p>
    <w:p>
      <w:r>
        <w:t>法学</w:t>
      </w:r>
    </w:p>
    <w:p>
      <w:r>
        <w:t>16</w:t>
      </w:r>
    </w:p>
    <w:p>
      <w:r>
        <w:t>国际法学</w:t>
      </w:r>
    </w:p>
    <w:p>
      <w:r>
        <w:t>曹奕宁</w:t>
      </w:r>
    </w:p>
    <w:p>
      <w:r>
        <w:t>外交学院</w:t>
      </w:r>
    </w:p>
    <w:p>
      <w:r>
        <w:t>法学</w:t>
      </w:r>
    </w:p>
    <w:p>
      <w:r>
        <w:t>17</w:t>
      </w:r>
    </w:p>
    <w:p>
      <w:r>
        <w:t>国际法学</w:t>
      </w:r>
    </w:p>
    <w:p>
      <w:r>
        <w:t>李晗晖</w:t>
      </w:r>
    </w:p>
    <w:p>
      <w:r>
        <w:t>大连海事大学</w:t>
      </w:r>
    </w:p>
    <w:p>
      <w:r>
        <w:t>法学</w:t>
      </w:r>
    </w:p>
    <w:p>
      <w:r>
        <w:t>18</w:t>
      </w:r>
    </w:p>
    <w:p>
      <w:r>
        <w:t>国际法学</w:t>
      </w:r>
    </w:p>
    <w:p>
      <w:r>
        <w:t>杨锦怡</w:t>
      </w:r>
    </w:p>
    <w:p>
      <w:r>
        <w:t>华南农业大学</w:t>
      </w:r>
    </w:p>
    <w:p>
      <w:r>
        <w:t>法学</w:t>
      </w:r>
    </w:p>
    <w:p>
      <w:r>
        <w:t>19</w:t>
      </w:r>
    </w:p>
    <w:p>
      <w:r>
        <w:t>国际法学</w:t>
      </w:r>
    </w:p>
    <w:p>
      <w:r>
        <w:t>邱涵钰</w:t>
      </w:r>
    </w:p>
    <w:p>
      <w:r>
        <w:t>西北工业大学</w:t>
      </w:r>
    </w:p>
    <w:p>
      <w:r>
        <w:t>法学</w:t>
      </w:r>
    </w:p>
    <w:p>
      <w:r>
        <w:t>20</w:t>
      </w:r>
    </w:p>
    <w:p>
      <w:r>
        <w:t>国际法学</w:t>
      </w:r>
    </w:p>
    <w:p>
      <w:r>
        <w:t>潘彧</w:t>
      </w:r>
    </w:p>
    <w:p>
      <w:r>
        <w:t>外交学院</w:t>
      </w:r>
    </w:p>
    <w:p>
      <w:r>
        <w:t>法学</w:t>
      </w:r>
    </w:p>
    <w:p>
      <w:r>
        <w:t>21</w:t>
      </w:r>
    </w:p>
    <w:p>
      <w:r>
        <w:t>国际法学</w:t>
      </w:r>
    </w:p>
    <w:p>
      <w:r>
        <w:t>江宛凝</w:t>
      </w:r>
    </w:p>
    <w:p>
      <w:r>
        <w:t>外交学院</w:t>
      </w:r>
    </w:p>
    <w:p>
      <w:r>
        <w:t>法学</w:t>
      </w:r>
    </w:p>
    <w:p>
      <w:r>
        <w:t>22</w:t>
      </w:r>
    </w:p>
    <w:p>
      <w:r>
        <w:t>国际法学</w:t>
      </w:r>
    </w:p>
    <w:p>
      <w:r>
        <w:t>杜昭瑾</w:t>
      </w:r>
    </w:p>
    <w:p>
      <w:r>
        <w:t>外交学院</w:t>
      </w:r>
    </w:p>
    <w:p>
      <w:r>
        <w:t>法学</w:t>
      </w:r>
    </w:p>
    <w:p>
      <w:r>
        <w:t>23</w:t>
      </w:r>
    </w:p>
    <w:p>
      <w:r>
        <w:t>国际法学</w:t>
      </w:r>
    </w:p>
    <w:p>
      <w:r>
        <w:t>王楠熙</w:t>
      </w:r>
    </w:p>
    <w:p>
      <w:r>
        <w:t>外交学院</w:t>
      </w:r>
    </w:p>
    <w:p>
      <w:r>
        <w:t>法学</w:t>
      </w:r>
    </w:p>
    <w:p>
      <w:r>
        <w:t>24</w:t>
      </w:r>
    </w:p>
    <w:p>
      <w:r>
        <w:t>国际法学</w:t>
      </w:r>
    </w:p>
    <w:p>
      <w:r>
        <w:t>李艾陶</w:t>
      </w:r>
    </w:p>
    <w:p>
      <w:r>
        <w:t>外交学院</w:t>
      </w:r>
    </w:p>
    <w:p>
      <w:r>
        <w:t>法学</w:t>
      </w:r>
    </w:p>
    <w:p>
      <w:r>
        <w:t>25</w:t>
      </w:r>
    </w:p>
    <w:p>
      <w:r>
        <w:t>国际法学</w:t>
      </w:r>
    </w:p>
    <w:p>
      <w:r>
        <w:t>丁朗若</w:t>
      </w:r>
    </w:p>
    <w:p>
      <w:r>
        <w:t>外交学院</w:t>
      </w:r>
    </w:p>
    <w:p>
      <w:r>
        <w:t>法学</w:t>
      </w:r>
    </w:p>
    <w:p>
      <w:r>
        <w:t>26</w:t>
      </w:r>
    </w:p>
    <w:p>
      <w:r>
        <w:t>国际法学</w:t>
      </w:r>
    </w:p>
    <w:p>
      <w:r>
        <w:t>李奕瑶</w:t>
      </w:r>
    </w:p>
    <w:p>
      <w:r>
        <w:t>广东外语外贸大学</w:t>
      </w:r>
    </w:p>
    <w:p>
      <w:r>
        <w:t>法学和商务英语双学位</w:t>
      </w:r>
    </w:p>
    <w:p>
      <w:r>
        <w:t>27</w:t>
      </w:r>
    </w:p>
    <w:p>
      <w:r>
        <w:t>国际法学</w:t>
      </w:r>
    </w:p>
    <w:p>
      <w:r>
        <w:t>熊芸</w:t>
      </w:r>
    </w:p>
    <w:p>
      <w:r>
        <w:t>外交学院</w:t>
      </w:r>
    </w:p>
    <w:p>
      <w:r>
        <w:t>法学</w:t>
      </w:r>
    </w:p>
    <w:p>
      <w:r>
        <w:t>28</w:t>
      </w:r>
    </w:p>
    <w:p>
      <w:r>
        <w:t>国际法学</w:t>
      </w:r>
    </w:p>
    <w:p>
      <w:r>
        <w:t>徐梓琦</w:t>
      </w:r>
    </w:p>
    <w:p>
      <w:r>
        <w:t>外交学院</w:t>
      </w:r>
    </w:p>
    <w:p>
      <w:r>
        <w:t>法学</w:t>
      </w:r>
    </w:p>
    <w:p>
      <w:r>
        <w:t>29</w:t>
      </w:r>
    </w:p>
    <w:p>
      <w:r>
        <w:t>国际法学</w:t>
      </w:r>
    </w:p>
    <w:p>
      <w:r>
        <w:t>蒋安然</w:t>
      </w:r>
    </w:p>
    <w:p>
      <w:r>
        <w:t>外交学院</w:t>
      </w:r>
    </w:p>
    <w:p>
      <w:r>
        <w:t>法学</w:t>
      </w:r>
    </w:p>
    <w:p>
      <w:r>
        <w:t>30</w:t>
      </w:r>
    </w:p>
    <w:p>
      <w:r>
        <w:t>国际法学</w:t>
      </w:r>
    </w:p>
    <w:p>
      <w:r>
        <w:t>俞乐彤</w:t>
      </w:r>
    </w:p>
    <w:p>
      <w:r>
        <w:t>西北政法大学</w:t>
      </w:r>
    </w:p>
    <w:p>
      <w:r>
        <w:t>法学</w:t>
      </w:r>
    </w:p>
    <w:p>
      <w:r>
        <w:t>31</w:t>
      </w:r>
    </w:p>
    <w:p>
      <w:r>
        <w:t>法律（法学）</w:t>
      </w:r>
    </w:p>
    <w:p>
      <w:r>
        <w:t>曹喆</w:t>
      </w:r>
    </w:p>
    <w:p>
      <w:r>
        <w:t>首都经贸大学</w:t>
      </w:r>
    </w:p>
    <w:p>
      <w:r>
        <w:t>法学</w:t>
      </w:r>
    </w:p>
    <w:p>
      <w:r>
        <w:t>32</w:t>
      </w:r>
    </w:p>
    <w:p>
      <w:r>
        <w:t>法律（法学）</w:t>
      </w:r>
    </w:p>
    <w:p>
      <w:r>
        <w:t>冯晴</w:t>
      </w:r>
    </w:p>
    <w:p>
      <w:r>
        <w:t>国际关系学院</w:t>
      </w:r>
    </w:p>
    <w:p>
      <w:r>
        <w:t>法学</w:t>
      </w:r>
    </w:p>
    <w:p>
      <w:r>
        <w:t>33</w:t>
      </w:r>
    </w:p>
    <w:p>
      <w:r>
        <w:t>法律（法学）</w:t>
      </w:r>
    </w:p>
    <w:p>
      <w:r>
        <w:t>陈珏雯</w:t>
      </w:r>
    </w:p>
    <w:p>
      <w:r>
        <w:t>西南政法大学</w:t>
      </w:r>
    </w:p>
    <w:p>
      <w:r>
        <w:t>法学</w:t>
      </w:r>
    </w:p>
    <w:p>
      <w:r>
        <w:t>34</w:t>
      </w:r>
    </w:p>
    <w:p>
      <w:r>
        <w:t>法律（法学）</w:t>
      </w:r>
    </w:p>
    <w:p>
      <w:r>
        <w:t>黄维</w:t>
      </w:r>
    </w:p>
    <w:p>
      <w:r>
        <w:t>中央民族大学</w:t>
      </w:r>
    </w:p>
    <w:p>
      <w:r>
        <w:t>法学</w:t>
      </w:r>
    </w:p>
    <w:p>
      <w:r>
        <w:t>35</w:t>
      </w:r>
    </w:p>
    <w:p>
      <w:r>
        <w:t>法律（法学）</w:t>
      </w:r>
    </w:p>
    <w:p>
      <w:r>
        <w:t>庄珈莹</w:t>
      </w:r>
    </w:p>
    <w:p>
      <w:r>
        <w:t>首都经贸大学</w:t>
      </w:r>
    </w:p>
    <w:p>
      <w:r>
        <w:t>法学</w:t>
      </w:r>
    </w:p>
    <w:p>
      <w:r>
        <w:t>36</w:t>
      </w:r>
    </w:p>
    <w:p>
      <w:r>
        <w:t>法律（法学）</w:t>
      </w:r>
    </w:p>
    <w:p>
      <w:r>
        <w:t>武默涵</w:t>
      </w:r>
    </w:p>
    <w:p>
      <w:r>
        <w:t>国际关系学院</w:t>
      </w:r>
    </w:p>
    <w:p>
      <w:r>
        <w:t>法学</w:t>
      </w:r>
    </w:p>
    <w:p>
      <w:r>
        <w:t>37</w:t>
      </w:r>
    </w:p>
    <w:p>
      <w:r>
        <w:t>法律（法学）</w:t>
      </w:r>
    </w:p>
    <w:p>
      <w:r>
        <w:t>刘彻</w:t>
      </w:r>
    </w:p>
    <w:p>
      <w:r>
        <w:t>国际关系学院</w:t>
      </w:r>
    </w:p>
    <w:p>
      <w:r>
        <w:t>法学</w:t>
      </w:r>
    </w:p>
    <w:p>
      <w:r>
        <w:t>38</w:t>
      </w:r>
    </w:p>
    <w:p>
      <w:r>
        <w:t>法律（法学）</w:t>
      </w:r>
    </w:p>
    <w:p>
      <w:r>
        <w:t>李玥潼</w:t>
      </w:r>
    </w:p>
    <w:p>
      <w:r>
        <w:t>北京建筑大学</w:t>
      </w:r>
    </w:p>
    <w:p>
      <w:r>
        <w:t>法学</w:t>
      </w:r>
    </w:p>
    <w:p>
      <w:r>
        <w:t>39</w:t>
      </w:r>
    </w:p>
    <w:p>
      <w:r>
        <w:t>法律（法学）</w:t>
      </w:r>
    </w:p>
    <w:p>
      <w:r>
        <w:t>张佳仪</w:t>
      </w:r>
    </w:p>
    <w:p>
      <w:r>
        <w:t>燕山大学</w:t>
      </w:r>
    </w:p>
    <w:p>
      <w:r>
        <w:t>法学</w:t>
      </w:r>
    </w:p>
    <w:p>
      <w:r>
        <w:t>40</w:t>
      </w:r>
    </w:p>
    <w:p>
      <w:r>
        <w:t>法律（法学）</w:t>
      </w:r>
    </w:p>
    <w:p>
      <w:r>
        <w:t>史宇轩</w:t>
      </w:r>
    </w:p>
    <w:p>
      <w:r>
        <w:t>外交学院</w:t>
      </w:r>
    </w:p>
    <w:p>
      <w:r>
        <w:t>法学</w:t>
      </w:r>
    </w:p>
    <w:p>
      <w:r>
        <w:t>41</w:t>
      </w:r>
    </w:p>
    <w:p>
      <w:r>
        <w:t>法律（法学）</w:t>
      </w:r>
    </w:p>
    <w:p>
      <w:r>
        <w:t>吴梦雅</w:t>
      </w:r>
    </w:p>
    <w:p>
      <w:r>
        <w:t>首都医科大学</w:t>
      </w:r>
    </w:p>
    <w:p>
      <w:r>
        <w:t>法学</w:t>
      </w:r>
    </w:p>
    <w:p>
      <w:r>
        <w:t>42</w:t>
      </w:r>
    </w:p>
    <w:p>
      <w:r>
        <w:t>法律（法学）</w:t>
      </w:r>
    </w:p>
    <w:p>
      <w:r>
        <w:t>邵逢蕊</w:t>
      </w:r>
    </w:p>
    <w:p>
      <w:r>
        <w:t>湘潭大学</w:t>
      </w:r>
    </w:p>
    <w:p>
      <w:r>
        <w:t>法学</w:t>
      </w:r>
    </w:p>
    <w:p>
      <w:r>
        <w:t>43</w:t>
      </w:r>
    </w:p>
    <w:p>
      <w:r>
        <w:t>法律（法学）</w:t>
      </w:r>
    </w:p>
    <w:p>
      <w:r>
        <w:t>顾珂婷</w:t>
      </w:r>
    </w:p>
    <w:p>
      <w:r>
        <w:t>中国矿业大学（北京）</w:t>
      </w:r>
    </w:p>
    <w:p>
      <w:r>
        <w:t>法学</w:t>
      </w:r>
    </w:p>
    <w:p>
      <w:r>
        <w:t>44</w:t>
      </w:r>
    </w:p>
    <w:p>
      <w:r>
        <w:t>法律（法学）</w:t>
      </w:r>
    </w:p>
    <w:p>
      <w:r>
        <w:t>李洪格</w:t>
      </w:r>
    </w:p>
    <w:p>
      <w:r>
        <w:t>首都师范大学</w:t>
      </w:r>
    </w:p>
    <w:p>
      <w:r>
        <w:t>法学</w:t>
      </w:r>
    </w:p>
    <w:p>
      <w:r>
        <w:t>45</w:t>
      </w:r>
    </w:p>
    <w:p>
      <w:r>
        <w:t>法律（法学）</w:t>
      </w:r>
    </w:p>
    <w:p>
      <w:r>
        <w:t>彭绘霖</w:t>
      </w:r>
    </w:p>
    <w:p>
      <w:r>
        <w:t>北京化工大学</w:t>
      </w:r>
    </w:p>
    <w:p>
      <w:r>
        <w:t>法学</w:t>
      </w:r>
    </w:p>
    <w:p>
      <w:r>
        <w:t>46</w:t>
      </w:r>
    </w:p>
    <w:p>
      <w:r>
        <w:t>法律（法学）</w:t>
      </w:r>
    </w:p>
    <w:p>
      <w:r>
        <w:t>刘昭馨</w:t>
      </w:r>
    </w:p>
    <w:p>
      <w:r>
        <w:t>山东师范大学</w:t>
      </w:r>
    </w:p>
    <w:p>
      <w:r>
        <w:t>法学</w:t>
      </w:r>
    </w:p>
    <w:p>
      <w:r>
        <w:t>47</w:t>
      </w:r>
    </w:p>
    <w:p>
      <w:r>
        <w:t>法律（法学）</w:t>
      </w:r>
    </w:p>
    <w:p>
      <w:r>
        <w:t>伊若冰</w:t>
      </w:r>
    </w:p>
    <w:p>
      <w:r>
        <w:t>山东师范大学</w:t>
      </w:r>
    </w:p>
    <w:p>
      <w:r>
        <w:t>法学</w:t>
      </w:r>
    </w:p>
    <w:p>
      <w:r>
        <w:t>48</w:t>
      </w:r>
    </w:p>
    <w:p>
      <w:r>
        <w:t>法律（法学）</w:t>
      </w:r>
    </w:p>
    <w:p>
      <w:r>
        <w:t>李小草</w:t>
      </w:r>
    </w:p>
    <w:p>
      <w:r>
        <w:t>华北电力大学</w:t>
      </w:r>
    </w:p>
    <w:p>
      <w:r>
        <w:t>法学</w:t>
      </w:r>
    </w:p>
    <w:p>
      <w:r>
        <w:t>49</w:t>
      </w:r>
    </w:p>
    <w:p>
      <w:r>
        <w:t>法律（法学）</w:t>
      </w:r>
    </w:p>
    <w:p>
      <w:r>
        <w:t>门嘉一</w:t>
      </w:r>
    </w:p>
    <w:p>
      <w:r>
        <w:t>北方工业大学</w:t>
      </w:r>
    </w:p>
    <w:p>
      <w:r>
        <w:t>法学</w:t>
      </w:r>
    </w:p>
    <w:p>
      <w:r>
        <w:t>50</w:t>
      </w:r>
    </w:p>
    <w:p>
      <w:r>
        <w:t>法律（法学）</w:t>
      </w:r>
    </w:p>
    <w:p>
      <w:r>
        <w:t>陈佳禾</w:t>
      </w:r>
    </w:p>
    <w:p>
      <w:r>
        <w:t>北京林业大学</w:t>
      </w:r>
    </w:p>
    <w:p>
      <w:r>
        <w:t>法学</w:t>
      </w:r>
    </w:p>
    <w:p>
      <w:r>
        <w:t>51</w:t>
      </w:r>
    </w:p>
    <w:p>
      <w:r>
        <w:t>法律（法学）</w:t>
      </w:r>
    </w:p>
    <w:p>
      <w:r>
        <w:t>朱家仪</w:t>
      </w:r>
    </w:p>
    <w:p>
      <w:r>
        <w:t>海南大学</w:t>
      </w:r>
    </w:p>
    <w:p>
      <w:r>
        <w:t>法学</w:t>
      </w:r>
    </w:p>
    <w:p>
      <w:r>
        <w:t>52</w:t>
      </w:r>
    </w:p>
    <w:p>
      <w:r>
        <w:t>法律（法学）</w:t>
      </w:r>
    </w:p>
    <w:p>
      <w:r>
        <w:t>刘悦然</w:t>
      </w:r>
    </w:p>
    <w:p>
      <w:r>
        <w:t>外交学院</w:t>
      </w:r>
    </w:p>
    <w:p>
      <w:r>
        <w:t>法学</w:t>
      </w:r>
    </w:p>
    <w:p>
      <w:r>
        <w:t>53</w:t>
      </w:r>
    </w:p>
    <w:p>
      <w:r>
        <w:t>法律（法学）</w:t>
      </w:r>
    </w:p>
    <w:p>
      <w:r>
        <w:t>孙尚文</w:t>
      </w:r>
    </w:p>
    <w:p>
      <w:r>
        <w:t>外交学院</w:t>
      </w:r>
    </w:p>
    <w:p>
      <w:r>
        <w:t>法学</w:t>
      </w:r>
    </w:p>
    <w:p>
      <w:r>
        <w:t>54</w:t>
      </w:r>
    </w:p>
    <w:p>
      <w:r>
        <w:t>法律（法学）</w:t>
      </w:r>
    </w:p>
    <w:p>
      <w:r>
        <w:t>索紫玉</w:t>
      </w:r>
    </w:p>
    <w:p>
      <w:r>
        <w:t>首都经贸大学</w:t>
      </w:r>
    </w:p>
    <w:p>
      <w:r>
        <w:t>法学</w:t>
      </w:r>
    </w:p>
    <w:p>
      <w:r>
        <w:t>55</w:t>
      </w:r>
    </w:p>
    <w:p>
      <w:r>
        <w:t>法律（法学）</w:t>
      </w:r>
    </w:p>
    <w:p>
      <w:r>
        <w:t>李佳翼</w:t>
      </w:r>
    </w:p>
    <w:p>
      <w:r>
        <w:t>河南师范大学</w:t>
      </w:r>
    </w:p>
    <w:p>
      <w:r>
        <w:t>法学</w:t>
      </w:r>
    </w:p>
    <w:p>
      <w:r>
        <w:t>56</w:t>
      </w:r>
    </w:p>
    <w:p>
      <w:r>
        <w:t>法律（法学）</w:t>
      </w:r>
    </w:p>
    <w:p>
      <w:r>
        <w:t>乌日汉</w:t>
      </w:r>
    </w:p>
    <w:p>
      <w:r>
        <w:t>内蒙古大学</w:t>
      </w:r>
    </w:p>
    <w:p>
      <w:r>
        <w:t>法学</w:t>
      </w:r>
    </w:p>
    <w:p>
      <w:r>
        <w:t>57</w:t>
      </w:r>
    </w:p>
    <w:p>
      <w:r>
        <w:t>法律（法学）</w:t>
      </w:r>
    </w:p>
    <w:p>
      <w:r>
        <w:t>谭诚君</w:t>
      </w:r>
    </w:p>
    <w:p>
      <w:r>
        <w:t>常州大学</w:t>
      </w:r>
    </w:p>
    <w:p>
      <w:r>
        <w:t>法学</w:t>
      </w:r>
    </w:p>
    <w:p>
      <w:r>
        <w:t>58</w:t>
      </w:r>
    </w:p>
    <w:p>
      <w:r>
        <w:t>法律（法学）</w:t>
      </w:r>
    </w:p>
    <w:p>
      <w:r>
        <w:t>刘玮婷</w:t>
      </w:r>
    </w:p>
    <w:p>
      <w:r>
        <w:t>对外经贸大学</w:t>
      </w:r>
    </w:p>
    <w:p>
      <w:r>
        <w:t>法学（英语双学士）</w:t>
      </w:r>
    </w:p>
    <w:p>
      <w:r>
        <w:t>59</w:t>
      </w:r>
    </w:p>
    <w:p>
      <w:r>
        <w:t>法律（法学）</w:t>
      </w:r>
    </w:p>
    <w:p>
      <w:r>
        <w:t>高泺栩</w:t>
      </w:r>
    </w:p>
    <w:p>
      <w:r>
        <w:t>云南大学</w:t>
      </w:r>
    </w:p>
    <w:p>
      <w:r>
        <w:t>法学</w:t>
      </w:r>
    </w:p>
    <w:p>
      <w:r>
        <w:t>60</w:t>
      </w:r>
    </w:p>
    <w:p>
      <w:r>
        <w:t>法律（法学）</w:t>
      </w:r>
    </w:p>
    <w:p>
      <w:r>
        <w:t>刘谷雨</w:t>
      </w:r>
    </w:p>
    <w:p>
      <w:r>
        <w:t>北京科技大学</w:t>
      </w:r>
    </w:p>
    <w:p>
      <w:r>
        <w:t>法学</w:t>
      </w:r>
    </w:p>
    <w:p>
      <w:r>
        <w:t>61</w:t>
      </w:r>
    </w:p>
    <w:p>
      <w:r>
        <w:t>国际关系</w:t>
      </w:r>
    </w:p>
    <w:p>
      <w:r>
        <w:t>刘玮祺</w:t>
      </w:r>
    </w:p>
    <w:p>
      <w:r>
        <w:t>外交学院</w:t>
      </w:r>
    </w:p>
    <w:p>
      <w:r>
        <w:t>国际事务与国际关系</w:t>
      </w:r>
    </w:p>
    <w:p>
      <w:r>
        <w:t>62</w:t>
      </w:r>
    </w:p>
    <w:p>
      <w:r>
        <w:t>国际关系</w:t>
      </w:r>
    </w:p>
    <w:p>
      <w:r>
        <w:t>李佳桐</w:t>
      </w:r>
    </w:p>
    <w:p>
      <w:r>
        <w:t>外交学院</w:t>
      </w:r>
    </w:p>
    <w:p>
      <w:r>
        <w:t>国际事务与国际关系</w:t>
      </w:r>
    </w:p>
    <w:p>
      <w:r>
        <w:t>63</w:t>
      </w:r>
    </w:p>
    <w:p>
      <w:r>
        <w:t>国际关系</w:t>
      </w:r>
    </w:p>
    <w:p>
      <w:r>
        <w:t>陈知心</w:t>
      </w:r>
    </w:p>
    <w:p>
      <w:r>
        <w:t>外交学院</w:t>
      </w:r>
    </w:p>
    <w:p>
      <w:r>
        <w:t>国际事务与国际关系</w:t>
      </w:r>
    </w:p>
    <w:p>
      <w:r>
        <w:t>64</w:t>
      </w:r>
    </w:p>
    <w:p>
      <w:r>
        <w:t>国际关系</w:t>
      </w:r>
    </w:p>
    <w:p>
      <w:r>
        <w:t>娄洪语</w:t>
      </w:r>
    </w:p>
    <w:p>
      <w:r>
        <w:t>外交学院</w:t>
      </w:r>
    </w:p>
    <w:p>
      <w:r>
        <w:t>翻译</w:t>
      </w:r>
    </w:p>
    <w:p>
      <w:r>
        <w:t>65</w:t>
      </w:r>
    </w:p>
    <w:p>
      <w:r>
        <w:t>国际关系</w:t>
      </w:r>
    </w:p>
    <w:p>
      <w:r>
        <w:t>胡子珊</w:t>
      </w:r>
    </w:p>
    <w:p>
      <w:r>
        <w:t>外交学院</w:t>
      </w:r>
    </w:p>
    <w:p>
      <w:r>
        <w:t>翻译</w:t>
      </w:r>
    </w:p>
    <w:p>
      <w:r>
        <w:t>66</w:t>
      </w:r>
    </w:p>
    <w:p>
      <w:r>
        <w:t>国际关系</w:t>
      </w:r>
    </w:p>
    <w:p>
      <w:r>
        <w:t>肖诗曼</w:t>
      </w:r>
    </w:p>
    <w:p>
      <w:r>
        <w:t>外交学院</w:t>
      </w:r>
    </w:p>
    <w:p>
      <w:r>
        <w:t>国际事务与国际关系</w:t>
      </w:r>
    </w:p>
    <w:p>
      <w:r>
        <w:t>67</w:t>
      </w:r>
    </w:p>
    <w:p>
      <w:r>
        <w:t>国际关系</w:t>
      </w:r>
    </w:p>
    <w:p>
      <w:r>
        <w:t>廖嘉欣</w:t>
      </w:r>
    </w:p>
    <w:p>
      <w:r>
        <w:t>外交学院</w:t>
      </w:r>
    </w:p>
    <w:p>
      <w:r>
        <w:t>国际事务与国际关系</w:t>
      </w:r>
    </w:p>
    <w:p>
      <w:r>
        <w:t>68</w:t>
      </w:r>
    </w:p>
    <w:p>
      <w:r>
        <w:t>国际关系</w:t>
      </w:r>
    </w:p>
    <w:p>
      <w:r>
        <w:t>刘雅文</w:t>
      </w:r>
    </w:p>
    <w:p>
      <w:r>
        <w:t>外交学院</w:t>
      </w:r>
    </w:p>
    <w:p>
      <w:r>
        <w:t>国际事务与国际关系</w:t>
      </w:r>
    </w:p>
    <w:p>
      <w:r>
        <w:t>69</w:t>
      </w:r>
    </w:p>
    <w:p>
      <w:r>
        <w:t>国际关系</w:t>
      </w:r>
    </w:p>
    <w:p>
      <w:r>
        <w:t>宋柳葶</w:t>
      </w:r>
    </w:p>
    <w:p>
      <w:r>
        <w:t>外交学院</w:t>
      </w:r>
    </w:p>
    <w:p>
      <w:r>
        <w:t>国际事务与国际关系</w:t>
      </w:r>
    </w:p>
    <w:p>
      <w:r>
        <w:t>70</w:t>
      </w:r>
    </w:p>
    <w:p>
      <w:r>
        <w:t>国际关系</w:t>
      </w:r>
    </w:p>
    <w:p>
      <w:r>
        <w:t>陈海榕</w:t>
      </w:r>
    </w:p>
    <w:p>
      <w:r>
        <w:t>外交学院</w:t>
      </w:r>
    </w:p>
    <w:p>
      <w:r>
        <w:t>国际事务与国际关系</w:t>
      </w:r>
    </w:p>
    <w:p>
      <w:r>
        <w:t>71</w:t>
      </w:r>
    </w:p>
    <w:p>
      <w:r>
        <w:t>国际关系</w:t>
      </w:r>
    </w:p>
    <w:p>
      <w:r>
        <w:t>宋文钰</w:t>
      </w:r>
    </w:p>
    <w:p>
      <w:r>
        <w:t>外交学院</w:t>
      </w:r>
    </w:p>
    <w:p>
      <w:r>
        <w:t>国际事务与国际关系</w:t>
      </w:r>
    </w:p>
    <w:p>
      <w:r>
        <w:t>72</w:t>
      </w:r>
    </w:p>
    <w:p>
      <w:r>
        <w:t>国际关系</w:t>
      </w:r>
    </w:p>
    <w:p>
      <w:r>
        <w:t>赵帅</w:t>
      </w:r>
    </w:p>
    <w:p>
      <w:r>
        <w:t>外交学院</w:t>
      </w:r>
    </w:p>
    <w:p>
      <w:r>
        <w:t>英语（国际传播）</w:t>
      </w:r>
    </w:p>
    <w:p>
      <w:r>
        <w:t>73</w:t>
      </w:r>
    </w:p>
    <w:p>
      <w:r>
        <w:t>国际关系</w:t>
      </w:r>
    </w:p>
    <w:p>
      <w:r>
        <w:t>张馨之</w:t>
      </w:r>
    </w:p>
    <w:p>
      <w:r>
        <w:t>外交学院</w:t>
      </w:r>
    </w:p>
    <w:p>
      <w:r>
        <w:t>国际事务与国际关系</w:t>
      </w:r>
    </w:p>
    <w:p>
      <w:r>
        <w:t>74</w:t>
      </w:r>
    </w:p>
    <w:p>
      <w:r>
        <w:t>国际关系</w:t>
      </w:r>
    </w:p>
    <w:p>
      <w:r>
        <w:t>蒋飒茹</w:t>
      </w:r>
    </w:p>
    <w:p>
      <w:r>
        <w:t>外交学院</w:t>
      </w:r>
    </w:p>
    <w:p>
      <w:r>
        <w:t>英语</w:t>
      </w:r>
    </w:p>
    <w:p>
      <w:r>
        <w:t>75</w:t>
      </w:r>
    </w:p>
    <w:p>
      <w:r>
        <w:t>国际关系</w:t>
      </w:r>
    </w:p>
    <w:p>
      <w:r>
        <w:t>刘乙钧</w:t>
      </w:r>
    </w:p>
    <w:p>
      <w:r>
        <w:t>国际关系学院</w:t>
      </w:r>
    </w:p>
    <w:p>
      <w:r>
        <w:t>国际政治</w:t>
      </w:r>
    </w:p>
    <w:p>
      <w:r>
        <w:t>76</w:t>
      </w:r>
    </w:p>
    <w:p>
      <w:r>
        <w:t>国际关系</w:t>
      </w:r>
    </w:p>
    <w:p>
      <w:r>
        <w:t>江炯博</w:t>
      </w:r>
    </w:p>
    <w:p>
      <w:r>
        <w:t>国际关系学院</w:t>
      </w:r>
    </w:p>
    <w:p>
      <w:r>
        <w:t>国际政治</w:t>
      </w:r>
    </w:p>
    <w:p>
      <w:r>
        <w:t>77</w:t>
      </w:r>
    </w:p>
    <w:p>
      <w:r>
        <w:t>国际关系</w:t>
      </w:r>
    </w:p>
    <w:p>
      <w:r>
        <w:t>杜宇博</w:t>
      </w:r>
    </w:p>
    <w:p>
      <w:r>
        <w:t>国际关系学院</w:t>
      </w:r>
    </w:p>
    <w:p>
      <w:r>
        <w:t>国际政治</w:t>
      </w:r>
    </w:p>
    <w:p>
      <w:r>
        <w:t>78</w:t>
      </w:r>
    </w:p>
    <w:p>
      <w:r>
        <w:t>国际关系</w:t>
      </w:r>
    </w:p>
    <w:p>
      <w:r>
        <w:t>陈嘉瑞</w:t>
      </w:r>
    </w:p>
    <w:p>
      <w:r>
        <w:t>山西大学</w:t>
      </w:r>
    </w:p>
    <w:p>
      <w:r>
        <w:t>国际政治</w:t>
      </w:r>
    </w:p>
    <w:p>
      <w:r>
        <w:t>79</w:t>
      </w:r>
    </w:p>
    <w:p>
      <w:r>
        <w:t>国际关系</w:t>
      </w:r>
    </w:p>
    <w:p>
      <w:r>
        <w:t>张思婷</w:t>
      </w:r>
    </w:p>
    <w:p>
      <w:r>
        <w:t>内蒙古大学</w:t>
      </w:r>
    </w:p>
    <w:p>
      <w:r>
        <w:t>政治学与行政学</w:t>
      </w:r>
    </w:p>
    <w:p>
      <w:r>
        <w:t>80</w:t>
      </w:r>
    </w:p>
    <w:p>
      <w:r>
        <w:t>国际关系</w:t>
      </w:r>
    </w:p>
    <w:p>
      <w:r>
        <w:t>赵兴岳</w:t>
      </w:r>
    </w:p>
    <w:p>
      <w:r>
        <w:t>中国海洋大学</w:t>
      </w:r>
    </w:p>
    <w:p>
      <w:r>
        <w:t>朝鲜语</w:t>
      </w:r>
    </w:p>
    <w:p>
      <w:r>
        <w:t>81</w:t>
      </w:r>
    </w:p>
    <w:p>
      <w:r>
        <w:t>国际关系</w:t>
      </w:r>
    </w:p>
    <w:p>
      <w:r>
        <w:t>杨微羽</w:t>
      </w:r>
    </w:p>
    <w:p>
      <w:r>
        <w:t>天津外国语大学</w:t>
      </w:r>
    </w:p>
    <w:p>
      <w:r>
        <w:t>国际组织与全球治理</w:t>
      </w:r>
    </w:p>
    <w:p>
      <w:r>
        <w:t>82</w:t>
      </w:r>
    </w:p>
    <w:p>
      <w:r>
        <w:t>国际关系</w:t>
      </w:r>
    </w:p>
    <w:p>
      <w:r>
        <w:t>周爱媛</w:t>
      </w:r>
    </w:p>
    <w:p>
      <w:r>
        <w:t>北京外国语大学</w:t>
      </w:r>
    </w:p>
    <w:p>
      <w:r>
        <w:t>外交学</w:t>
      </w:r>
    </w:p>
    <w:p>
      <w:r>
        <w:t>83</w:t>
      </w:r>
    </w:p>
    <w:p>
      <w:r>
        <w:t>国际关系</w:t>
      </w:r>
    </w:p>
    <w:p>
      <w:r>
        <w:t>周子恒</w:t>
      </w:r>
    </w:p>
    <w:p>
      <w:r>
        <w:t>大连外国语大学</w:t>
      </w:r>
    </w:p>
    <w:p>
      <w:r>
        <w:t>国际事务与国际关系</w:t>
      </w:r>
    </w:p>
    <w:p>
      <w:r>
        <w:t>84</w:t>
      </w:r>
    </w:p>
    <w:p>
      <w:r>
        <w:t>国际关系</w:t>
      </w:r>
    </w:p>
    <w:p>
      <w:r>
        <w:t>王一淳</w:t>
      </w:r>
    </w:p>
    <w:p>
      <w:r>
        <w:t>四川外国语大学</w:t>
      </w:r>
    </w:p>
    <w:p>
      <w:r>
        <w:t>外交学</w:t>
      </w:r>
    </w:p>
    <w:p>
      <w:r>
        <w:t>85</w:t>
      </w:r>
    </w:p>
    <w:p>
      <w:r>
        <w:t>国际关系</w:t>
      </w:r>
    </w:p>
    <w:p>
      <w:r>
        <w:t>祝弋婵</w:t>
      </w:r>
    </w:p>
    <w:p>
      <w:r>
        <w:t>天津外国语大学</w:t>
      </w:r>
    </w:p>
    <w:p>
      <w:r>
        <w:t>国际政治</w:t>
      </w:r>
    </w:p>
    <w:p>
      <w:r>
        <w:t>86</w:t>
      </w:r>
    </w:p>
    <w:p>
      <w:r>
        <w:t>国际关系</w:t>
      </w:r>
    </w:p>
    <w:p>
      <w:r>
        <w:t>杨智睿</w:t>
      </w:r>
    </w:p>
    <w:p>
      <w:r>
        <w:t>国际关系学院</w:t>
      </w:r>
    </w:p>
    <w:p>
      <w:r>
        <w:t>国际政治</w:t>
      </w:r>
    </w:p>
    <w:p>
      <w:r>
        <w:t>87</w:t>
      </w:r>
    </w:p>
    <w:p>
      <w:r>
        <w:t>国际关系</w:t>
      </w:r>
    </w:p>
    <w:p>
      <w:r>
        <w:t>陈棉鑫</w:t>
      </w:r>
    </w:p>
    <w:p>
      <w:r>
        <w:t>广东外语外贸大学</w:t>
      </w:r>
    </w:p>
    <w:p>
      <w:r>
        <w:t>国际组织与全球治理</w:t>
      </w:r>
    </w:p>
    <w:p>
      <w:r>
        <w:t>88</w:t>
      </w:r>
    </w:p>
    <w:p>
      <w:r>
        <w:t>国际关系</w:t>
      </w:r>
    </w:p>
    <w:p>
      <w:r>
        <w:t>张译允</w:t>
      </w:r>
    </w:p>
    <w:p>
      <w:r>
        <w:t>国际关系学院</w:t>
      </w:r>
    </w:p>
    <w:p>
      <w:r>
        <w:t>国际政治</w:t>
      </w:r>
    </w:p>
    <w:p>
      <w:r>
        <w:t>89</w:t>
      </w:r>
    </w:p>
    <w:p>
      <w:r>
        <w:t>国际关系</w:t>
      </w:r>
    </w:p>
    <w:p>
      <w:r>
        <w:t>张子涵</w:t>
      </w:r>
    </w:p>
    <w:p>
      <w:r>
        <w:t>北京语言大学</w:t>
      </w:r>
    </w:p>
    <w:p>
      <w:r>
        <w:t>国际政治</w:t>
      </w:r>
    </w:p>
    <w:p>
      <w:r>
        <w:t>90</w:t>
      </w:r>
    </w:p>
    <w:p>
      <w:r>
        <w:t>国际关系</w:t>
      </w:r>
    </w:p>
    <w:p>
      <w:r>
        <w:t>施杰滢</w:t>
      </w:r>
    </w:p>
    <w:p>
      <w:r>
        <w:t>西安外国语大学</w:t>
      </w:r>
    </w:p>
    <w:p>
      <w:r>
        <w:t>俄语</w:t>
      </w:r>
    </w:p>
    <w:p>
      <w:r>
        <w:t>91</w:t>
      </w:r>
    </w:p>
    <w:p>
      <w:r>
        <w:t>国际关系</w:t>
      </w:r>
    </w:p>
    <w:p>
      <w:r>
        <w:t>郑紫妍</w:t>
      </w:r>
    </w:p>
    <w:p>
      <w:r>
        <w:t>东北师范大学</w:t>
      </w:r>
    </w:p>
    <w:p>
      <w:r>
        <w:t>国际政治</w:t>
      </w:r>
    </w:p>
    <w:p>
      <w:r>
        <w:t>92</w:t>
      </w:r>
    </w:p>
    <w:p>
      <w:r>
        <w:t>国际关系</w:t>
      </w:r>
    </w:p>
    <w:p>
      <w:r>
        <w:t>钟汝熙</w:t>
      </w:r>
    </w:p>
    <w:p>
      <w:r>
        <w:t>广东外语外贸大学</w:t>
      </w:r>
    </w:p>
    <w:p>
      <w:r>
        <w:t>国际政治</w:t>
      </w:r>
    </w:p>
    <w:p>
      <w:r>
        <w:t>93</w:t>
      </w:r>
    </w:p>
    <w:p>
      <w:r>
        <w:t>国际关系</w:t>
      </w:r>
    </w:p>
    <w:p>
      <w:r>
        <w:t>张欣雨</w:t>
      </w:r>
    </w:p>
    <w:p>
      <w:r>
        <w:t>外交学院</w:t>
      </w:r>
    </w:p>
    <w:p>
      <w:r>
        <w:t>翻译</w:t>
      </w:r>
    </w:p>
    <w:p>
      <w:r>
        <w:t>94</w:t>
      </w:r>
    </w:p>
    <w:p>
      <w:r>
        <w:t>国际关系</w:t>
      </w:r>
    </w:p>
    <w:p>
      <w:r>
        <w:t>张天一</w:t>
      </w:r>
    </w:p>
    <w:p>
      <w:r>
        <w:t>西安外国语大学</w:t>
      </w:r>
    </w:p>
    <w:p>
      <w:r>
        <w:t>国际政治</w:t>
      </w:r>
    </w:p>
    <w:p>
      <w:r>
        <w:t>95</w:t>
      </w:r>
    </w:p>
    <w:p>
      <w:r>
        <w:t>国际关系</w:t>
      </w:r>
    </w:p>
    <w:p>
      <w:r>
        <w:t>赵美琪</w:t>
      </w:r>
    </w:p>
    <w:p>
      <w:r>
        <w:t>湖北大学</w:t>
      </w:r>
    </w:p>
    <w:p>
      <w:r>
        <w:t>国际事务与国际关系</w:t>
      </w:r>
    </w:p>
    <w:p>
      <w:r>
        <w:t>96</w:t>
      </w:r>
    </w:p>
    <w:p>
      <w:r>
        <w:t>国际关系</w:t>
      </w:r>
    </w:p>
    <w:p>
      <w:r>
        <w:t>韩甲恒</w:t>
      </w:r>
    </w:p>
    <w:p>
      <w:r>
        <w:t>国际关系学院</w:t>
      </w:r>
    </w:p>
    <w:p>
      <w:r>
        <w:t>行政管理</w:t>
      </w:r>
    </w:p>
    <w:p>
      <w:r>
        <w:t>97</w:t>
      </w:r>
    </w:p>
    <w:p>
      <w:r>
        <w:t>国际关系</w:t>
      </w:r>
    </w:p>
    <w:p>
      <w:r>
        <w:t>何文翔</w:t>
      </w:r>
    </w:p>
    <w:p>
      <w:r>
        <w:t>暨南大学</w:t>
      </w:r>
    </w:p>
    <w:p>
      <w:r>
        <w:t>国际事务与国际关系</w:t>
      </w:r>
    </w:p>
    <w:p>
      <w:r>
        <w:t>98</w:t>
      </w:r>
    </w:p>
    <w:p>
      <w:r>
        <w:t>国际关系</w:t>
      </w:r>
    </w:p>
    <w:p>
      <w:r>
        <w:t>禹唯</w:t>
      </w:r>
    </w:p>
    <w:p>
      <w:r>
        <w:t>大连外国语大学</w:t>
      </w:r>
    </w:p>
    <w:p>
      <w:r>
        <w:t>国际事务与国际关系</w:t>
      </w:r>
    </w:p>
    <w:p>
      <w:r>
        <w:t>99</w:t>
      </w:r>
    </w:p>
    <w:p>
      <w:r>
        <w:t>国际关系</w:t>
      </w:r>
    </w:p>
    <w:p>
      <w:r>
        <w:t>宋嘉齐</w:t>
      </w:r>
    </w:p>
    <w:p>
      <w:r>
        <w:t>中央财经大学</w:t>
      </w:r>
    </w:p>
    <w:p>
      <w:r>
        <w:t>国际政治</w:t>
      </w:r>
    </w:p>
    <w:p>
      <w:r>
        <w:t>100</w:t>
      </w:r>
    </w:p>
    <w:p>
      <w:r>
        <w:t>国际关系</w:t>
      </w:r>
    </w:p>
    <w:p>
      <w:r>
        <w:t>孔庆宇</w:t>
      </w:r>
    </w:p>
    <w:p>
      <w:r>
        <w:t>天津外国语大学</w:t>
      </w:r>
    </w:p>
    <w:p>
      <w:r>
        <w:t>国际政治</w:t>
      </w:r>
    </w:p>
    <w:p>
      <w:r>
        <w:t>101</w:t>
      </w:r>
    </w:p>
    <w:p>
      <w:r>
        <w:t>国际关系</w:t>
      </w:r>
    </w:p>
    <w:p>
      <w:r>
        <w:t>李家昕</w:t>
      </w:r>
    </w:p>
    <w:p>
      <w:r>
        <w:t>北京语言大学</w:t>
      </w:r>
    </w:p>
    <w:p>
      <w:r>
        <w:t>国际事务与国际关系</w:t>
      </w:r>
    </w:p>
    <w:p>
      <w:r>
        <w:t>102</w:t>
      </w:r>
    </w:p>
    <w:p>
      <w:r>
        <w:t>国际关系</w:t>
      </w:r>
    </w:p>
    <w:p>
      <w:r>
        <w:t>黄昊雨</w:t>
      </w:r>
    </w:p>
    <w:p>
      <w:r>
        <w:t>外交学院</w:t>
      </w:r>
    </w:p>
    <w:p>
      <w:r>
        <w:t>国际事务与国际关系</w:t>
      </w:r>
    </w:p>
    <w:p>
      <w:r>
        <w:t>103</w:t>
      </w:r>
    </w:p>
    <w:p>
      <w:r>
        <w:t>国际关系</w:t>
      </w:r>
    </w:p>
    <w:p>
      <w:r>
        <w:t>胡峰宁</w:t>
      </w:r>
    </w:p>
    <w:p>
      <w:r>
        <w:t>外交学院</w:t>
      </w:r>
    </w:p>
    <w:p>
      <w:r>
        <w:t>国际事务与国际关系</w:t>
      </w:r>
    </w:p>
    <w:p>
      <w:r>
        <w:t>104</w:t>
      </w:r>
    </w:p>
    <w:p>
      <w:r>
        <w:t>国际关系</w:t>
      </w:r>
    </w:p>
    <w:p>
      <w:r>
        <w:t>于润婷</w:t>
      </w:r>
    </w:p>
    <w:p>
      <w:r>
        <w:t>外交学院</w:t>
      </w:r>
    </w:p>
    <w:p>
      <w:r>
        <w:t>国际事务与国际关系</w:t>
      </w:r>
    </w:p>
    <w:p>
      <w:r>
        <w:t>105</w:t>
      </w:r>
    </w:p>
    <w:p>
      <w:r>
        <w:t>国际关系</w:t>
      </w:r>
    </w:p>
    <w:p>
      <w:r>
        <w:t>朱嘉俐</w:t>
      </w:r>
    </w:p>
    <w:p>
      <w:r>
        <w:t>西安外国语大学</w:t>
      </w:r>
    </w:p>
    <w:p>
      <w:r>
        <w:t>外交学</w:t>
      </w:r>
    </w:p>
    <w:p>
      <w:r>
        <w:t>106</w:t>
      </w:r>
    </w:p>
    <w:p>
      <w:r>
        <w:t>国际关系</w:t>
      </w:r>
    </w:p>
    <w:p>
      <w:r>
        <w:t>徐嘉欣</w:t>
      </w:r>
    </w:p>
    <w:p>
      <w:r>
        <w:t>外交学院</w:t>
      </w:r>
    </w:p>
    <w:p>
      <w:r>
        <w:t>国际事务与国际关系</w:t>
      </w:r>
    </w:p>
    <w:p>
      <w:r>
        <w:t>107</w:t>
      </w:r>
    </w:p>
    <w:p>
      <w:r>
        <w:t>国际关系</w:t>
      </w:r>
    </w:p>
    <w:p>
      <w:r>
        <w:t>吴欣怡</w:t>
      </w:r>
    </w:p>
    <w:p>
      <w:r>
        <w:t>外交学院</w:t>
      </w:r>
    </w:p>
    <w:p>
      <w:r>
        <w:t>国际事务与国际关系</w:t>
      </w:r>
    </w:p>
    <w:p>
      <w:r>
        <w:t>108</w:t>
      </w:r>
    </w:p>
    <w:p>
      <w:r>
        <w:t>国际关系</w:t>
      </w:r>
    </w:p>
    <w:p>
      <w:r>
        <w:t>李润晗</w:t>
      </w:r>
    </w:p>
    <w:p>
      <w:r>
        <w:t>外交学院</w:t>
      </w:r>
    </w:p>
    <w:p>
      <w:r>
        <w:t>国际事务与国际关系</w:t>
      </w:r>
    </w:p>
    <w:p>
      <w:r>
        <w:t>109</w:t>
      </w:r>
    </w:p>
    <w:p>
      <w:r>
        <w:t>国际关系</w:t>
      </w:r>
    </w:p>
    <w:p>
      <w:r>
        <w:t>马才钧</w:t>
      </w:r>
    </w:p>
    <w:p>
      <w:r>
        <w:t>外交学院</w:t>
      </w:r>
    </w:p>
    <w:p>
      <w:r>
        <w:t>国际事务与国际关系</w:t>
      </w:r>
    </w:p>
    <w:p>
      <w:r>
        <w:t>110</w:t>
      </w:r>
    </w:p>
    <w:p>
      <w:r>
        <w:t>国际关系</w:t>
      </w:r>
    </w:p>
    <w:p>
      <w:r>
        <w:t>陈佳禾</w:t>
      </w:r>
    </w:p>
    <w:p>
      <w:r>
        <w:t>外交学院</w:t>
      </w:r>
    </w:p>
    <w:p>
      <w:r>
        <w:t>西班牙语</w:t>
      </w:r>
    </w:p>
    <w:p>
      <w:r>
        <w:t>111</w:t>
      </w:r>
    </w:p>
    <w:p>
      <w:r>
        <w:t>国际关系</w:t>
      </w:r>
    </w:p>
    <w:p>
      <w:r>
        <w:t>姚铧峰</w:t>
      </w:r>
    </w:p>
    <w:p>
      <w:r>
        <w:t>外交学院</w:t>
      </w:r>
    </w:p>
    <w:p>
      <w:r>
        <w:t>国际经济与贸易</w:t>
      </w:r>
    </w:p>
    <w:p>
      <w:r>
        <w:t>112</w:t>
      </w:r>
    </w:p>
    <w:p>
      <w:r>
        <w:t>国际关系</w:t>
      </w:r>
    </w:p>
    <w:p>
      <w:r>
        <w:t>曹毅</w:t>
      </w:r>
    </w:p>
    <w:p>
      <w:r>
        <w:t>外交学院</w:t>
      </w:r>
    </w:p>
    <w:p>
      <w:r>
        <w:t>英语</w:t>
      </w:r>
    </w:p>
    <w:p>
      <w:r>
        <w:t>113</w:t>
      </w:r>
    </w:p>
    <w:p>
      <w:r>
        <w:t>国际关系</w:t>
      </w:r>
    </w:p>
    <w:p>
      <w:r>
        <w:t>彭阳奇</w:t>
      </w:r>
    </w:p>
    <w:p>
      <w:r>
        <w:t>外交学院</w:t>
      </w:r>
    </w:p>
    <w:p>
      <w:r>
        <w:t>国际事务与国际关系</w:t>
      </w:r>
    </w:p>
    <w:p>
      <w:r>
        <w:t>114</w:t>
      </w:r>
    </w:p>
    <w:p>
      <w:r>
        <w:t>国际关系</w:t>
      </w:r>
    </w:p>
    <w:p>
      <w:r>
        <w:t>朱潇涵</w:t>
      </w:r>
    </w:p>
    <w:p>
      <w:r>
        <w:t>国际关系学院</w:t>
      </w:r>
    </w:p>
    <w:p>
      <w:r>
        <w:t>日语</w:t>
      </w:r>
    </w:p>
    <w:p>
      <w:r>
        <w:t>115</w:t>
      </w:r>
    </w:p>
    <w:p>
      <w:r>
        <w:t>国际关系</w:t>
      </w:r>
    </w:p>
    <w:p>
      <w:r>
        <w:t>袁文诗</w:t>
      </w:r>
    </w:p>
    <w:p>
      <w:r>
        <w:t>四川外国语大学</w:t>
      </w:r>
    </w:p>
    <w:p>
      <w:r>
        <w:t>外交学</w:t>
      </w:r>
    </w:p>
    <w:p>
      <w:r>
        <w:t>116</w:t>
      </w:r>
    </w:p>
    <w:p>
      <w:r>
        <w:t>国际关系</w:t>
      </w:r>
    </w:p>
    <w:p>
      <w:r>
        <w:t>石沁昀</w:t>
      </w:r>
    </w:p>
    <w:p>
      <w:r>
        <w:t>四川外国语大学</w:t>
      </w:r>
    </w:p>
    <w:p>
      <w:r>
        <w:t>国际政治</w:t>
      </w:r>
    </w:p>
    <w:p>
      <w:r>
        <w:t>117</w:t>
      </w:r>
    </w:p>
    <w:p>
      <w:r>
        <w:t>国际关系</w:t>
      </w:r>
    </w:p>
    <w:p>
      <w:r>
        <w:t>杨琳</w:t>
      </w:r>
    </w:p>
    <w:p>
      <w:r>
        <w:t>暨南大学</w:t>
      </w:r>
    </w:p>
    <w:p>
      <w:r>
        <w:t>国际政治</w:t>
      </w:r>
    </w:p>
    <w:p>
      <w:r>
        <w:t>118</w:t>
      </w:r>
    </w:p>
    <w:p>
      <w:r>
        <w:t>国际关系</w:t>
      </w:r>
    </w:p>
    <w:p>
      <w:r>
        <w:t>任徵淼</w:t>
      </w:r>
    </w:p>
    <w:p>
      <w:r>
        <w:t>西安外国语大学</w:t>
      </w:r>
    </w:p>
    <w:p>
      <w:r>
        <w:t>外交学</w:t>
      </w:r>
    </w:p>
    <w:p>
      <w:r>
        <w:t>119</w:t>
      </w:r>
    </w:p>
    <w:p>
      <w:r>
        <w:t>国际关系</w:t>
      </w:r>
    </w:p>
    <w:p>
      <w:r>
        <w:t>梁璋菡</w:t>
      </w:r>
    </w:p>
    <w:p>
      <w:r>
        <w:t>吉林大学</w:t>
      </w:r>
    </w:p>
    <w:p>
      <w:r>
        <w:t>外交学</w:t>
      </w:r>
    </w:p>
    <w:p>
      <w:r>
        <w:t>120</w:t>
      </w:r>
    </w:p>
    <w:p>
      <w:r>
        <w:t>国际安全</w:t>
      </w:r>
    </w:p>
    <w:p>
      <w:r>
        <w:t>程梓钰</w:t>
      </w:r>
    </w:p>
    <w:p>
      <w:r>
        <w:t>外交学院</w:t>
      </w:r>
    </w:p>
    <w:p>
      <w:r>
        <w:t>国际经济与贸易</w:t>
      </w:r>
    </w:p>
    <w:p>
      <w:r>
        <w:t>121</w:t>
      </w:r>
    </w:p>
    <w:p>
      <w:r>
        <w:t>国际安全</w:t>
      </w:r>
    </w:p>
    <w:p>
      <w:r>
        <w:t>姜博艺</w:t>
      </w:r>
    </w:p>
    <w:p>
      <w:r>
        <w:t>外交学院</w:t>
      </w:r>
    </w:p>
    <w:p>
      <w:r>
        <w:t>外交学</w:t>
      </w:r>
    </w:p>
    <w:p>
      <w:r>
        <w:t>122</w:t>
      </w:r>
    </w:p>
    <w:p>
      <w:r>
        <w:t>政治学理论</w:t>
      </w:r>
    </w:p>
    <w:p>
      <w:r>
        <w:t>吴诗淼</w:t>
      </w:r>
    </w:p>
    <w:p>
      <w:r>
        <w:t>国际关系学院</w:t>
      </w:r>
    </w:p>
    <w:p>
      <w:r>
        <w:t>行政管理</w:t>
      </w:r>
    </w:p>
    <w:p>
      <w:r>
        <w:t>123</w:t>
      </w:r>
    </w:p>
    <w:p>
      <w:r>
        <w:t>政治学理论</w:t>
      </w:r>
    </w:p>
    <w:p>
      <w:r>
        <w:t>吴亚泽</w:t>
      </w:r>
    </w:p>
    <w:p>
      <w:r>
        <w:t>国际关系学院</w:t>
      </w:r>
    </w:p>
    <w:p>
      <w:r>
        <w:t>行政管理</w:t>
      </w:r>
    </w:p>
    <w:p>
      <w:r>
        <w:t>124</w:t>
      </w:r>
    </w:p>
    <w:p>
      <w:r>
        <w:t>政治学理论</w:t>
      </w:r>
    </w:p>
    <w:p>
      <w:r>
        <w:t>张思博</w:t>
      </w:r>
    </w:p>
    <w:p>
      <w:r>
        <w:t>国际关系学院</w:t>
      </w:r>
    </w:p>
    <w:p>
      <w:r>
        <w:t>行政管理</w:t>
      </w:r>
    </w:p>
    <w:p>
      <w:r>
        <w:t>125</w:t>
      </w:r>
    </w:p>
    <w:p>
      <w:r>
        <w:t>政治学理论</w:t>
      </w:r>
    </w:p>
    <w:p>
      <w:r>
        <w:t>陶丛梅</w:t>
      </w:r>
    </w:p>
    <w:p>
      <w:r>
        <w:t>河南师范大学</w:t>
      </w:r>
    </w:p>
    <w:p>
      <w:r>
        <w:t>政治学与行政学</w:t>
      </w:r>
    </w:p>
    <w:p>
      <w:r>
        <w:t>126</w:t>
      </w:r>
    </w:p>
    <w:p>
      <w:r>
        <w:t>政治学理论</w:t>
      </w:r>
    </w:p>
    <w:p>
      <w:r>
        <w:t>姚忠楠</w:t>
      </w:r>
    </w:p>
    <w:p>
      <w:r>
        <w:t>青岛大学</w:t>
      </w:r>
    </w:p>
    <w:p>
      <w:r>
        <w:t>国际政治</w:t>
      </w:r>
    </w:p>
    <w:p>
      <w:r>
        <w:t>127</w:t>
      </w:r>
    </w:p>
    <w:p>
      <w:r>
        <w:t>政治学理论</w:t>
      </w:r>
    </w:p>
    <w:p>
      <w:r>
        <w:t>王嘉怡</w:t>
      </w:r>
    </w:p>
    <w:p>
      <w:r>
        <w:t>西南政法大学</w:t>
      </w:r>
    </w:p>
    <w:p>
      <w:r>
        <w:t>政治学与行政学</w:t>
      </w:r>
    </w:p>
    <w:p>
      <w:r>
        <w:t>128</w:t>
      </w:r>
    </w:p>
    <w:p>
      <w:r>
        <w:t>国际政治</w:t>
      </w:r>
    </w:p>
    <w:p>
      <w:r>
        <w:t>卢卉</w:t>
      </w:r>
    </w:p>
    <w:p>
      <w:r>
        <w:t>外交学院</w:t>
      </w:r>
    </w:p>
    <w:p>
      <w:r>
        <w:t>国际组织与全球治理</w:t>
      </w:r>
    </w:p>
    <w:p>
      <w:r>
        <w:t>129</w:t>
      </w:r>
    </w:p>
    <w:p>
      <w:r>
        <w:t>国际政治</w:t>
      </w:r>
    </w:p>
    <w:p>
      <w:r>
        <w:t>李思慧</w:t>
      </w:r>
    </w:p>
    <w:p>
      <w:r>
        <w:t>外交学院</w:t>
      </w:r>
    </w:p>
    <w:p>
      <w:r>
        <w:t>国际组织与全球治理</w:t>
      </w:r>
    </w:p>
    <w:p>
      <w:r>
        <w:t>130</w:t>
      </w:r>
    </w:p>
    <w:p>
      <w:r>
        <w:t>国际政治</w:t>
      </w:r>
    </w:p>
    <w:p>
      <w:r>
        <w:t>马良驹</w:t>
      </w:r>
    </w:p>
    <w:p>
      <w:r>
        <w:t>北京语言大学</w:t>
      </w:r>
    </w:p>
    <w:p>
      <w:r>
        <w:t>波斯语</w:t>
      </w:r>
    </w:p>
    <w:p>
      <w:r>
        <w:t>131</w:t>
      </w:r>
    </w:p>
    <w:p>
      <w:r>
        <w:t>国际政治</w:t>
      </w:r>
    </w:p>
    <w:p>
      <w:r>
        <w:t>姜可笛</w:t>
      </w:r>
    </w:p>
    <w:p>
      <w:r>
        <w:t>北京语言大学</w:t>
      </w:r>
    </w:p>
    <w:p>
      <w:r>
        <w:t>国际政治</w:t>
      </w:r>
    </w:p>
    <w:p>
      <w:r>
        <w:t>132</w:t>
      </w:r>
    </w:p>
    <w:p>
      <w:r>
        <w:t>国际政治</w:t>
      </w:r>
    </w:p>
    <w:p>
      <w:r>
        <w:t>郭雨欣</w:t>
      </w:r>
    </w:p>
    <w:p>
      <w:r>
        <w:t>大连外国语大学</w:t>
      </w:r>
    </w:p>
    <w:p>
      <w:r>
        <w:t>国际事务与国际关系</w:t>
      </w:r>
    </w:p>
    <w:p>
      <w:r>
        <w:t>133</w:t>
      </w:r>
    </w:p>
    <w:p>
      <w:r>
        <w:t>国际政治</w:t>
      </w:r>
    </w:p>
    <w:p>
      <w:r>
        <w:t>林杰</w:t>
      </w:r>
    </w:p>
    <w:p>
      <w:r>
        <w:t>大连外国语大学</w:t>
      </w:r>
    </w:p>
    <w:p>
      <w:r>
        <w:t>国际事务与国际关系</w:t>
      </w:r>
    </w:p>
    <w:p>
      <w:r>
        <w:t>134</w:t>
      </w:r>
    </w:p>
    <w:p>
      <w:r>
        <w:t>国际政治</w:t>
      </w:r>
    </w:p>
    <w:p>
      <w:r>
        <w:t>刘予襄</w:t>
      </w:r>
    </w:p>
    <w:p>
      <w:r>
        <w:t>国际关系学院</w:t>
      </w:r>
    </w:p>
    <w:p>
      <w:r>
        <w:t>行政管辖</w:t>
      </w:r>
    </w:p>
    <w:p>
      <w:r>
        <w:t>135</w:t>
      </w:r>
    </w:p>
    <w:p>
      <w:r>
        <w:t>国际政治</w:t>
      </w:r>
    </w:p>
    <w:p>
      <w:r>
        <w:t>李美乐</w:t>
      </w:r>
    </w:p>
    <w:p>
      <w:r>
        <w:t>青岛大学</w:t>
      </w:r>
    </w:p>
    <w:p>
      <w:r>
        <w:t>国际政治</w:t>
      </w:r>
    </w:p>
    <w:p>
      <w:r>
        <w:t>136</w:t>
      </w:r>
    </w:p>
    <w:p>
      <w:r>
        <w:t>国际政治</w:t>
      </w:r>
    </w:p>
    <w:p>
      <w:r>
        <w:t>于江然</w:t>
      </w:r>
    </w:p>
    <w:p>
      <w:r>
        <w:t>青岛大学</w:t>
      </w:r>
    </w:p>
    <w:p>
      <w:r>
        <w:t>国际政治</w:t>
      </w:r>
    </w:p>
    <w:p>
      <w:r>
        <w:t>137</w:t>
      </w:r>
    </w:p>
    <w:p>
      <w:r>
        <w:t>国际政治</w:t>
      </w:r>
    </w:p>
    <w:p>
      <w:r>
        <w:t>池端晗</w:t>
      </w:r>
    </w:p>
    <w:p>
      <w:r>
        <w:t>四川外国语大学</w:t>
      </w:r>
    </w:p>
    <w:p>
      <w:r>
        <w:t>国际政治</w:t>
      </w:r>
    </w:p>
    <w:p>
      <w:r>
        <w:t>138</w:t>
      </w:r>
    </w:p>
    <w:p>
      <w:r>
        <w:t>国际政治</w:t>
      </w:r>
    </w:p>
    <w:p>
      <w:r>
        <w:t>颜鲁豫</w:t>
      </w:r>
    </w:p>
    <w:p>
      <w:r>
        <w:t>天津外国语大学</w:t>
      </w:r>
    </w:p>
    <w:p>
      <w:r>
        <w:t>国际政治（西班牙语微专业）</w:t>
      </w:r>
    </w:p>
    <w:p>
      <w:r>
        <w:t>139</w:t>
      </w:r>
    </w:p>
    <w:p>
      <w:r>
        <w:t>国际政治</w:t>
      </w:r>
    </w:p>
    <w:p>
      <w:r>
        <w:t>唐明清</w:t>
      </w:r>
    </w:p>
    <w:p>
      <w:r>
        <w:t>湘潭大学</w:t>
      </w:r>
    </w:p>
    <w:p>
      <w:r>
        <w:t>政治学与行政学</w:t>
      </w:r>
    </w:p>
    <w:p>
      <w:r>
        <w:t>140</w:t>
      </w:r>
    </w:p>
    <w:p>
      <w:r>
        <w:t>国际政治</w:t>
      </w:r>
    </w:p>
    <w:p>
      <w:r>
        <w:t>魏丫晴</w:t>
      </w:r>
    </w:p>
    <w:p>
      <w:r>
        <w:t>新疆大学</w:t>
      </w:r>
    </w:p>
    <w:p>
      <w:r>
        <w:t>国际政治</w:t>
      </w:r>
    </w:p>
    <w:p>
      <w:r>
        <w:t>141</w:t>
      </w:r>
    </w:p>
    <w:p>
      <w:r>
        <w:t>国际政治</w:t>
      </w:r>
    </w:p>
    <w:p>
      <w:r>
        <w:t>杨立强</w:t>
      </w:r>
    </w:p>
    <w:p>
      <w:r>
        <w:t>郑州大学</w:t>
      </w:r>
    </w:p>
    <w:p>
      <w:r>
        <w:t>国际政治</w:t>
      </w:r>
    </w:p>
    <w:p>
      <w:r>
        <w:t>142</w:t>
      </w:r>
    </w:p>
    <w:p>
      <w:r>
        <w:t>国际政治</w:t>
      </w:r>
    </w:p>
    <w:p>
      <w:r>
        <w:t>郑逸之</w:t>
      </w:r>
    </w:p>
    <w:p>
      <w:r>
        <w:t>浙江工业大学</w:t>
      </w:r>
    </w:p>
    <w:p>
      <w:r>
        <w:t>英语</w:t>
      </w:r>
    </w:p>
    <w:p>
      <w:r>
        <w:t>143</w:t>
      </w:r>
    </w:p>
    <w:p>
      <w:r>
        <w:t>外交学</w:t>
      </w:r>
    </w:p>
    <w:p>
      <w:r>
        <w:t>李思禹</w:t>
      </w:r>
    </w:p>
    <w:p>
      <w:r>
        <w:t>外交学院</w:t>
      </w:r>
    </w:p>
    <w:p>
      <w:r>
        <w:t>西班牙语</w:t>
      </w:r>
    </w:p>
    <w:p>
      <w:r>
        <w:t>144</w:t>
      </w:r>
    </w:p>
    <w:p>
      <w:r>
        <w:t>外交学</w:t>
      </w:r>
    </w:p>
    <w:p>
      <w:r>
        <w:t>李惠雅</w:t>
      </w:r>
    </w:p>
    <w:p>
      <w:r>
        <w:t>外交学院</w:t>
      </w:r>
    </w:p>
    <w:p>
      <w:r>
        <w:t>日语</w:t>
      </w:r>
    </w:p>
    <w:p>
      <w:r>
        <w:t>145</w:t>
      </w:r>
    </w:p>
    <w:p>
      <w:r>
        <w:t>外交学</w:t>
      </w:r>
    </w:p>
    <w:p>
      <w:r>
        <w:t>徐轶帆</w:t>
      </w:r>
    </w:p>
    <w:p>
      <w:r>
        <w:t>外交学院</w:t>
      </w:r>
    </w:p>
    <w:p>
      <w:r>
        <w:t>英语（复语国际人才班）</w:t>
      </w:r>
    </w:p>
    <w:p>
      <w:r>
        <w:t>146</w:t>
      </w:r>
    </w:p>
    <w:p>
      <w:r>
        <w:t>外交学</w:t>
      </w:r>
    </w:p>
    <w:p>
      <w:r>
        <w:t>周逸成</w:t>
      </w:r>
    </w:p>
    <w:p>
      <w:r>
        <w:t>外交学院</w:t>
      </w:r>
    </w:p>
    <w:p>
      <w:r>
        <w:t>国际组织与全球治理</w:t>
      </w:r>
    </w:p>
    <w:p>
      <w:r>
        <w:t>147</w:t>
      </w:r>
    </w:p>
    <w:p>
      <w:r>
        <w:t>外交学</w:t>
      </w:r>
    </w:p>
    <w:p>
      <w:r>
        <w:t>卢嘉琪</w:t>
      </w:r>
    </w:p>
    <w:p>
      <w:r>
        <w:t>外交学院</w:t>
      </w:r>
    </w:p>
    <w:p>
      <w:r>
        <w:t>国际组织与全球治理</w:t>
      </w:r>
    </w:p>
    <w:p>
      <w:r>
        <w:t>148</w:t>
      </w:r>
    </w:p>
    <w:p>
      <w:r>
        <w:t>外交学</w:t>
      </w:r>
    </w:p>
    <w:p>
      <w:r>
        <w:t>汪澣林</w:t>
      </w:r>
    </w:p>
    <w:p>
      <w:r>
        <w:t>外交学院</w:t>
      </w:r>
    </w:p>
    <w:p>
      <w:r>
        <w:t>外交学</w:t>
      </w:r>
    </w:p>
    <w:p>
      <w:r>
        <w:t>149</w:t>
      </w:r>
    </w:p>
    <w:p>
      <w:r>
        <w:t>外交学</w:t>
      </w:r>
    </w:p>
    <w:p>
      <w:r>
        <w:t>孙宇翔</w:t>
      </w:r>
    </w:p>
    <w:p>
      <w:r>
        <w:t>外交学院</w:t>
      </w:r>
    </w:p>
    <w:p>
      <w:r>
        <w:t>外交学</w:t>
      </w:r>
    </w:p>
    <w:p>
      <w:r>
        <w:t>150</w:t>
      </w:r>
    </w:p>
    <w:p>
      <w:r>
        <w:t>外交学</w:t>
      </w:r>
    </w:p>
    <w:p>
      <w:r>
        <w:t>崔奇凡</w:t>
      </w:r>
    </w:p>
    <w:p>
      <w:r>
        <w:t>外交学院</w:t>
      </w:r>
    </w:p>
    <w:p>
      <w:r>
        <w:t>外交学</w:t>
      </w:r>
    </w:p>
    <w:p>
      <w:r>
        <w:t>151</w:t>
      </w:r>
    </w:p>
    <w:p>
      <w:r>
        <w:t>外交学</w:t>
      </w:r>
    </w:p>
    <w:p>
      <w:r>
        <w:t>朱家浩</w:t>
      </w:r>
    </w:p>
    <w:p>
      <w:r>
        <w:t>外交学院</w:t>
      </w:r>
    </w:p>
    <w:p>
      <w:r>
        <w:t>外交学</w:t>
      </w:r>
    </w:p>
    <w:p>
      <w:r>
        <w:t>152</w:t>
      </w:r>
    </w:p>
    <w:p>
      <w:r>
        <w:t>外交学</w:t>
      </w:r>
    </w:p>
    <w:p>
      <w:r>
        <w:t>杨凯然</w:t>
      </w:r>
    </w:p>
    <w:p>
      <w:r>
        <w:t>外交学院</w:t>
      </w:r>
    </w:p>
    <w:p>
      <w:r>
        <w:t>外交学</w:t>
      </w:r>
    </w:p>
    <w:p>
      <w:r>
        <w:t>153</w:t>
      </w:r>
    </w:p>
    <w:p>
      <w:r>
        <w:t>外交学</w:t>
      </w:r>
    </w:p>
    <w:p>
      <w:r>
        <w:t>厉博文</w:t>
      </w:r>
    </w:p>
    <w:p>
      <w:r>
        <w:t>外交学院</w:t>
      </w:r>
    </w:p>
    <w:p>
      <w:r>
        <w:t>外交学</w:t>
      </w:r>
    </w:p>
    <w:p>
      <w:r>
        <w:t>154</w:t>
      </w:r>
    </w:p>
    <w:p>
      <w:r>
        <w:t>外交学</w:t>
      </w:r>
    </w:p>
    <w:p>
      <w:r>
        <w:t>詹小雅</w:t>
      </w:r>
    </w:p>
    <w:p>
      <w:r>
        <w:t>外交学院</w:t>
      </w:r>
    </w:p>
    <w:p>
      <w:r>
        <w:t>外交学</w:t>
      </w:r>
    </w:p>
    <w:p>
      <w:r>
        <w:t>155</w:t>
      </w:r>
    </w:p>
    <w:p>
      <w:r>
        <w:t>外交学</w:t>
      </w:r>
    </w:p>
    <w:p>
      <w:r>
        <w:t>方菲</w:t>
      </w:r>
    </w:p>
    <w:p>
      <w:r>
        <w:t>外交学院</w:t>
      </w:r>
    </w:p>
    <w:p>
      <w:r>
        <w:t>外交学</w:t>
      </w:r>
    </w:p>
    <w:p>
      <w:r>
        <w:t>156</w:t>
      </w:r>
    </w:p>
    <w:p>
      <w:r>
        <w:t>外交学</w:t>
      </w:r>
    </w:p>
    <w:p>
      <w:r>
        <w:t>赵可彤云</w:t>
      </w:r>
    </w:p>
    <w:p>
      <w:r>
        <w:t>外交学院</w:t>
      </w:r>
    </w:p>
    <w:p>
      <w:r>
        <w:t>外交学</w:t>
      </w:r>
    </w:p>
    <w:p>
      <w:r>
        <w:t>157</w:t>
      </w:r>
    </w:p>
    <w:p>
      <w:r>
        <w:t>外交学</w:t>
      </w:r>
    </w:p>
    <w:p>
      <w:r>
        <w:t>汪悦如</w:t>
      </w:r>
    </w:p>
    <w:p>
      <w:r>
        <w:t>外交学院</w:t>
      </w:r>
    </w:p>
    <w:p>
      <w:r>
        <w:t>外交学</w:t>
      </w:r>
    </w:p>
    <w:p>
      <w:r>
        <w:t>158</w:t>
      </w:r>
    </w:p>
    <w:p>
      <w:r>
        <w:t>外交学</w:t>
      </w:r>
    </w:p>
    <w:p>
      <w:r>
        <w:t>张晔</w:t>
      </w:r>
    </w:p>
    <w:p>
      <w:r>
        <w:t>外交学院</w:t>
      </w:r>
    </w:p>
    <w:p>
      <w:r>
        <w:t>西班牙语</w:t>
      </w:r>
    </w:p>
    <w:p>
      <w:r>
        <w:t>159</w:t>
      </w:r>
    </w:p>
    <w:p>
      <w:r>
        <w:t>外交学</w:t>
      </w:r>
    </w:p>
    <w:p>
      <w:r>
        <w:t>田佳乐</w:t>
      </w:r>
    </w:p>
    <w:p>
      <w:r>
        <w:t>北京外国语大学</w:t>
      </w:r>
    </w:p>
    <w:p>
      <w:r>
        <w:t>意大利语</w:t>
      </w:r>
    </w:p>
    <w:p>
      <w:r>
        <w:t>160</w:t>
      </w:r>
    </w:p>
    <w:p>
      <w:r>
        <w:t>外交学</w:t>
      </w:r>
    </w:p>
    <w:p>
      <w:r>
        <w:t>吴昕诺</w:t>
      </w:r>
    </w:p>
    <w:p>
      <w:r>
        <w:t>国际关系学院</w:t>
      </w:r>
    </w:p>
    <w:p>
      <w:r>
        <w:t>国际政治</w:t>
      </w:r>
    </w:p>
    <w:p>
      <w:r>
        <w:t>161</w:t>
      </w:r>
    </w:p>
    <w:p>
      <w:r>
        <w:t>外交学</w:t>
      </w:r>
    </w:p>
    <w:p>
      <w:r>
        <w:t>郁靓</w:t>
      </w:r>
    </w:p>
    <w:p>
      <w:r>
        <w:t>国际关系学院</w:t>
      </w:r>
    </w:p>
    <w:p>
      <w:r>
        <w:t>法语</w:t>
      </w:r>
    </w:p>
    <w:p>
      <w:r>
        <w:t>162</w:t>
      </w:r>
    </w:p>
    <w:p>
      <w:r>
        <w:t>外交学</w:t>
      </w:r>
    </w:p>
    <w:p>
      <w:r>
        <w:t>刘文静</w:t>
      </w:r>
    </w:p>
    <w:p>
      <w:r>
        <w:t>黑龙江大学</w:t>
      </w:r>
    </w:p>
    <w:p>
      <w:r>
        <w:t>政治学与行政学</w:t>
      </w:r>
    </w:p>
    <w:p>
      <w:r>
        <w:t>163</w:t>
      </w:r>
    </w:p>
    <w:p>
      <w:r>
        <w:t>外交学</w:t>
      </w:r>
    </w:p>
    <w:p>
      <w:r>
        <w:t>刘思文</w:t>
      </w:r>
    </w:p>
    <w:p>
      <w:r>
        <w:t>暨南大学</w:t>
      </w:r>
    </w:p>
    <w:p>
      <w:r>
        <w:t>国际政治</w:t>
      </w:r>
    </w:p>
    <w:p>
      <w:r>
        <w:t>164</w:t>
      </w:r>
    </w:p>
    <w:p>
      <w:r>
        <w:t>外交学</w:t>
      </w:r>
    </w:p>
    <w:p>
      <w:r>
        <w:t>高心茹</w:t>
      </w:r>
    </w:p>
    <w:p>
      <w:r>
        <w:t>辽宁大学</w:t>
      </w:r>
    </w:p>
    <w:p>
      <w:r>
        <w:t>国际政治</w:t>
      </w:r>
    </w:p>
    <w:p>
      <w:r>
        <w:t>165</w:t>
      </w:r>
    </w:p>
    <w:p>
      <w:r>
        <w:t>外交学</w:t>
      </w:r>
    </w:p>
    <w:p>
      <w:r>
        <w:t>方菲</w:t>
      </w:r>
    </w:p>
    <w:p>
      <w:r>
        <w:t>辽宁大学</w:t>
      </w:r>
    </w:p>
    <w:p>
      <w:r>
        <w:t>外交学</w:t>
      </w:r>
    </w:p>
    <w:p>
      <w:r>
        <w:t>166</w:t>
      </w:r>
    </w:p>
    <w:p>
      <w:r>
        <w:t>外交学</w:t>
      </w:r>
    </w:p>
    <w:p>
      <w:r>
        <w:t>潘昱诺</w:t>
      </w:r>
    </w:p>
    <w:p>
      <w:r>
        <w:t>青岛大学</w:t>
      </w:r>
    </w:p>
    <w:p>
      <w:r>
        <w:t>德语</w:t>
      </w:r>
    </w:p>
    <w:p>
      <w:r>
        <w:t>167</w:t>
      </w:r>
    </w:p>
    <w:p>
      <w:r>
        <w:t>外交学</w:t>
      </w:r>
    </w:p>
    <w:p>
      <w:r>
        <w:t>戴程</w:t>
      </w:r>
    </w:p>
    <w:p>
      <w:r>
        <w:t>山东大学</w:t>
      </w:r>
    </w:p>
    <w:p>
      <w:r>
        <w:t>国际政治</w:t>
      </w:r>
    </w:p>
    <w:p>
      <w:r>
        <w:t>168</w:t>
      </w:r>
    </w:p>
    <w:p>
      <w:r>
        <w:t>外交学</w:t>
      </w:r>
    </w:p>
    <w:p>
      <w:r>
        <w:t>刘铜勋</w:t>
      </w:r>
    </w:p>
    <w:p>
      <w:r>
        <w:t>山西大学</w:t>
      </w:r>
    </w:p>
    <w:p>
      <w:r>
        <w:t>国际政治</w:t>
      </w:r>
    </w:p>
    <w:p>
      <w:r>
        <w:t>169</w:t>
      </w:r>
    </w:p>
    <w:p>
      <w:r>
        <w:t>外交学</w:t>
      </w:r>
    </w:p>
    <w:p>
      <w:r>
        <w:t>张孝笑</w:t>
      </w:r>
    </w:p>
    <w:p>
      <w:r>
        <w:t>山西大学</w:t>
      </w:r>
    </w:p>
    <w:p>
      <w:r>
        <w:t>国际政治</w:t>
      </w:r>
    </w:p>
    <w:p>
      <w:r>
        <w:t>170</w:t>
      </w:r>
    </w:p>
    <w:p>
      <w:r>
        <w:t>外交学</w:t>
      </w:r>
    </w:p>
    <w:p>
      <w:r>
        <w:t>高可喻</w:t>
      </w:r>
    </w:p>
    <w:p>
      <w:r>
        <w:t>四川外国语大学</w:t>
      </w:r>
    </w:p>
    <w:p>
      <w:r>
        <w:t>国际新闻与传播</w:t>
      </w:r>
    </w:p>
    <w:p>
      <w:r>
        <w:t>171</w:t>
      </w:r>
    </w:p>
    <w:p>
      <w:r>
        <w:t>外交学</w:t>
      </w:r>
    </w:p>
    <w:p>
      <w:r>
        <w:t>唐艺予</w:t>
      </w:r>
    </w:p>
    <w:p>
      <w:r>
        <w:t>四川外国语大学</w:t>
      </w:r>
    </w:p>
    <w:p>
      <w:r>
        <w:t>外交学</w:t>
      </w:r>
    </w:p>
    <w:p>
      <w:r>
        <w:t>172</w:t>
      </w:r>
    </w:p>
    <w:p>
      <w:r>
        <w:t>外交学</w:t>
      </w:r>
    </w:p>
    <w:p>
      <w:r>
        <w:t>夏书仪</w:t>
      </w:r>
    </w:p>
    <w:p>
      <w:r>
        <w:t>中南民族大学</w:t>
      </w:r>
    </w:p>
    <w:p>
      <w:r>
        <w:t>翻译</w:t>
      </w:r>
    </w:p>
    <w:p>
      <w:r>
        <w:t>173</w:t>
      </w:r>
    </w:p>
    <w:p>
      <w:r>
        <w:t>外交学</w:t>
      </w:r>
    </w:p>
    <w:p>
      <w:r>
        <w:t>李仕鳌</w:t>
      </w:r>
    </w:p>
    <w:p>
      <w:r>
        <w:t>中国矿业大学（北京）</w:t>
      </w:r>
    </w:p>
    <w:p>
      <w:r>
        <w:t>行政管理</w:t>
      </w:r>
    </w:p>
    <w:p>
      <w:r>
        <w:t>174</w:t>
      </w:r>
    </w:p>
    <w:p>
      <w:r>
        <w:t>国际组织与全球治理</w:t>
      </w:r>
    </w:p>
    <w:p>
      <w:r>
        <w:t>马艺桐</w:t>
      </w:r>
    </w:p>
    <w:p>
      <w:r>
        <w:t>外交学院</w:t>
      </w:r>
    </w:p>
    <w:p>
      <w:r>
        <w:t>西班牙语</w:t>
      </w:r>
    </w:p>
    <w:p>
      <w:r>
        <w:t>175</w:t>
      </w:r>
    </w:p>
    <w:p>
      <w:r>
        <w:t>国际组织与全球治理</w:t>
      </w:r>
    </w:p>
    <w:p>
      <w:r>
        <w:t>华秋伊</w:t>
      </w:r>
    </w:p>
    <w:p>
      <w:r>
        <w:t>外交学院</w:t>
      </w:r>
    </w:p>
    <w:p>
      <w:r>
        <w:t>西班牙语</w:t>
      </w:r>
    </w:p>
    <w:p>
      <w:r>
        <w:t>176</w:t>
      </w:r>
    </w:p>
    <w:p>
      <w:r>
        <w:t>国际组织与全球治理</w:t>
      </w:r>
    </w:p>
    <w:p>
      <w:r>
        <w:t>秦语和</w:t>
      </w:r>
    </w:p>
    <w:p>
      <w:r>
        <w:t>外交学院</w:t>
      </w:r>
    </w:p>
    <w:p>
      <w:r>
        <w:t>国际组织与全球治理</w:t>
      </w:r>
    </w:p>
    <w:p>
      <w:r>
        <w:t>177</w:t>
      </w:r>
    </w:p>
    <w:p>
      <w:r>
        <w:t>国际组织与全球治理</w:t>
      </w:r>
    </w:p>
    <w:p>
      <w:r>
        <w:t>刘瑀柔</w:t>
      </w:r>
    </w:p>
    <w:p>
      <w:r>
        <w:t>外交学院</w:t>
      </w:r>
    </w:p>
    <w:p>
      <w:r>
        <w:t>国际组织与全球治理</w:t>
      </w:r>
    </w:p>
    <w:p>
      <w:r>
        <w:t>178</w:t>
      </w:r>
    </w:p>
    <w:p>
      <w:r>
        <w:t>国际组织与全球治理</w:t>
      </w:r>
    </w:p>
    <w:p>
      <w:r>
        <w:t>李美达</w:t>
      </w:r>
    </w:p>
    <w:p>
      <w:r>
        <w:t>北京语言大学</w:t>
      </w:r>
    </w:p>
    <w:p>
      <w:r>
        <w:t>国际政治</w:t>
      </w:r>
    </w:p>
    <w:p>
      <w:r>
        <w:t>179</w:t>
      </w:r>
    </w:p>
    <w:p>
      <w:r>
        <w:t>国际组织与全球治理</w:t>
      </w:r>
    </w:p>
    <w:p>
      <w:r>
        <w:t>郑炳鑫</w:t>
      </w:r>
    </w:p>
    <w:p>
      <w:r>
        <w:t>大连外国语大学</w:t>
      </w:r>
    </w:p>
    <w:p>
      <w:r>
        <w:t>国际事务与国际关系</w:t>
      </w:r>
    </w:p>
    <w:p>
      <w:r>
        <w:t>180</w:t>
      </w:r>
    </w:p>
    <w:p>
      <w:r>
        <w:t>国际组织与全球治理</w:t>
      </w:r>
    </w:p>
    <w:p>
      <w:r>
        <w:t>吉红燕</w:t>
      </w:r>
    </w:p>
    <w:p>
      <w:r>
        <w:t>东北师范大学</w:t>
      </w:r>
    </w:p>
    <w:p>
      <w:r>
        <w:t>国际政治</w:t>
      </w:r>
    </w:p>
    <w:p>
      <w:r>
        <w:t>181</w:t>
      </w:r>
    </w:p>
    <w:p>
      <w:r>
        <w:t>国际组织与全球治理</w:t>
      </w:r>
    </w:p>
    <w:p>
      <w:r>
        <w:t>杨垚</w:t>
      </w:r>
    </w:p>
    <w:p>
      <w:r>
        <w:t>广东外国语外贸大学</w:t>
      </w:r>
    </w:p>
    <w:p>
      <w:r>
        <w:t>国际组织与全球治理</w:t>
      </w:r>
    </w:p>
    <w:p>
      <w:r>
        <w:t>182</w:t>
      </w:r>
    </w:p>
    <w:p>
      <w:r>
        <w:t>国际组织与全球治理</w:t>
      </w:r>
    </w:p>
    <w:p>
      <w:r>
        <w:t>姜睿</w:t>
      </w:r>
    </w:p>
    <w:p>
      <w:r>
        <w:t>湖南师范大学</w:t>
      </w:r>
    </w:p>
    <w:p>
      <w:r>
        <w:t>翻译</w:t>
      </w:r>
    </w:p>
    <w:p>
      <w:r>
        <w:t>183</w:t>
      </w:r>
    </w:p>
    <w:p>
      <w:r>
        <w:t>国际组织与全球治理</w:t>
      </w:r>
    </w:p>
    <w:p>
      <w:r>
        <w:t>臧靖雯</w:t>
      </w:r>
    </w:p>
    <w:p>
      <w:r>
        <w:t>华侨大学</w:t>
      </w:r>
    </w:p>
    <w:p>
      <w:r>
        <w:t>国家事务与国际关系</w:t>
      </w:r>
    </w:p>
    <w:p>
      <w:r>
        <w:t>184</w:t>
      </w:r>
    </w:p>
    <w:p>
      <w:r>
        <w:t>国际组织与全球治理</w:t>
      </w:r>
    </w:p>
    <w:p>
      <w:r>
        <w:t>孟一格</w:t>
      </w:r>
    </w:p>
    <w:p>
      <w:r>
        <w:t>天津外国语大学</w:t>
      </w:r>
    </w:p>
    <w:p>
      <w:r>
        <w:t>国际组织与全球治理</w:t>
      </w:r>
    </w:p>
    <w:p>
      <w:r>
        <w:t>185</w:t>
      </w:r>
    </w:p>
    <w:p>
      <w:r>
        <w:t>国际组织与全球治理</w:t>
      </w:r>
    </w:p>
    <w:p>
      <w:r>
        <w:t>满都海</w:t>
      </w:r>
    </w:p>
    <w:p>
      <w:r>
        <w:t>天津外国语大学</w:t>
      </w:r>
    </w:p>
    <w:p>
      <w:r>
        <w:t>国际组织与全球治理</w:t>
      </w:r>
    </w:p>
    <w:p>
      <w:r>
        <w:t>186</w:t>
      </w:r>
    </w:p>
    <w:p>
      <w:r>
        <w:t>国际组织与全球治理</w:t>
      </w:r>
    </w:p>
    <w:p>
      <w:r>
        <w:t>杜新甜</w:t>
      </w:r>
    </w:p>
    <w:p>
      <w:r>
        <w:t>西安外国语大学</w:t>
      </w:r>
    </w:p>
    <w:p>
      <w:r>
        <w:t>国际组织与全球治理</w:t>
      </w:r>
    </w:p>
    <w:p>
      <w:r>
        <w:t>187</w:t>
      </w:r>
    </w:p>
    <w:p>
      <w:r>
        <w:t>国际组织与全球治理</w:t>
      </w:r>
    </w:p>
    <w:p>
      <w:r>
        <w:t>李涵</w:t>
      </w:r>
    </w:p>
    <w:p>
      <w:r>
        <w:t>中国农业大学</w:t>
      </w:r>
    </w:p>
    <w:p>
      <w:r>
        <w:t>农业区域发展（国际方向）</w:t>
      </w:r>
    </w:p>
    <w:p>
      <w:r>
        <w:t>188</w:t>
      </w:r>
    </w:p>
    <w:p>
      <w:r>
        <w:t>国际组织与全球治理</w:t>
      </w:r>
    </w:p>
    <w:p>
      <w:r>
        <w:t>赵启辰</w:t>
      </w:r>
    </w:p>
    <w:p>
      <w:r>
        <w:t>外交学院</w:t>
      </w:r>
    </w:p>
    <w:p>
      <w:r>
        <w:t>国际组织与全球治理</w:t>
      </w:r>
    </w:p>
    <w:p>
      <w:r>
        <w:t>189</w:t>
      </w:r>
    </w:p>
    <w:p>
      <w:r>
        <w:t>世界经济</w:t>
      </w:r>
    </w:p>
    <w:p>
      <w:r>
        <w:t>陈钰华</w:t>
      </w:r>
    </w:p>
    <w:p>
      <w:r>
        <w:t>外交学院</w:t>
      </w:r>
    </w:p>
    <w:p>
      <w:r>
        <w:t>金融学</w:t>
      </w:r>
    </w:p>
    <w:p>
      <w:r>
        <w:t>190</w:t>
      </w:r>
    </w:p>
    <w:p>
      <w:r>
        <w:t>世界经济</w:t>
      </w:r>
    </w:p>
    <w:p>
      <w:r>
        <w:t>费敏</w:t>
      </w:r>
    </w:p>
    <w:p>
      <w:r>
        <w:t>国际关系学院</w:t>
      </w:r>
    </w:p>
    <w:p>
      <w:r>
        <w:t>国际经济与贸易</w:t>
      </w:r>
    </w:p>
    <w:p>
      <w:r>
        <w:t>191</w:t>
      </w:r>
    </w:p>
    <w:p>
      <w:r>
        <w:t>世界经济</w:t>
      </w:r>
    </w:p>
    <w:p>
      <w:r>
        <w:t>冯佳怡</w:t>
      </w:r>
    </w:p>
    <w:p>
      <w:r>
        <w:t>外交学院</w:t>
      </w:r>
    </w:p>
    <w:p>
      <w:r>
        <w:t>国际经济与贸易</w:t>
      </w:r>
    </w:p>
    <w:p>
      <w:r>
        <w:t>192</w:t>
      </w:r>
    </w:p>
    <w:p>
      <w:r>
        <w:t>世界经济</w:t>
      </w:r>
    </w:p>
    <w:p>
      <w:r>
        <w:t>黄明远</w:t>
      </w:r>
    </w:p>
    <w:p>
      <w:r>
        <w:t>安徽农业大学</w:t>
      </w:r>
    </w:p>
    <w:p>
      <w:r>
        <w:t>国际经济与贸易</w:t>
      </w:r>
    </w:p>
    <w:p>
      <w:r>
        <w:t>193</w:t>
      </w:r>
    </w:p>
    <w:p>
      <w:r>
        <w:t>世界经济</w:t>
      </w:r>
    </w:p>
    <w:p>
      <w:r>
        <w:t>蒋知涵</w:t>
      </w:r>
    </w:p>
    <w:p>
      <w:r>
        <w:t>外交学院</w:t>
      </w:r>
    </w:p>
    <w:p>
      <w:r>
        <w:t>国际经济与贸易</w:t>
      </w:r>
    </w:p>
    <w:p>
      <w:r>
        <w:t>194</w:t>
      </w:r>
    </w:p>
    <w:p>
      <w:r>
        <w:t>世界经济</w:t>
      </w:r>
    </w:p>
    <w:p>
      <w:r>
        <w:t>李宁</w:t>
      </w:r>
    </w:p>
    <w:p>
      <w:r>
        <w:t>外交学院</w:t>
      </w:r>
    </w:p>
    <w:p>
      <w:r>
        <w:t>翻译</w:t>
      </w:r>
    </w:p>
    <w:p>
      <w:r>
        <w:t>195</w:t>
      </w:r>
    </w:p>
    <w:p>
      <w:r>
        <w:t>世界经济</w:t>
      </w:r>
    </w:p>
    <w:p>
      <w:r>
        <w:t>李泽冉</w:t>
      </w:r>
    </w:p>
    <w:p>
      <w:r>
        <w:t>河南师范大学</w:t>
      </w:r>
    </w:p>
    <w:p>
      <w:r>
        <w:t>国际经济与贸易</w:t>
      </w:r>
    </w:p>
    <w:p>
      <w:r>
        <w:t>196</w:t>
      </w:r>
    </w:p>
    <w:p>
      <w:r>
        <w:t>世界经济</w:t>
      </w:r>
    </w:p>
    <w:p>
      <w:r>
        <w:t>连心睿</w:t>
      </w:r>
    </w:p>
    <w:p>
      <w:r>
        <w:t>国际关系学院</w:t>
      </w:r>
    </w:p>
    <w:p>
      <w:r>
        <w:t>国际经济与贸易</w:t>
      </w:r>
    </w:p>
    <w:p>
      <w:r>
        <w:t>197</w:t>
      </w:r>
    </w:p>
    <w:p>
      <w:r>
        <w:t>世界经济</w:t>
      </w:r>
    </w:p>
    <w:p>
      <w:r>
        <w:t>孙炜凤</w:t>
      </w:r>
    </w:p>
    <w:p>
      <w:r>
        <w:t>外交学院</w:t>
      </w:r>
    </w:p>
    <w:p>
      <w:r>
        <w:t>国际经济与贸易</w:t>
      </w:r>
    </w:p>
    <w:p>
      <w:r>
        <w:t>198</w:t>
      </w:r>
    </w:p>
    <w:p>
      <w:r>
        <w:t>世界经济</w:t>
      </w:r>
    </w:p>
    <w:p>
      <w:r>
        <w:t>孙熙涵</w:t>
      </w:r>
    </w:p>
    <w:p>
      <w:r>
        <w:t>外交学院</w:t>
      </w:r>
    </w:p>
    <w:p>
      <w:r>
        <w:t>国际经济与贸易</w:t>
      </w:r>
    </w:p>
    <w:p>
      <w:r>
        <w:t>199</w:t>
      </w:r>
    </w:p>
    <w:p>
      <w:r>
        <w:t>世界经济</w:t>
      </w:r>
    </w:p>
    <w:p>
      <w:r>
        <w:t>孙一诺</w:t>
      </w:r>
    </w:p>
    <w:p>
      <w:r>
        <w:t>青海大学</w:t>
      </w:r>
    </w:p>
    <w:p>
      <w:r>
        <w:t>国际经济与贸易</w:t>
      </w:r>
    </w:p>
    <w:p>
      <w:r>
        <w:t>200</w:t>
      </w:r>
    </w:p>
    <w:p>
      <w:r>
        <w:t>世界经济</w:t>
      </w:r>
    </w:p>
    <w:p>
      <w:r>
        <w:t>孙雨田</w:t>
      </w:r>
    </w:p>
    <w:p>
      <w:r>
        <w:t>山东财经大学</w:t>
      </w:r>
    </w:p>
    <w:p>
      <w:r>
        <w:t>经济学</w:t>
      </w:r>
    </w:p>
    <w:p>
      <w:r>
        <w:t>201</w:t>
      </w:r>
    </w:p>
    <w:p>
      <w:r>
        <w:t>世界经济</w:t>
      </w:r>
    </w:p>
    <w:p>
      <w:r>
        <w:t>陶非凡</w:t>
      </w:r>
    </w:p>
    <w:p>
      <w:r>
        <w:t>武汉纺织大学</w:t>
      </w:r>
    </w:p>
    <w:p>
      <w:r>
        <w:t>国际经济与贸易</w:t>
      </w:r>
    </w:p>
    <w:p>
      <w:r>
        <w:t>202</w:t>
      </w:r>
    </w:p>
    <w:p>
      <w:r>
        <w:t>世界经济</w:t>
      </w:r>
    </w:p>
    <w:p>
      <w:r>
        <w:t>王梦琦</w:t>
      </w:r>
    </w:p>
    <w:p>
      <w:r>
        <w:t>外交学院</w:t>
      </w:r>
    </w:p>
    <w:p>
      <w:r>
        <w:t>国际经济与贸易</w:t>
      </w:r>
    </w:p>
    <w:p>
      <w:r>
        <w:t>203</w:t>
      </w:r>
    </w:p>
    <w:p>
      <w:r>
        <w:t>世界经济</w:t>
      </w:r>
    </w:p>
    <w:p>
      <w:r>
        <w:t>王文一</w:t>
      </w:r>
    </w:p>
    <w:p>
      <w:r>
        <w:t>外交学院</w:t>
      </w:r>
    </w:p>
    <w:p>
      <w:r>
        <w:t>国际经济与贸易</w:t>
      </w:r>
    </w:p>
    <w:p>
      <w:r>
        <w:t>204</w:t>
      </w:r>
    </w:p>
    <w:p>
      <w:r>
        <w:t>世界经济</w:t>
      </w:r>
    </w:p>
    <w:p>
      <w:r>
        <w:t>杨睿喆</w:t>
      </w:r>
    </w:p>
    <w:p>
      <w:r>
        <w:t>外交学院</w:t>
      </w:r>
    </w:p>
    <w:p>
      <w:r>
        <w:t>金融学</w:t>
      </w:r>
    </w:p>
    <w:p>
      <w:r>
        <w:t>205</w:t>
      </w:r>
    </w:p>
    <w:p>
      <w:r>
        <w:t>世界经济</w:t>
      </w:r>
    </w:p>
    <w:p>
      <w:r>
        <w:t>袁榕</w:t>
      </w:r>
    </w:p>
    <w:p>
      <w:r>
        <w:t>外交学院</w:t>
      </w:r>
    </w:p>
    <w:p>
      <w:r>
        <w:t>国际经济与贸易</w:t>
      </w:r>
    </w:p>
    <w:p>
      <w:r>
        <w:t>206</w:t>
      </w:r>
    </w:p>
    <w:p>
      <w:r>
        <w:t>世界经济</w:t>
      </w:r>
    </w:p>
    <w:p>
      <w:r>
        <w:t>张熙纯</w:t>
      </w:r>
    </w:p>
    <w:p>
      <w:r>
        <w:t>外交学院</w:t>
      </w:r>
    </w:p>
    <w:p>
      <w:r>
        <w:t>金融学</w:t>
      </w:r>
    </w:p>
    <w:p>
      <w:r>
        <w:t>207</w:t>
      </w:r>
    </w:p>
    <w:p>
      <w:r>
        <w:t>世界经济</w:t>
      </w:r>
    </w:p>
    <w:p>
      <w:r>
        <w:t>张艺馨</w:t>
      </w:r>
    </w:p>
    <w:p>
      <w:r>
        <w:t>黑龙江大学</w:t>
      </w:r>
    </w:p>
    <w:p>
      <w:r>
        <w:t>经济学</w:t>
      </w:r>
    </w:p>
    <w:p>
      <w:r>
        <w:t>208</w:t>
      </w:r>
    </w:p>
    <w:p>
      <w:r>
        <w:t>世界经济</w:t>
      </w:r>
    </w:p>
    <w:p>
      <w:r>
        <w:t>张羽柔</w:t>
      </w:r>
    </w:p>
    <w:p>
      <w:r>
        <w:t>青岛大学</w:t>
      </w:r>
    </w:p>
    <w:p>
      <w:r>
        <w:t>国际经济与贸易</w:t>
      </w:r>
    </w:p>
    <w:p>
      <w:r>
        <w:t>209</w:t>
      </w:r>
    </w:p>
    <w:p>
      <w:r>
        <w:t>世界经济</w:t>
      </w:r>
    </w:p>
    <w:p>
      <w:r>
        <w:t>张月</w:t>
      </w:r>
    </w:p>
    <w:p>
      <w:r>
        <w:t>河北大学</w:t>
      </w:r>
    </w:p>
    <w:p>
      <w:r>
        <w:t>国际经济与贸易</w:t>
      </w:r>
    </w:p>
    <w:p>
      <w:r>
        <w:t>210</w:t>
      </w:r>
    </w:p>
    <w:p>
      <w:r>
        <w:t>世界经济</w:t>
      </w:r>
    </w:p>
    <w:p>
      <w:r>
        <w:t>赵欣妍</w:t>
      </w:r>
    </w:p>
    <w:p>
      <w:r>
        <w:t>外交学院</w:t>
      </w:r>
    </w:p>
    <w:p>
      <w:r>
        <w:t>国际经济与贸易</w:t>
      </w:r>
    </w:p>
    <w:p>
      <w:r>
        <w:t>211</w:t>
      </w:r>
    </w:p>
    <w:p>
      <w:r>
        <w:t>世界经济</w:t>
      </w:r>
    </w:p>
    <w:p>
      <w:r>
        <w:t>周敬桓</w:t>
      </w:r>
    </w:p>
    <w:p>
      <w:r>
        <w:t>外交学院</w:t>
      </w:r>
    </w:p>
    <w:p>
      <w:r>
        <w:t>国际经济与贸易</w:t>
      </w:r>
    </w:p>
    <w:p>
      <w:r>
        <w:t>212</w:t>
      </w:r>
    </w:p>
    <w:p>
      <w:r>
        <w:t>世界经济</w:t>
      </w:r>
    </w:p>
    <w:p>
      <w:r>
        <w:t>周旭阳</w:t>
      </w:r>
    </w:p>
    <w:p>
      <w:r>
        <w:t>外交学院</w:t>
      </w:r>
    </w:p>
    <w:p>
      <w:r>
        <w:t>国际经济与贸易、外交学</w:t>
      </w:r>
    </w:p>
    <w:p>
      <w:r>
        <w:t>213</w:t>
      </w:r>
    </w:p>
    <w:p>
      <w:r>
        <w:t>世界经济</w:t>
      </w:r>
    </w:p>
    <w:p>
      <w:r>
        <w:t>朱卿实</w:t>
      </w:r>
    </w:p>
    <w:p>
      <w:r>
        <w:t>外交学院</w:t>
      </w:r>
    </w:p>
    <w:p>
      <w:r>
        <w:t>国际经济与贸易</w:t>
      </w:r>
    </w:p>
    <w:p>
      <w:r>
        <w:t>214</w:t>
      </w:r>
    </w:p>
    <w:p>
      <w:r>
        <w:t>西方经济学</w:t>
      </w:r>
    </w:p>
    <w:p>
      <w:r>
        <w:t>申选</w:t>
      </w:r>
    </w:p>
    <w:p>
      <w:r>
        <w:t>外交学院</w:t>
      </w:r>
    </w:p>
    <w:p>
      <w:r>
        <w:t>金融学</w:t>
      </w:r>
    </w:p>
    <w:p>
      <w:r>
        <w:t>215</w:t>
      </w:r>
    </w:p>
    <w:p>
      <w:r>
        <w:t>西方经济学</w:t>
      </w:r>
    </w:p>
    <w:p>
      <w:r>
        <w:t>赵伟栋</w:t>
      </w:r>
    </w:p>
    <w:p>
      <w:r>
        <w:t>外交学院</w:t>
      </w:r>
    </w:p>
    <w:p>
      <w:r>
        <w:t>金融学</w:t>
      </w:r>
    </w:p>
    <w:p>
      <w:r>
        <w:t>216</w:t>
      </w:r>
    </w:p>
    <w:p>
      <w:r>
        <w:t>金融</w:t>
      </w:r>
    </w:p>
    <w:p>
      <w:r>
        <w:t>曹剑坤</w:t>
      </w:r>
    </w:p>
    <w:p>
      <w:r>
        <w:t>国际关系学院</w:t>
      </w:r>
    </w:p>
    <w:p>
      <w:r>
        <w:t>国际经济与贸易</w:t>
      </w:r>
    </w:p>
    <w:p>
      <w:r>
        <w:t>217</w:t>
      </w:r>
    </w:p>
    <w:p>
      <w:r>
        <w:t>金融</w:t>
      </w:r>
    </w:p>
    <w:p>
      <w:r>
        <w:t>管师艺</w:t>
      </w:r>
    </w:p>
    <w:p>
      <w:r>
        <w:t>江西财经大学</w:t>
      </w:r>
    </w:p>
    <w:p>
      <w:r>
        <w:t>信息管理与信息系统（金融智能）</w:t>
      </w:r>
    </w:p>
    <w:p>
      <w:r>
        <w:t>218</w:t>
      </w:r>
    </w:p>
    <w:p>
      <w:r>
        <w:t>金融</w:t>
      </w:r>
    </w:p>
    <w:p>
      <w:r>
        <w:t>胡毅之</w:t>
      </w:r>
    </w:p>
    <w:p>
      <w:r>
        <w:t>外交学院</w:t>
      </w:r>
    </w:p>
    <w:p>
      <w:r>
        <w:t>金融学</w:t>
      </w:r>
    </w:p>
    <w:p>
      <w:r>
        <w:t>219</w:t>
      </w:r>
    </w:p>
    <w:p>
      <w:r>
        <w:t>金融</w:t>
      </w:r>
    </w:p>
    <w:p>
      <w:r>
        <w:t>贾承仪</w:t>
      </w:r>
    </w:p>
    <w:p>
      <w:r>
        <w:t>外交学院</w:t>
      </w:r>
    </w:p>
    <w:p>
      <w:r>
        <w:t>金融学</w:t>
      </w:r>
    </w:p>
    <w:p>
      <w:r>
        <w:t>220</w:t>
      </w:r>
    </w:p>
    <w:p>
      <w:r>
        <w:t>金融</w:t>
      </w:r>
    </w:p>
    <w:p>
      <w:r>
        <w:t>李鹏孛</w:t>
      </w:r>
    </w:p>
    <w:p>
      <w:r>
        <w:t>南方科技大学</w:t>
      </w:r>
    </w:p>
    <w:p>
      <w:r>
        <w:t>金融工程</w:t>
      </w:r>
    </w:p>
    <w:p>
      <w:r>
        <w:t>221</w:t>
      </w:r>
    </w:p>
    <w:p>
      <w:r>
        <w:t>金融</w:t>
      </w:r>
    </w:p>
    <w:p>
      <w:r>
        <w:t>刘清晨</w:t>
      </w:r>
    </w:p>
    <w:p>
      <w:r>
        <w:t>外交学院</w:t>
      </w:r>
    </w:p>
    <w:p>
      <w:r>
        <w:t>金融学</w:t>
      </w:r>
    </w:p>
    <w:p>
      <w:r>
        <w:t>222</w:t>
      </w:r>
    </w:p>
    <w:p>
      <w:r>
        <w:t>金融</w:t>
      </w:r>
    </w:p>
    <w:p>
      <w:r>
        <w:t>刘羿杉</w:t>
      </w:r>
    </w:p>
    <w:p>
      <w:r>
        <w:t>外交学院</w:t>
      </w:r>
    </w:p>
    <w:p>
      <w:r>
        <w:t>金融学</w:t>
      </w:r>
    </w:p>
    <w:p>
      <w:r>
        <w:t>223</w:t>
      </w:r>
    </w:p>
    <w:p>
      <w:r>
        <w:t>金融</w:t>
      </w:r>
    </w:p>
    <w:p>
      <w:r>
        <w:t>王思逸</w:t>
      </w:r>
    </w:p>
    <w:p>
      <w:r>
        <w:t>江西财经大学</w:t>
      </w:r>
    </w:p>
    <w:p>
      <w:r>
        <w:t>金融学（国际投资与金融）</w:t>
      </w:r>
    </w:p>
    <w:p>
      <w:r>
        <w:t>224</w:t>
      </w:r>
    </w:p>
    <w:p>
      <w:r>
        <w:t>金融</w:t>
      </w:r>
    </w:p>
    <w:p>
      <w:r>
        <w:t>杨子佩</w:t>
      </w:r>
    </w:p>
    <w:p>
      <w:r>
        <w:t>外交学院</w:t>
      </w:r>
    </w:p>
    <w:p>
      <w:r>
        <w:t>金融学</w:t>
      </w:r>
    </w:p>
    <w:p>
      <w:r>
        <w:t>225</w:t>
      </w:r>
    </w:p>
    <w:p>
      <w:r>
        <w:t>金融</w:t>
      </w:r>
    </w:p>
    <w:p>
      <w:r>
        <w:t>张歆然</w:t>
      </w:r>
    </w:p>
    <w:p>
      <w:r>
        <w:t>吉林财经大学</w:t>
      </w:r>
    </w:p>
    <w:p>
      <w:r>
        <w:t>金融学</w:t>
      </w:r>
    </w:p>
    <w:p>
      <w:r>
        <w:t>226</w:t>
      </w:r>
    </w:p>
    <w:p>
      <w:r>
        <w:t>金融</w:t>
      </w:r>
    </w:p>
    <w:p>
      <w:r>
        <w:t>曹东玥</w:t>
      </w:r>
    </w:p>
    <w:p>
      <w:r>
        <w:t>外交学院</w:t>
      </w:r>
    </w:p>
    <w:p>
      <w:r>
        <w:t>国际经济与贸易</w:t>
      </w:r>
    </w:p>
    <w:p>
      <w:r>
        <w:t>227</w:t>
      </w:r>
    </w:p>
    <w:p>
      <w:r>
        <w:t>英语语言文学</w:t>
      </w:r>
    </w:p>
    <w:p>
      <w:r>
        <w:t>陈馨凝</w:t>
      </w:r>
    </w:p>
    <w:p>
      <w:r>
        <w:t>外交学院</w:t>
      </w:r>
    </w:p>
    <w:p>
      <w:r>
        <w:t>英语</w:t>
      </w:r>
    </w:p>
    <w:p>
      <w:r>
        <w:t>228</w:t>
      </w:r>
    </w:p>
    <w:p>
      <w:r>
        <w:t>英语语言文学</w:t>
      </w:r>
    </w:p>
    <w:p>
      <w:r>
        <w:t>廖晓焱</w:t>
      </w:r>
    </w:p>
    <w:p>
      <w:r>
        <w:t>外交学院</w:t>
      </w:r>
    </w:p>
    <w:p>
      <w:r>
        <w:t>翻译</w:t>
      </w:r>
    </w:p>
    <w:p>
      <w:r>
        <w:t>229</w:t>
      </w:r>
    </w:p>
    <w:p>
      <w:r>
        <w:t>英语语言文学</w:t>
      </w:r>
    </w:p>
    <w:p>
      <w:r>
        <w:t>胡翔宇</w:t>
      </w:r>
    </w:p>
    <w:p>
      <w:r>
        <w:t>外交学院</w:t>
      </w:r>
    </w:p>
    <w:p>
      <w:r>
        <w:t>英语</w:t>
      </w:r>
    </w:p>
    <w:p>
      <w:r>
        <w:t>230</w:t>
      </w:r>
    </w:p>
    <w:p>
      <w:r>
        <w:t>英语语言文学</w:t>
      </w:r>
    </w:p>
    <w:p>
      <w:r>
        <w:t>李熙蕾</w:t>
      </w:r>
    </w:p>
    <w:p>
      <w:r>
        <w:t>外交学院</w:t>
      </w:r>
    </w:p>
    <w:p>
      <w:r>
        <w:t>英语</w:t>
      </w:r>
    </w:p>
    <w:p>
      <w:r>
        <w:t>231</w:t>
      </w:r>
    </w:p>
    <w:p>
      <w:r>
        <w:t>英语语言文学</w:t>
      </w:r>
    </w:p>
    <w:p>
      <w:r>
        <w:t>崔舒扬</w:t>
      </w:r>
    </w:p>
    <w:p>
      <w:r>
        <w:t>外交学院</w:t>
      </w:r>
    </w:p>
    <w:p>
      <w:r>
        <w:t>翻译</w:t>
      </w:r>
    </w:p>
    <w:p>
      <w:r>
        <w:t>232</w:t>
      </w:r>
    </w:p>
    <w:p>
      <w:r>
        <w:t>英语语言文学</w:t>
      </w:r>
    </w:p>
    <w:p>
      <w:r>
        <w:t>刘雅</w:t>
      </w:r>
    </w:p>
    <w:p>
      <w:r>
        <w:t>外交学院</w:t>
      </w:r>
    </w:p>
    <w:p>
      <w:r>
        <w:t>英语</w:t>
      </w:r>
    </w:p>
    <w:p>
      <w:r>
        <w:t>233</w:t>
      </w:r>
    </w:p>
    <w:p>
      <w:r>
        <w:t>英语语言文学</w:t>
      </w:r>
    </w:p>
    <w:p>
      <w:r>
        <w:t>刘雨然</w:t>
      </w:r>
    </w:p>
    <w:p>
      <w:r>
        <w:t>外交学院</w:t>
      </w:r>
    </w:p>
    <w:p>
      <w:r>
        <w:t>翻译</w:t>
      </w:r>
    </w:p>
    <w:p>
      <w:r>
        <w:t>234</w:t>
      </w:r>
    </w:p>
    <w:p>
      <w:r>
        <w:t>英语语言文学</w:t>
      </w:r>
    </w:p>
    <w:p>
      <w:r>
        <w:t>汪玉洁</w:t>
      </w:r>
    </w:p>
    <w:p>
      <w:r>
        <w:t>广东工业大学</w:t>
      </w:r>
    </w:p>
    <w:p>
      <w:r>
        <w:t>英语</w:t>
      </w:r>
    </w:p>
    <w:p>
      <w:r>
        <w:t>235</w:t>
      </w:r>
    </w:p>
    <w:p>
      <w:r>
        <w:t>英语语言文学</w:t>
      </w:r>
    </w:p>
    <w:p>
      <w:r>
        <w:t>李函凝</w:t>
      </w:r>
    </w:p>
    <w:p>
      <w:r>
        <w:t>四川师范大学</w:t>
      </w:r>
    </w:p>
    <w:p>
      <w:r>
        <w:t>英语</w:t>
      </w:r>
    </w:p>
    <w:p>
      <w:r>
        <w:t>236</w:t>
      </w:r>
    </w:p>
    <w:p>
      <w:r>
        <w:t>英语语言文学</w:t>
      </w:r>
    </w:p>
    <w:p>
      <w:r>
        <w:t>庄文萱</w:t>
      </w:r>
    </w:p>
    <w:p>
      <w:r>
        <w:t>山东大学</w:t>
      </w:r>
    </w:p>
    <w:p>
      <w:r>
        <w:t>英语</w:t>
      </w:r>
    </w:p>
    <w:p>
      <w:r>
        <w:t>237</w:t>
      </w:r>
    </w:p>
    <w:p>
      <w:r>
        <w:t>英语语言文学</w:t>
      </w:r>
    </w:p>
    <w:p>
      <w:r>
        <w:t>孙悦</w:t>
      </w:r>
    </w:p>
    <w:p>
      <w:r>
        <w:t>首都经济贸易大学</w:t>
      </w:r>
    </w:p>
    <w:p>
      <w:r>
        <w:t>商务英语</w:t>
      </w:r>
    </w:p>
    <w:p>
      <w:r>
        <w:t>238</w:t>
      </w:r>
    </w:p>
    <w:p>
      <w:r>
        <w:t>英语语言文学</w:t>
      </w:r>
    </w:p>
    <w:p>
      <w:r>
        <w:t>韩堂婕</w:t>
      </w:r>
    </w:p>
    <w:p>
      <w:r>
        <w:t>南京医科大学</w:t>
      </w:r>
    </w:p>
    <w:p>
      <w:r>
        <w:t>英语</w:t>
      </w:r>
    </w:p>
    <w:p>
      <w:r>
        <w:t>239</w:t>
      </w:r>
    </w:p>
    <w:p>
      <w:r>
        <w:t>英语语言文学</w:t>
      </w:r>
    </w:p>
    <w:p>
      <w:r>
        <w:t>袁延娟</w:t>
      </w:r>
    </w:p>
    <w:p>
      <w:r>
        <w:t>大连外国语大学</w:t>
      </w:r>
    </w:p>
    <w:p>
      <w:r>
        <w:t>英语</w:t>
      </w:r>
    </w:p>
    <w:p>
      <w:r>
        <w:t>240</w:t>
      </w:r>
    </w:p>
    <w:p>
      <w:r>
        <w:t>英语语言文学</w:t>
      </w:r>
    </w:p>
    <w:p>
      <w:r>
        <w:t>李嫣然</w:t>
      </w:r>
    </w:p>
    <w:p>
      <w:r>
        <w:t>河北农业大学</w:t>
      </w:r>
    </w:p>
    <w:p>
      <w:r>
        <w:t>英语</w:t>
      </w:r>
    </w:p>
    <w:p>
      <w:r>
        <w:t>241</w:t>
      </w:r>
    </w:p>
    <w:p>
      <w:r>
        <w:t>英语语言文学</w:t>
      </w:r>
    </w:p>
    <w:p>
      <w:r>
        <w:t>陈俊</w:t>
      </w:r>
    </w:p>
    <w:p>
      <w:r>
        <w:t>辽宁师范大学</w:t>
      </w:r>
    </w:p>
    <w:p>
      <w:r>
        <w:t>英语（师范）</w:t>
      </w:r>
    </w:p>
    <w:p>
      <w:r>
        <w:t>242</w:t>
      </w:r>
    </w:p>
    <w:p>
      <w:r>
        <w:t>英语语言文学</w:t>
      </w:r>
    </w:p>
    <w:p>
      <w:r>
        <w:t>赵嘉祺</w:t>
      </w:r>
    </w:p>
    <w:p>
      <w:r>
        <w:t>国际关系学院</w:t>
      </w:r>
    </w:p>
    <w:p>
      <w:r>
        <w:t>英语</w:t>
      </w:r>
    </w:p>
    <w:p>
      <w:r>
        <w:t>243</w:t>
      </w:r>
    </w:p>
    <w:p>
      <w:r>
        <w:t>英语语言文学</w:t>
      </w:r>
    </w:p>
    <w:p>
      <w:r>
        <w:t>赵沐晨</w:t>
      </w:r>
    </w:p>
    <w:p>
      <w:r>
        <w:t>安徽大学</w:t>
      </w:r>
    </w:p>
    <w:p>
      <w:r>
        <w:t>英语</w:t>
      </w:r>
    </w:p>
    <w:p>
      <w:r>
        <w:t>244</w:t>
      </w:r>
    </w:p>
    <w:p>
      <w:r>
        <w:t>英语语言文学</w:t>
      </w:r>
    </w:p>
    <w:p>
      <w:r>
        <w:t>戈庆洁</w:t>
      </w:r>
    </w:p>
    <w:p>
      <w:r>
        <w:t>河北师范大学</w:t>
      </w:r>
    </w:p>
    <w:p>
      <w:r>
        <w:t>英语</w:t>
      </w:r>
    </w:p>
    <w:p>
      <w:r>
        <w:t>245</w:t>
      </w:r>
    </w:p>
    <w:p>
      <w:r>
        <w:t>英语语言文学</w:t>
      </w:r>
    </w:p>
    <w:p>
      <w:r>
        <w:t>曹立彬</w:t>
      </w:r>
    </w:p>
    <w:p>
      <w:r>
        <w:t>集美大学</w:t>
      </w:r>
    </w:p>
    <w:p>
      <w:r>
        <w:t>英语（师范类）</w:t>
      </w:r>
    </w:p>
    <w:p>
      <w:r>
        <w:t>246</w:t>
      </w:r>
    </w:p>
    <w:p>
      <w:r>
        <w:t>英语语言文学</w:t>
      </w:r>
    </w:p>
    <w:p>
      <w:r>
        <w:t>付瑞雪</w:t>
      </w:r>
    </w:p>
    <w:p>
      <w:r>
        <w:t>天津科技大学</w:t>
      </w:r>
    </w:p>
    <w:p>
      <w:r>
        <w:t>英语</w:t>
      </w:r>
    </w:p>
    <w:p>
      <w:r>
        <w:t>247</w:t>
      </w:r>
    </w:p>
    <w:p>
      <w:r>
        <w:t>英语语言文学</w:t>
      </w:r>
    </w:p>
    <w:p>
      <w:r>
        <w:t>戴佳音</w:t>
      </w:r>
    </w:p>
    <w:p>
      <w:r>
        <w:t>中国矿业大学（北京）</w:t>
      </w:r>
    </w:p>
    <w:p>
      <w:r>
        <w:t>英语</w:t>
      </w:r>
    </w:p>
    <w:p>
      <w:r>
        <w:t>248</w:t>
      </w:r>
    </w:p>
    <w:p>
      <w:r>
        <w:t>英语语言文学</w:t>
      </w:r>
    </w:p>
    <w:p>
      <w:r>
        <w:t>陈乐樟</w:t>
      </w:r>
    </w:p>
    <w:p>
      <w:r>
        <w:t>山东农业大学</w:t>
      </w:r>
    </w:p>
    <w:p>
      <w:r>
        <w:t>英语</w:t>
      </w:r>
    </w:p>
    <w:p>
      <w:r>
        <w:t>249</w:t>
      </w:r>
    </w:p>
    <w:p>
      <w:r>
        <w:t>英语语言文学</w:t>
      </w:r>
    </w:p>
    <w:p>
      <w:r>
        <w:t>汪紫琪</w:t>
      </w:r>
    </w:p>
    <w:p>
      <w:r>
        <w:t>广东工业大学</w:t>
      </w:r>
    </w:p>
    <w:p>
      <w:r>
        <w:t>英语</w:t>
      </w:r>
    </w:p>
    <w:p>
      <w:r>
        <w:t>250</w:t>
      </w:r>
    </w:p>
    <w:p>
      <w:r>
        <w:t>英语语言文学</w:t>
      </w:r>
    </w:p>
    <w:p>
      <w:r>
        <w:t>邢怡宁</w:t>
      </w:r>
    </w:p>
    <w:p>
      <w:r>
        <w:t>天津外国语大学</w:t>
      </w:r>
    </w:p>
    <w:p>
      <w:r>
        <w:t>商务英语</w:t>
      </w:r>
    </w:p>
    <w:p>
      <w:r>
        <w:t>251</w:t>
      </w:r>
    </w:p>
    <w:p>
      <w:r>
        <w:t>外国语言学及应用语言学</w:t>
      </w:r>
    </w:p>
    <w:p>
      <w:r>
        <w:t>何澄澄</w:t>
      </w:r>
    </w:p>
    <w:p>
      <w:r>
        <w:t>外交学院</w:t>
      </w:r>
    </w:p>
    <w:p>
      <w:r>
        <w:t>英语（国际传播）</w:t>
      </w:r>
    </w:p>
    <w:p>
      <w:r>
        <w:t>252</w:t>
      </w:r>
    </w:p>
    <w:p>
      <w:r>
        <w:t>外国语言学及应用语言学</w:t>
      </w:r>
    </w:p>
    <w:p>
      <w:r>
        <w:t>方佳佳</w:t>
      </w:r>
    </w:p>
    <w:p>
      <w:r>
        <w:t>中国矿业大学（北京）</w:t>
      </w:r>
    </w:p>
    <w:p>
      <w:r>
        <w:t>英语</w:t>
      </w:r>
    </w:p>
    <w:p>
      <w:r>
        <w:t>253</w:t>
      </w:r>
    </w:p>
    <w:p>
      <w:r>
        <w:t>外国语言学及应用语言学</w:t>
      </w:r>
    </w:p>
    <w:p>
      <w:r>
        <w:t>李泳谊</w:t>
      </w:r>
    </w:p>
    <w:p>
      <w:r>
        <w:t>中国矿业大学（北京）</w:t>
      </w:r>
    </w:p>
    <w:p>
      <w:r>
        <w:t>英语</w:t>
      </w:r>
    </w:p>
    <w:p>
      <w:r>
        <w:t>254</w:t>
      </w:r>
    </w:p>
    <w:p>
      <w:r>
        <w:t>外国语言学及应用语言学</w:t>
      </w:r>
    </w:p>
    <w:p>
      <w:r>
        <w:t>陈雅琦</w:t>
      </w:r>
    </w:p>
    <w:p>
      <w:r>
        <w:t>山东中医药大学</w:t>
      </w:r>
    </w:p>
    <w:p>
      <w:r>
        <w:t>英语</w:t>
      </w:r>
    </w:p>
    <w:p>
      <w:r>
        <w:t>255</w:t>
      </w:r>
    </w:p>
    <w:p>
      <w:r>
        <w:t>外国语言学及应用语言学</w:t>
      </w:r>
    </w:p>
    <w:p>
      <w:r>
        <w:t>任姝睿</w:t>
      </w:r>
    </w:p>
    <w:p>
      <w:r>
        <w:t>太原科技大学</w:t>
      </w:r>
    </w:p>
    <w:p>
      <w:r>
        <w:t>英语</w:t>
      </w:r>
    </w:p>
    <w:p>
      <w:r>
        <w:t>256</w:t>
      </w:r>
    </w:p>
    <w:p>
      <w:r>
        <w:t>外国语言学及应用语言学</w:t>
      </w:r>
    </w:p>
    <w:p>
      <w:r>
        <w:t>沈彦如</w:t>
      </w:r>
    </w:p>
    <w:p>
      <w:r>
        <w:t>中国地质大学</w:t>
      </w:r>
    </w:p>
    <w:p>
      <w:r>
        <w:t>英语</w:t>
      </w:r>
    </w:p>
    <w:p>
      <w:r>
        <w:t>257</w:t>
      </w:r>
    </w:p>
    <w:p>
      <w:r>
        <w:t>外国语言学及应用语言学</w:t>
      </w:r>
    </w:p>
    <w:p>
      <w:r>
        <w:t>李雨霏霏</w:t>
      </w:r>
    </w:p>
    <w:p>
      <w:r>
        <w:t>外交学院</w:t>
      </w:r>
    </w:p>
    <w:p>
      <w:r>
        <w:t>英语（复语国际人才班）</w:t>
      </w:r>
    </w:p>
    <w:p>
      <w:r>
        <w:t>258</w:t>
      </w:r>
    </w:p>
    <w:p>
      <w:r>
        <w:t>外国语言学及应用语言学</w:t>
      </w:r>
    </w:p>
    <w:p>
      <w:r>
        <w:t>耿润</w:t>
      </w:r>
    </w:p>
    <w:p>
      <w:r>
        <w:t>河北大学</w:t>
      </w:r>
    </w:p>
    <w:p>
      <w:r>
        <w:t>英语</w:t>
      </w:r>
    </w:p>
    <w:p>
      <w:r>
        <w:t>259</w:t>
      </w:r>
    </w:p>
    <w:p>
      <w:r>
        <w:t>外国语言学及应用语言学</w:t>
      </w:r>
    </w:p>
    <w:p>
      <w:r>
        <w:t>安贞羽</w:t>
      </w:r>
    </w:p>
    <w:p>
      <w:r>
        <w:t>西安外国语大学</w:t>
      </w:r>
    </w:p>
    <w:p>
      <w:r>
        <w:t>英语</w:t>
      </w:r>
    </w:p>
    <w:p>
      <w:r>
        <w:t>260</w:t>
      </w:r>
    </w:p>
    <w:p>
      <w:r>
        <w:t>外国语言学及应用语言学</w:t>
      </w:r>
    </w:p>
    <w:p>
      <w:r>
        <w:t>邓翔今</w:t>
      </w:r>
    </w:p>
    <w:p>
      <w:r>
        <w:t>上海对外经贸大学</w:t>
      </w:r>
    </w:p>
    <w:p>
      <w:r>
        <w:t>英语（国际商务英语方向，中英合作）</w:t>
      </w:r>
    </w:p>
    <w:p>
      <w:r>
        <w:t>261</w:t>
      </w:r>
    </w:p>
    <w:p>
      <w:r>
        <w:t>外国语言学及应用语言学</w:t>
      </w:r>
    </w:p>
    <w:p>
      <w:r>
        <w:t>兰天添</w:t>
      </w:r>
    </w:p>
    <w:p>
      <w:r>
        <w:t>沈阳师范大学</w:t>
      </w:r>
    </w:p>
    <w:p>
      <w:r>
        <w:t>英语（师范）</w:t>
      </w:r>
    </w:p>
    <w:p>
      <w:r>
        <w:t>262</w:t>
      </w:r>
    </w:p>
    <w:p>
      <w:r>
        <w:t>英语口译（外交口译）</w:t>
      </w:r>
    </w:p>
    <w:p>
      <w:r>
        <w:t>李一鸣</w:t>
      </w:r>
    </w:p>
    <w:p>
      <w:r>
        <w:t>中国传媒大学</w:t>
      </w:r>
    </w:p>
    <w:p>
      <w:r>
        <w:t>播音与主持艺术（中英双语播音主持方</w:t>
      </w:r>
    </w:p>
    <w:p>
      <w:r>
        <w:t>263</w:t>
      </w:r>
    </w:p>
    <w:p>
      <w:r>
        <w:t>英语口译（外交口译）</w:t>
      </w:r>
    </w:p>
    <w:p>
      <w:r>
        <w:t>杨烨璇</w:t>
      </w:r>
    </w:p>
    <w:p>
      <w:r>
        <w:t>中央民族大学</w:t>
      </w:r>
    </w:p>
    <w:p>
      <w:r>
        <w:t>翻译</w:t>
      </w:r>
    </w:p>
    <w:p>
      <w:r>
        <w:t>264</w:t>
      </w:r>
    </w:p>
    <w:p>
      <w:r>
        <w:t>英语口译（外交口译）</w:t>
      </w:r>
    </w:p>
    <w:p>
      <w:r>
        <w:t>栾千惠</w:t>
      </w:r>
    </w:p>
    <w:p>
      <w:r>
        <w:t>北京邮电大学</w:t>
      </w:r>
    </w:p>
    <w:p>
      <w:r>
        <w:t>英语</w:t>
      </w:r>
    </w:p>
    <w:p>
      <w:r>
        <w:t>265</w:t>
      </w:r>
    </w:p>
    <w:p>
      <w:r>
        <w:t>英语口译（外交口译）</w:t>
      </w:r>
    </w:p>
    <w:p>
      <w:r>
        <w:t>欧阳佳妮</w:t>
      </w:r>
    </w:p>
    <w:p>
      <w:r>
        <w:t>外交学院</w:t>
      </w:r>
    </w:p>
    <w:p>
      <w:r>
        <w:t>翻译</w:t>
      </w:r>
    </w:p>
    <w:p>
      <w:r>
        <w:t>266</w:t>
      </w:r>
    </w:p>
    <w:p>
      <w:r>
        <w:t>英语口译（外交口译）</w:t>
      </w:r>
    </w:p>
    <w:p>
      <w:r>
        <w:t>仲文元</w:t>
      </w:r>
    </w:p>
    <w:p>
      <w:r>
        <w:t>厦门大学</w:t>
      </w:r>
    </w:p>
    <w:p>
      <w:r>
        <w:t>英语+金融</w:t>
      </w:r>
    </w:p>
    <w:p>
      <w:r>
        <w:t>267</w:t>
      </w:r>
    </w:p>
    <w:p>
      <w:r>
        <w:t>英语口译（外交口译）</w:t>
      </w:r>
    </w:p>
    <w:p>
      <w:r>
        <w:t>曹晨仪</w:t>
      </w:r>
    </w:p>
    <w:p>
      <w:r>
        <w:t>外交学院</w:t>
      </w:r>
    </w:p>
    <w:p>
      <w:r>
        <w:t>英语</w:t>
      </w:r>
    </w:p>
    <w:p>
      <w:r>
        <w:t>268</w:t>
      </w:r>
    </w:p>
    <w:p>
      <w:r>
        <w:t>英语口译（外交口译）</w:t>
      </w:r>
    </w:p>
    <w:p>
      <w:r>
        <w:t>李鑫怡</w:t>
      </w:r>
    </w:p>
    <w:p>
      <w:r>
        <w:t>外交学院</w:t>
      </w:r>
    </w:p>
    <w:p>
      <w:r>
        <w:t>翻译</w:t>
      </w:r>
    </w:p>
    <w:p>
      <w:r>
        <w:t>269</w:t>
      </w:r>
    </w:p>
    <w:p>
      <w:r>
        <w:t>英语口译（外交口译）</w:t>
      </w:r>
    </w:p>
    <w:p>
      <w:r>
        <w:t>黄紫博</w:t>
      </w:r>
    </w:p>
    <w:p>
      <w:r>
        <w:t>外交学院</w:t>
      </w:r>
    </w:p>
    <w:p>
      <w:r>
        <w:t>翻译</w:t>
      </w:r>
    </w:p>
    <w:p>
      <w:r>
        <w:t>270</w:t>
      </w:r>
    </w:p>
    <w:p>
      <w:r>
        <w:t>英语口译（外交口译）</w:t>
      </w:r>
    </w:p>
    <w:p>
      <w:r>
        <w:t>王惺盈</w:t>
      </w:r>
    </w:p>
    <w:p>
      <w:r>
        <w:t>外交学院</w:t>
      </w:r>
    </w:p>
    <w:p>
      <w:r>
        <w:t>翻译</w:t>
      </w:r>
    </w:p>
    <w:p>
      <w:r>
        <w:t>271</w:t>
      </w:r>
    </w:p>
    <w:p>
      <w:r>
        <w:t>英语口译（外交口译）</w:t>
      </w:r>
    </w:p>
    <w:p>
      <w:r>
        <w:t>金子雯</w:t>
      </w:r>
    </w:p>
    <w:p>
      <w:r>
        <w:t>外交学院</w:t>
      </w:r>
    </w:p>
    <w:p>
      <w:r>
        <w:t>英语（国际传播）</w:t>
      </w:r>
    </w:p>
    <w:p>
      <w:r>
        <w:t>272</w:t>
      </w:r>
    </w:p>
    <w:p>
      <w:r>
        <w:t>英语口译（外交口译）</w:t>
      </w:r>
    </w:p>
    <w:p>
      <w:r>
        <w:t>李婉晴</w:t>
      </w:r>
    </w:p>
    <w:p>
      <w:r>
        <w:t>大连外国语大学</w:t>
      </w:r>
    </w:p>
    <w:p>
      <w:r>
        <w:t>翻译</w:t>
      </w:r>
    </w:p>
    <w:p>
      <w:r>
        <w:t>273</w:t>
      </w:r>
    </w:p>
    <w:p>
      <w:r>
        <w:t>英语口译（外交口译）</w:t>
      </w:r>
    </w:p>
    <w:p>
      <w:r>
        <w:t>王牧遥</w:t>
      </w:r>
    </w:p>
    <w:p>
      <w:r>
        <w:t>天津外国语大学</w:t>
      </w:r>
    </w:p>
    <w:p>
      <w:r>
        <w:t>翻译</w:t>
      </w:r>
    </w:p>
    <w:p>
      <w:r>
        <w:t>274</w:t>
      </w:r>
    </w:p>
    <w:p>
      <w:r>
        <w:t>英语口译（外交口译）</w:t>
      </w:r>
    </w:p>
    <w:p>
      <w:r>
        <w:t>李佳萌</w:t>
      </w:r>
    </w:p>
    <w:p>
      <w:r>
        <w:t>中国地质大学（北京）</w:t>
      </w:r>
    </w:p>
    <w:p>
      <w:r>
        <w:t>英语</w:t>
      </w:r>
    </w:p>
    <w:p>
      <w:r>
        <w:t>275</w:t>
      </w:r>
    </w:p>
    <w:p>
      <w:r>
        <w:t>英语口译（外交口译）</w:t>
      </w:r>
    </w:p>
    <w:p>
      <w:r>
        <w:t>王文楚</w:t>
      </w:r>
    </w:p>
    <w:p>
      <w:r>
        <w:t>青岛大学</w:t>
      </w:r>
    </w:p>
    <w:p>
      <w:r>
        <w:t>英语</w:t>
      </w:r>
    </w:p>
    <w:p>
      <w:r>
        <w:t>276</w:t>
      </w:r>
    </w:p>
    <w:p>
      <w:r>
        <w:t>英语口译（外交口译）</w:t>
      </w:r>
    </w:p>
    <w:p>
      <w:r>
        <w:t>张英泽</w:t>
      </w:r>
    </w:p>
    <w:p>
      <w:r>
        <w:t>四川外国语大学</w:t>
      </w:r>
    </w:p>
    <w:p>
      <w:r>
        <w:t>英语</w:t>
      </w:r>
    </w:p>
    <w:p>
      <w:r>
        <w:t>277</w:t>
      </w:r>
    </w:p>
    <w:p>
      <w:r>
        <w:t>英语口译（外交口译）</w:t>
      </w:r>
    </w:p>
    <w:p>
      <w:r>
        <w:t>傅雨佳</w:t>
      </w:r>
    </w:p>
    <w:p>
      <w:r>
        <w:t>大连外国语大学</w:t>
      </w:r>
    </w:p>
    <w:p>
      <w:r>
        <w:t>翻译</w:t>
      </w:r>
    </w:p>
    <w:p>
      <w:r>
        <w:t>278</w:t>
      </w:r>
    </w:p>
    <w:p>
      <w:r>
        <w:t>英语口译（外交口译）</w:t>
      </w:r>
    </w:p>
    <w:p>
      <w:r>
        <w:t>魏彤宇</w:t>
      </w:r>
    </w:p>
    <w:p>
      <w:r>
        <w:t>北京第二外国语学院</w:t>
      </w:r>
    </w:p>
    <w:p>
      <w:r>
        <w:t>商务英语</w:t>
      </w:r>
    </w:p>
    <w:p>
      <w:r>
        <w:t>279</w:t>
      </w:r>
    </w:p>
    <w:p>
      <w:r>
        <w:t>英语口译（外交口译）</w:t>
      </w:r>
    </w:p>
    <w:p>
      <w:r>
        <w:t>邓依玲</w:t>
      </w:r>
    </w:p>
    <w:p>
      <w:r>
        <w:t>浙江工商大学</w:t>
      </w:r>
    </w:p>
    <w:p>
      <w:r>
        <w:t>英语</w:t>
      </w:r>
    </w:p>
    <w:p>
      <w:r>
        <w:t>280</w:t>
      </w:r>
    </w:p>
    <w:p>
      <w:r>
        <w:t>英语口译（外交口译）</w:t>
      </w:r>
    </w:p>
    <w:p>
      <w:r>
        <w:t>郭轶思</w:t>
      </w:r>
    </w:p>
    <w:p>
      <w:r>
        <w:t>延边大学</w:t>
      </w:r>
    </w:p>
    <w:p>
      <w:r>
        <w:t>英语</w:t>
      </w:r>
    </w:p>
    <w:p>
      <w:r>
        <w:t>281</w:t>
      </w:r>
    </w:p>
    <w:p>
      <w:r>
        <w:t>英语口译（外交口译）</w:t>
      </w:r>
    </w:p>
    <w:p>
      <w:r>
        <w:t>马语皎</w:t>
      </w:r>
    </w:p>
    <w:p>
      <w:r>
        <w:t>兰州大学</w:t>
      </w:r>
    </w:p>
    <w:p>
      <w:r>
        <w:t>英语</w:t>
      </w:r>
    </w:p>
    <w:p>
      <w:r>
        <w:t>282</w:t>
      </w:r>
    </w:p>
    <w:p>
      <w:r>
        <w:t>英语口译（外交口译）</w:t>
      </w:r>
    </w:p>
    <w:p>
      <w:r>
        <w:t>田雨非</w:t>
      </w:r>
    </w:p>
    <w:p>
      <w:r>
        <w:t>河北经贸大学</w:t>
      </w:r>
    </w:p>
    <w:p>
      <w:r>
        <w:t>商务英语</w:t>
      </w:r>
    </w:p>
    <w:p>
      <w:r>
        <w:t>283</w:t>
      </w:r>
    </w:p>
    <w:p>
      <w:r>
        <w:t>英语口译（外交口译）</w:t>
      </w:r>
    </w:p>
    <w:p>
      <w:r>
        <w:t>吴虹蓉</w:t>
      </w:r>
    </w:p>
    <w:p>
      <w:r>
        <w:t>上海海事大学</w:t>
      </w:r>
    </w:p>
    <w:p>
      <w:r>
        <w:t>翻译</w:t>
      </w:r>
    </w:p>
    <w:p>
      <w:r>
        <w:t>284</w:t>
      </w:r>
    </w:p>
    <w:p>
      <w:r>
        <w:t>英语口译（外交口译）</w:t>
      </w:r>
    </w:p>
    <w:p>
      <w:r>
        <w:t>侯婷</w:t>
      </w:r>
    </w:p>
    <w:p>
      <w:r>
        <w:t>成都理工大学</w:t>
      </w:r>
    </w:p>
    <w:p>
      <w:r>
        <w:t>英语</w:t>
      </w:r>
    </w:p>
    <w:p>
      <w:r>
        <w:t>285</w:t>
      </w:r>
    </w:p>
    <w:p>
      <w:r>
        <w:t>英语口译（外交口译）</w:t>
      </w:r>
    </w:p>
    <w:p>
      <w:r>
        <w:t>王诗遥</w:t>
      </w:r>
    </w:p>
    <w:p>
      <w:r>
        <w:t>成都理工大学</w:t>
      </w:r>
    </w:p>
    <w:p>
      <w:r>
        <w:t>翻译</w:t>
      </w:r>
    </w:p>
    <w:p>
      <w:r>
        <w:t>286</w:t>
      </w:r>
    </w:p>
    <w:p>
      <w:r>
        <w:t>英语口译（外交口译）</w:t>
      </w:r>
    </w:p>
    <w:p>
      <w:r>
        <w:t>匡薇</w:t>
      </w:r>
    </w:p>
    <w:p>
      <w:r>
        <w:t>成都理工大学</w:t>
      </w:r>
    </w:p>
    <w:p>
      <w:r>
        <w:t>翻译</w:t>
      </w:r>
    </w:p>
    <w:p>
      <w:r>
        <w:t>287</w:t>
      </w:r>
    </w:p>
    <w:p>
      <w:r>
        <w:t>英语口译（外交口译）</w:t>
      </w:r>
    </w:p>
    <w:p>
      <w:r>
        <w:t>汪烨</w:t>
      </w:r>
    </w:p>
    <w:p>
      <w:r>
        <w:t>天津科技大学</w:t>
      </w:r>
    </w:p>
    <w:p>
      <w:r>
        <w:t>翻译</w:t>
      </w:r>
    </w:p>
    <w:p>
      <w:r>
        <w:t>288</w:t>
      </w:r>
    </w:p>
    <w:p>
      <w:r>
        <w:t>英语口译（外交口译）</w:t>
      </w:r>
    </w:p>
    <w:p>
      <w:r>
        <w:t>邹文轩</w:t>
      </w:r>
    </w:p>
    <w:p>
      <w:r>
        <w:t>西安外国语大学</w:t>
      </w:r>
    </w:p>
    <w:p>
      <w:r>
        <w:t>翻译</w:t>
      </w:r>
    </w:p>
    <w:p>
      <w:r>
        <w:t>289</w:t>
      </w:r>
    </w:p>
    <w:p>
      <w:r>
        <w:t>英语口译（外交口译）</w:t>
      </w:r>
    </w:p>
    <w:p>
      <w:r>
        <w:t>马迪</w:t>
      </w:r>
    </w:p>
    <w:p>
      <w:r>
        <w:t>陕西师范大学</w:t>
      </w:r>
    </w:p>
    <w:p>
      <w:r>
        <w:t>翻译</w:t>
      </w:r>
    </w:p>
    <w:p>
      <w:r>
        <w:t>290</w:t>
      </w:r>
    </w:p>
    <w:p>
      <w:r>
        <w:t>英语口译（外交口译）</w:t>
      </w:r>
    </w:p>
    <w:p>
      <w:r>
        <w:t>靖传承</w:t>
      </w:r>
    </w:p>
    <w:p>
      <w:r>
        <w:t>辽宁中医药大学</w:t>
      </w:r>
    </w:p>
    <w:p>
      <w:r>
        <w:t>英语</w:t>
      </w:r>
    </w:p>
    <w:p>
      <w:r>
        <w:t>291</w:t>
      </w:r>
    </w:p>
    <w:p>
      <w:r>
        <w:t>英语口译（外交口译）</w:t>
      </w:r>
    </w:p>
    <w:p>
      <w:r>
        <w:t>陈一卓</w:t>
      </w:r>
    </w:p>
    <w:p>
      <w:r>
        <w:t>山东师范大学</w:t>
      </w:r>
    </w:p>
    <w:p>
      <w:r>
        <w:t>英语</w:t>
      </w:r>
    </w:p>
    <w:p>
      <w:r>
        <w:t>292</w:t>
      </w:r>
    </w:p>
    <w:p>
      <w:r>
        <w:t>英语口译（外交口译）</w:t>
      </w:r>
    </w:p>
    <w:p>
      <w:r>
        <w:t>汤丰萁</w:t>
      </w:r>
    </w:p>
    <w:p>
      <w:r>
        <w:t>青岛科技大学</w:t>
      </w:r>
    </w:p>
    <w:p>
      <w:r>
        <w:t>英语</w:t>
      </w:r>
    </w:p>
    <w:p>
      <w:r>
        <w:t>293</w:t>
      </w:r>
    </w:p>
    <w:p>
      <w:r>
        <w:t>英语口译（外交口译）</w:t>
      </w:r>
    </w:p>
    <w:p>
      <w:r>
        <w:t>缪琪</w:t>
      </w:r>
    </w:p>
    <w:p>
      <w:r>
        <w:t>吉首大学</w:t>
      </w:r>
    </w:p>
    <w:p>
      <w:r>
        <w:t>翻译</w:t>
      </w:r>
    </w:p>
    <w:p>
      <w:r>
        <w:t>294</w:t>
      </w:r>
    </w:p>
    <w:p>
      <w:r>
        <w:t>英语口译（外交口译）</w:t>
      </w:r>
    </w:p>
    <w:p>
      <w:r>
        <w:t>韩怡然</w:t>
      </w:r>
    </w:p>
    <w:p>
      <w:r>
        <w:t>山东中医药大学</w:t>
      </w:r>
    </w:p>
    <w:p>
      <w:r>
        <w:t>英语</w:t>
      </w:r>
    </w:p>
    <w:p>
      <w:r>
        <w:t>295</w:t>
      </w:r>
    </w:p>
    <w:p>
      <w:r>
        <w:t>英语口译（外交口译）</w:t>
      </w:r>
    </w:p>
    <w:p>
      <w:r>
        <w:t>谢颖圣</w:t>
      </w:r>
    </w:p>
    <w:p>
      <w:r>
        <w:t>济南大学</w:t>
      </w:r>
    </w:p>
    <w:p>
      <w:r>
        <w:t>英语</w:t>
      </w:r>
    </w:p>
    <w:p>
      <w:r>
        <w:t>296</w:t>
      </w:r>
    </w:p>
    <w:p>
      <w:r>
        <w:t>英语口译（外交口译）</w:t>
      </w:r>
    </w:p>
    <w:p>
      <w:r>
        <w:t>孙菡</w:t>
      </w:r>
    </w:p>
    <w:p>
      <w:r>
        <w:t>河南理工大学</w:t>
      </w:r>
    </w:p>
    <w:p>
      <w:r>
        <w:t>英语</w:t>
      </w:r>
    </w:p>
    <w:p>
      <w:r>
        <w:t>297</w:t>
      </w:r>
    </w:p>
    <w:p>
      <w:r>
        <w:t>英语口译（外交口译）</w:t>
      </w:r>
    </w:p>
    <w:p>
      <w:r>
        <w:t>章莞婷</w:t>
      </w:r>
    </w:p>
    <w:p>
      <w:r>
        <w:t>浙江工业大学</w:t>
      </w:r>
    </w:p>
    <w:p>
      <w:r>
        <w:t>英语</w:t>
      </w:r>
    </w:p>
    <w:p>
      <w:r>
        <w:t>298</w:t>
      </w:r>
    </w:p>
    <w:p>
      <w:r>
        <w:t>英语口译（外交口译）</w:t>
      </w:r>
    </w:p>
    <w:p>
      <w:r>
        <w:t>林彤</w:t>
      </w:r>
    </w:p>
    <w:p>
      <w:r>
        <w:t>深圳大学</w:t>
      </w:r>
    </w:p>
    <w:p>
      <w:r>
        <w:t>英语</w:t>
      </w:r>
    </w:p>
    <w:p>
      <w:r>
        <w:t>299</w:t>
      </w:r>
    </w:p>
    <w:p>
      <w:r>
        <w:t>英语口译（外交口译）</w:t>
      </w:r>
    </w:p>
    <w:p>
      <w:r>
        <w:t>江慧如</w:t>
      </w:r>
    </w:p>
    <w:p>
      <w:r>
        <w:t>江西师范大学</w:t>
      </w:r>
    </w:p>
    <w:p>
      <w:r>
        <w:t>英语</w:t>
      </w:r>
    </w:p>
    <w:p>
      <w:r>
        <w:t>300</w:t>
      </w:r>
    </w:p>
    <w:p>
      <w:r>
        <w:t>英语口译（外交口译）</w:t>
      </w:r>
    </w:p>
    <w:p>
      <w:r>
        <w:t>杨弋者</w:t>
      </w:r>
    </w:p>
    <w:p>
      <w:r>
        <w:t>大连外国语大学</w:t>
      </w:r>
    </w:p>
    <w:p>
      <w:r>
        <w:t>翻译</w:t>
      </w:r>
    </w:p>
    <w:p>
      <w:r>
        <w:t>301</w:t>
      </w:r>
    </w:p>
    <w:p>
      <w:r>
        <w:t>英语口译（外交口译）</w:t>
      </w:r>
    </w:p>
    <w:p>
      <w:r>
        <w:t>杨文焕</w:t>
      </w:r>
    </w:p>
    <w:p>
      <w:r>
        <w:t>四川外国语大学</w:t>
      </w:r>
    </w:p>
    <w:p>
      <w:r>
        <w:t>翻译</w:t>
      </w:r>
    </w:p>
    <w:p>
      <w:r>
        <w:t>302</w:t>
      </w:r>
    </w:p>
    <w:p>
      <w:r>
        <w:t>英语口译（外交口译）</w:t>
      </w:r>
    </w:p>
    <w:p>
      <w:r>
        <w:t>鹿筱珺</w:t>
      </w:r>
    </w:p>
    <w:p>
      <w:r>
        <w:t>西安外国语大学</w:t>
      </w:r>
    </w:p>
    <w:p>
      <w:r>
        <w:t>翻译</w:t>
      </w:r>
    </w:p>
    <w:p>
      <w:r>
        <w:t>303</w:t>
      </w:r>
    </w:p>
    <w:p>
      <w:r>
        <w:t>英语口译（外交口译）</w:t>
      </w:r>
    </w:p>
    <w:p>
      <w:r>
        <w:t>汤铁欣</w:t>
      </w:r>
    </w:p>
    <w:p>
      <w:r>
        <w:t>西安外国语大学</w:t>
      </w:r>
    </w:p>
    <w:p>
      <w:r>
        <w:t>翻译</w:t>
      </w:r>
    </w:p>
    <w:p>
      <w:r>
        <w:t>304</w:t>
      </w:r>
    </w:p>
    <w:p>
      <w:r>
        <w:t>英语口译（外交口译）</w:t>
      </w:r>
    </w:p>
    <w:p>
      <w:r>
        <w:t>王灿然</w:t>
      </w:r>
    </w:p>
    <w:p>
      <w:r>
        <w:t>青岛大学</w:t>
      </w:r>
    </w:p>
    <w:p>
      <w:r>
        <w:t>英语</w:t>
      </w:r>
    </w:p>
    <w:p>
      <w:r>
        <w:t>305</w:t>
      </w:r>
    </w:p>
    <w:p>
      <w:r>
        <w:t>英语口译（外交口译）</w:t>
      </w:r>
    </w:p>
    <w:p>
      <w:r>
        <w:t>王紫怡</w:t>
      </w:r>
    </w:p>
    <w:p>
      <w:r>
        <w:t>西安外国语大学</w:t>
      </w:r>
    </w:p>
    <w:p>
      <w:r>
        <w:t>英语拔尖创新人才实验班</w:t>
      </w:r>
    </w:p>
    <w:p>
      <w:r>
        <w:t>306</w:t>
      </w:r>
    </w:p>
    <w:p>
      <w:r>
        <w:t>英语口译（外交口译）</w:t>
      </w:r>
    </w:p>
    <w:p>
      <w:r>
        <w:t>张紫越</w:t>
      </w:r>
    </w:p>
    <w:p>
      <w:r>
        <w:t>曲阜师范大学</w:t>
      </w:r>
    </w:p>
    <w:p>
      <w:r>
        <w:t>翻译</w:t>
      </w:r>
    </w:p>
    <w:p>
      <w:r>
        <w:t>307</w:t>
      </w:r>
    </w:p>
    <w:p>
      <w:r>
        <w:t>英语口译（外交口译）</w:t>
      </w:r>
    </w:p>
    <w:p>
      <w:r>
        <w:t>邹怡佳</w:t>
      </w:r>
    </w:p>
    <w:p>
      <w:r>
        <w:t>华东交通大学</w:t>
      </w:r>
    </w:p>
    <w:p>
      <w:r>
        <w:t>翻译</w:t>
      </w:r>
    </w:p>
    <w:p>
      <w:r>
        <w:t>308</w:t>
      </w:r>
    </w:p>
    <w:p>
      <w:r>
        <w:t>英语口译（外交口译）</w:t>
      </w:r>
    </w:p>
    <w:p>
      <w:r>
        <w:t>任张弛</w:t>
      </w:r>
    </w:p>
    <w:p>
      <w:r>
        <w:t>安徽师范大学</w:t>
      </w:r>
    </w:p>
    <w:p>
      <w:r>
        <w:t>英语</w:t>
      </w:r>
    </w:p>
    <w:p>
      <w:r>
        <w:t>309</w:t>
      </w:r>
    </w:p>
    <w:p>
      <w:r>
        <w:t>英语口译（外交口译）</w:t>
      </w:r>
    </w:p>
    <w:p>
      <w:r>
        <w:t>郑可</w:t>
      </w:r>
    </w:p>
    <w:p>
      <w:r>
        <w:t>中国社会科学院大学</w:t>
      </w:r>
    </w:p>
    <w:p>
      <w:r>
        <w:t>英语</w:t>
      </w:r>
    </w:p>
    <w:p>
      <w:r>
        <w:t>310</w:t>
      </w:r>
    </w:p>
    <w:p>
      <w:r>
        <w:t>英语口译（外交口译）</w:t>
      </w:r>
    </w:p>
    <w:p>
      <w:r>
        <w:t>赵一帆</w:t>
      </w:r>
    </w:p>
    <w:p>
      <w:r>
        <w:t>曲阜师范大学</w:t>
      </w:r>
    </w:p>
    <w:p>
      <w:r>
        <w:t>商务英语</w:t>
      </w:r>
    </w:p>
    <w:p>
      <w:r>
        <w:t>311</w:t>
      </w:r>
    </w:p>
    <w:p>
      <w:r>
        <w:t>英语口译（外交口译）</w:t>
      </w:r>
    </w:p>
    <w:p>
      <w:r>
        <w:t>郭夏月</w:t>
      </w:r>
    </w:p>
    <w:p>
      <w:r>
        <w:t>河南师范大学</w:t>
      </w:r>
    </w:p>
    <w:p>
      <w:r>
        <w:t>翻译</w:t>
      </w:r>
    </w:p>
    <w:p>
      <w:r>
        <w:t>312</w:t>
      </w:r>
    </w:p>
    <w:p>
      <w:r>
        <w:t>英语口译（翻译和国际传播）</w:t>
      </w:r>
    </w:p>
    <w:p>
      <w:r>
        <w:t>倪博闻</w:t>
      </w:r>
    </w:p>
    <w:p>
      <w:r>
        <w:t>北京外国语大学</w:t>
      </w:r>
    </w:p>
    <w:p>
      <w:r>
        <w:t>外交学</w:t>
      </w:r>
    </w:p>
    <w:p>
      <w:r>
        <w:t>313</w:t>
      </w:r>
    </w:p>
    <w:p>
      <w:r>
        <w:t>英语口译（翻译和国际传播）</w:t>
      </w:r>
    </w:p>
    <w:p>
      <w:r>
        <w:t>傅颖毓</w:t>
      </w:r>
    </w:p>
    <w:p>
      <w:r>
        <w:t>外交学院</w:t>
      </w:r>
    </w:p>
    <w:p>
      <w:r>
        <w:t>英语</w:t>
      </w:r>
    </w:p>
    <w:p>
      <w:r>
        <w:t>314</w:t>
      </w:r>
    </w:p>
    <w:p>
      <w:r>
        <w:t>英语口译（翻译和国际传播）</w:t>
      </w:r>
    </w:p>
    <w:p>
      <w:r>
        <w:t>涂莞雯</w:t>
      </w:r>
    </w:p>
    <w:p>
      <w:r>
        <w:t>北京语言大学</w:t>
      </w:r>
    </w:p>
    <w:p>
      <w:r>
        <w:t>翻译（本地化）</w:t>
      </w:r>
    </w:p>
    <w:p>
      <w:r>
        <w:t>315</w:t>
      </w:r>
    </w:p>
    <w:p>
      <w:r>
        <w:t>英语口译（翻译和国际传播）</w:t>
      </w:r>
    </w:p>
    <w:p>
      <w:r>
        <w:t>周晓倩</w:t>
      </w:r>
    </w:p>
    <w:p>
      <w:r>
        <w:t>外交学院</w:t>
      </w:r>
    </w:p>
    <w:p>
      <w:r>
        <w:t>英语（国际传播）</w:t>
      </w:r>
    </w:p>
    <w:p>
      <w:r>
        <w:t>316</w:t>
      </w:r>
    </w:p>
    <w:p>
      <w:r>
        <w:t>英语口译（翻译和国际传播）</w:t>
      </w:r>
    </w:p>
    <w:p>
      <w:r>
        <w:t>李舒雨</w:t>
      </w:r>
    </w:p>
    <w:p>
      <w:r>
        <w:t>中国传媒大学</w:t>
      </w:r>
    </w:p>
    <w:p>
      <w:r>
        <w:t>翻译</w:t>
      </w:r>
    </w:p>
    <w:p>
      <w:r>
        <w:t>317</w:t>
      </w:r>
    </w:p>
    <w:p>
      <w:r>
        <w:t>英语口译（翻译和国际传播）</w:t>
      </w:r>
    </w:p>
    <w:p>
      <w:r>
        <w:t>陈奕含</w:t>
      </w:r>
    </w:p>
    <w:p>
      <w:r>
        <w:t>对外经济贸易大学</w:t>
      </w:r>
    </w:p>
    <w:p>
      <w:r>
        <w:t>英语（国际传播方向）</w:t>
      </w:r>
    </w:p>
    <w:p>
      <w:r>
        <w:t>318</w:t>
      </w:r>
    </w:p>
    <w:p>
      <w:r>
        <w:t>英语口译（翻译和国际传播）</w:t>
      </w:r>
    </w:p>
    <w:p>
      <w:r>
        <w:t>曾瑜晨</w:t>
      </w:r>
    </w:p>
    <w:p>
      <w:r>
        <w:t>外交学院</w:t>
      </w:r>
    </w:p>
    <w:p>
      <w:r>
        <w:t>翻译</w:t>
      </w:r>
    </w:p>
    <w:p>
      <w:r>
        <w:t>319</w:t>
      </w:r>
    </w:p>
    <w:p>
      <w:r>
        <w:t>英语口译（翻译和国际传播）</w:t>
      </w:r>
    </w:p>
    <w:p>
      <w:r>
        <w:t>胡耀支</w:t>
      </w:r>
    </w:p>
    <w:p>
      <w:r>
        <w:t>外交学院</w:t>
      </w:r>
    </w:p>
    <w:p>
      <w:r>
        <w:t>英语（国际传播）</w:t>
      </w:r>
    </w:p>
    <w:p>
      <w:r>
        <w:t>320</w:t>
      </w:r>
    </w:p>
    <w:p>
      <w:r>
        <w:t>英语口译（翻译和国际传播）</w:t>
      </w:r>
    </w:p>
    <w:p>
      <w:r>
        <w:t>李沐怡</w:t>
      </w:r>
    </w:p>
    <w:p>
      <w:r>
        <w:t>外交学院</w:t>
      </w:r>
    </w:p>
    <w:p>
      <w:r>
        <w:t>英语（国际传播）</w:t>
      </w:r>
    </w:p>
    <w:p>
      <w:r>
        <w:t>321</w:t>
      </w:r>
    </w:p>
    <w:p>
      <w:r>
        <w:t>英语口译（翻译和国际传播）</w:t>
      </w:r>
    </w:p>
    <w:p>
      <w:r>
        <w:t>朱婧颖</w:t>
      </w:r>
    </w:p>
    <w:p>
      <w:r>
        <w:t>外交学院</w:t>
      </w:r>
    </w:p>
    <w:p>
      <w:r>
        <w:t>英语（国际传播）</w:t>
      </w:r>
    </w:p>
    <w:p>
      <w:r>
        <w:t>322</w:t>
      </w:r>
    </w:p>
    <w:p>
      <w:r>
        <w:t>英语口译（翻译和国际传播）</w:t>
      </w:r>
    </w:p>
    <w:p>
      <w:r>
        <w:t>野静妍</w:t>
      </w:r>
    </w:p>
    <w:p>
      <w:r>
        <w:t>外交学院</w:t>
      </w:r>
    </w:p>
    <w:p>
      <w:r>
        <w:t>翻译</w:t>
      </w:r>
    </w:p>
    <w:p>
      <w:r>
        <w:t>323</w:t>
      </w:r>
    </w:p>
    <w:p>
      <w:r>
        <w:t>英语口译（翻译和国际传播）</w:t>
      </w:r>
    </w:p>
    <w:p>
      <w:r>
        <w:t>刘梦秋</w:t>
      </w:r>
    </w:p>
    <w:p>
      <w:r>
        <w:t>外交学院</w:t>
      </w:r>
    </w:p>
    <w:p>
      <w:r>
        <w:t>英语</w:t>
      </w:r>
    </w:p>
    <w:p>
      <w:r>
        <w:t>324</w:t>
      </w:r>
    </w:p>
    <w:p>
      <w:r>
        <w:t>英语口译（翻译和国际传播）</w:t>
      </w:r>
    </w:p>
    <w:p>
      <w:r>
        <w:t>许雪濛</w:t>
      </w:r>
    </w:p>
    <w:p>
      <w:r>
        <w:t>北方工业大学</w:t>
      </w:r>
    </w:p>
    <w:p>
      <w:r>
        <w:t>英语</w:t>
      </w:r>
    </w:p>
    <w:p>
      <w:r>
        <w:t>325</w:t>
      </w:r>
    </w:p>
    <w:p>
      <w:r>
        <w:t>英语口译（翻译和国际传播）</w:t>
      </w:r>
    </w:p>
    <w:p>
      <w:r>
        <w:t>庞卓婉</w:t>
      </w:r>
    </w:p>
    <w:p>
      <w:r>
        <w:t>国际关系学院</w:t>
      </w:r>
    </w:p>
    <w:p>
      <w:r>
        <w:t>英语</w:t>
      </w:r>
    </w:p>
    <w:p>
      <w:r>
        <w:t>326</w:t>
      </w:r>
    </w:p>
    <w:p>
      <w:r>
        <w:t>英语口译（翻译和国际传播）</w:t>
      </w:r>
    </w:p>
    <w:p>
      <w:r>
        <w:t>王海燕</w:t>
      </w:r>
    </w:p>
    <w:p>
      <w:r>
        <w:t>外交学院</w:t>
      </w:r>
    </w:p>
    <w:p>
      <w:r>
        <w:t>英语</w:t>
      </w:r>
    </w:p>
    <w:p>
      <w:r>
        <w:t>327</w:t>
      </w:r>
    </w:p>
    <w:p>
      <w:r>
        <w:t>英语口译（翻译和国际传播）</w:t>
      </w:r>
    </w:p>
    <w:p>
      <w:r>
        <w:t>张文宣</w:t>
      </w:r>
    </w:p>
    <w:p>
      <w:r>
        <w:t>外交学院</w:t>
      </w:r>
    </w:p>
    <w:p>
      <w:r>
        <w:t>英语</w:t>
      </w:r>
    </w:p>
    <w:p>
      <w:r>
        <w:t>328</w:t>
      </w:r>
    </w:p>
    <w:p>
      <w:r>
        <w:t>英语口译（翻译和国际传播）</w:t>
      </w:r>
    </w:p>
    <w:p>
      <w:r>
        <w:t>王沐晓</w:t>
      </w:r>
    </w:p>
    <w:p>
      <w:r>
        <w:t>中国地质大学（北京）</w:t>
      </w:r>
    </w:p>
    <w:p>
      <w:r>
        <w:t>英语</w:t>
      </w:r>
    </w:p>
    <w:p>
      <w:r>
        <w:t>329</w:t>
      </w:r>
    </w:p>
    <w:p>
      <w:r>
        <w:t>英语口译（翻译和国际传播）</w:t>
      </w:r>
    </w:p>
    <w:p>
      <w:r>
        <w:t>马巧若</w:t>
      </w:r>
    </w:p>
    <w:p>
      <w:r>
        <w:t>四川外国语大学</w:t>
      </w:r>
    </w:p>
    <w:p>
      <w:r>
        <w:t>英语</w:t>
      </w:r>
    </w:p>
    <w:p>
      <w:r>
        <w:t>330</w:t>
      </w:r>
    </w:p>
    <w:p>
      <w:r>
        <w:t>英语口译（翻译和国际传播）</w:t>
      </w:r>
    </w:p>
    <w:p>
      <w:r>
        <w:t>任奕璇</w:t>
      </w:r>
    </w:p>
    <w:p>
      <w:r>
        <w:t>天津外国语大学</w:t>
      </w:r>
    </w:p>
    <w:p>
      <w:r>
        <w:t>翻译</w:t>
      </w:r>
    </w:p>
    <w:p>
      <w:r>
        <w:t>331</w:t>
      </w:r>
    </w:p>
    <w:p>
      <w:r>
        <w:t>英语口译（翻译和国际传播）</w:t>
      </w:r>
    </w:p>
    <w:p>
      <w:r>
        <w:t>严嘉欣</w:t>
      </w:r>
    </w:p>
    <w:p>
      <w:r>
        <w:t>天津外国语大学</w:t>
      </w:r>
    </w:p>
    <w:p>
      <w:r>
        <w:t>翻译</w:t>
      </w:r>
    </w:p>
    <w:p>
      <w:r>
        <w:t>332</w:t>
      </w:r>
    </w:p>
    <w:p>
      <w:r>
        <w:t>英语口译（翻译和国际传播）</w:t>
      </w:r>
    </w:p>
    <w:p>
      <w:r>
        <w:t>何怡欣</w:t>
      </w:r>
    </w:p>
    <w:p>
      <w:r>
        <w:t>长沙理工大学</w:t>
      </w:r>
    </w:p>
    <w:p>
      <w:r>
        <w:t>翻译</w:t>
      </w:r>
    </w:p>
    <w:p>
      <w:r>
        <w:t>333</w:t>
      </w:r>
    </w:p>
    <w:p>
      <w:r>
        <w:t>英语口译（翻译和国际传播）</w:t>
      </w:r>
    </w:p>
    <w:p>
      <w:r>
        <w:t>吴雨珂</w:t>
      </w:r>
    </w:p>
    <w:p>
      <w:r>
        <w:t>沈阳航空航天大学</w:t>
      </w:r>
    </w:p>
    <w:p>
      <w:r>
        <w:t>英语</w:t>
      </w:r>
    </w:p>
    <w:p>
      <w:r>
        <w:t>334</w:t>
      </w:r>
    </w:p>
    <w:p>
      <w:r>
        <w:t>英语口译（翻译和国际传播）</w:t>
      </w:r>
    </w:p>
    <w:p>
      <w:r>
        <w:t>张勖恒</w:t>
      </w:r>
    </w:p>
    <w:p>
      <w:r>
        <w:t>湖北大学</w:t>
      </w:r>
    </w:p>
    <w:p>
      <w:r>
        <w:t>翻译</w:t>
      </w:r>
    </w:p>
    <w:p>
      <w:r>
        <w:t>335</w:t>
      </w:r>
    </w:p>
    <w:p>
      <w:r>
        <w:t>英语口译（翻译和国际传播）</w:t>
      </w:r>
    </w:p>
    <w:p>
      <w:r>
        <w:t>秦松涛</w:t>
      </w:r>
    </w:p>
    <w:p>
      <w:r>
        <w:t>长春理工大学</w:t>
      </w:r>
    </w:p>
    <w:p>
      <w:r>
        <w:t>翻译</w:t>
      </w:r>
    </w:p>
    <w:p>
      <w:r>
        <w:t>336</w:t>
      </w:r>
    </w:p>
    <w:p>
      <w:r>
        <w:t>英语口译（翻译和国际传播）</w:t>
      </w:r>
    </w:p>
    <w:p>
      <w:r>
        <w:t>颜佳茵</w:t>
      </w:r>
    </w:p>
    <w:p>
      <w:r>
        <w:t>广州大学</w:t>
      </w:r>
    </w:p>
    <w:p>
      <w:r>
        <w:t>英语</w:t>
      </w:r>
    </w:p>
    <w:p>
      <w:r>
        <w:t>337</w:t>
      </w:r>
    </w:p>
    <w:p>
      <w:r>
        <w:t>英语口译（翻译和国际传播）</w:t>
      </w:r>
    </w:p>
    <w:p>
      <w:r>
        <w:t>黄子涵</w:t>
      </w:r>
    </w:p>
    <w:p>
      <w:r>
        <w:t>河北大学</w:t>
      </w:r>
    </w:p>
    <w:p>
      <w:r>
        <w:t>英语</w:t>
      </w:r>
    </w:p>
    <w:p>
      <w:r>
        <w:t>338</w:t>
      </w:r>
    </w:p>
    <w:p>
      <w:r>
        <w:t>英语口译（翻译和国际传播）</w:t>
      </w:r>
    </w:p>
    <w:p>
      <w:r>
        <w:t>陈卓</w:t>
      </w:r>
    </w:p>
    <w:p>
      <w:r>
        <w:t>湖南师范大学</w:t>
      </w:r>
    </w:p>
    <w:p>
      <w:r>
        <w:t>翻译</w:t>
      </w:r>
    </w:p>
    <w:p>
      <w:r>
        <w:t>339</w:t>
      </w:r>
    </w:p>
    <w:p>
      <w:r>
        <w:t>英语口译（翻译和国际传播）</w:t>
      </w:r>
    </w:p>
    <w:p>
      <w:r>
        <w:t>王娅靖</w:t>
      </w:r>
    </w:p>
    <w:p>
      <w:r>
        <w:t>天津师范大学</w:t>
      </w:r>
    </w:p>
    <w:p>
      <w:r>
        <w:t>英语（师范）</w:t>
      </w:r>
    </w:p>
    <w:p>
      <w:r>
        <w:t>340</w:t>
      </w:r>
    </w:p>
    <w:p>
      <w:r>
        <w:t>英语口译（翻译和国际传播）</w:t>
      </w:r>
    </w:p>
    <w:p>
      <w:r>
        <w:t>满丁瑜</w:t>
      </w:r>
    </w:p>
    <w:p>
      <w:r>
        <w:t>河南科技大学</w:t>
      </w:r>
    </w:p>
    <w:p>
      <w:r>
        <w:t>英语</w:t>
      </w:r>
    </w:p>
    <w:p>
      <w:r>
        <w:t>341</w:t>
      </w:r>
    </w:p>
    <w:p>
      <w:r>
        <w:t>英语口译（翻译和国际传播）</w:t>
      </w:r>
    </w:p>
    <w:p>
      <w:r>
        <w:t>张芷瑶</w:t>
      </w:r>
    </w:p>
    <w:p>
      <w:r>
        <w:t>山西农业大学</w:t>
      </w:r>
    </w:p>
    <w:p>
      <w:r>
        <w:t>英语</w:t>
      </w:r>
    </w:p>
    <w:p>
      <w:r>
        <w:t>342</w:t>
      </w:r>
    </w:p>
    <w:p>
      <w:r>
        <w:t>英语口译（翻译和国际传播）</w:t>
      </w:r>
    </w:p>
    <w:p>
      <w:r>
        <w:t>潘星烨</w:t>
      </w:r>
    </w:p>
    <w:p>
      <w:r>
        <w:t>上海海事大学</w:t>
      </w:r>
    </w:p>
    <w:p>
      <w:r>
        <w:t>商务英语</w:t>
      </w:r>
    </w:p>
    <w:p>
      <w:r>
        <w:t>343</w:t>
      </w:r>
    </w:p>
    <w:p>
      <w:r>
        <w:t>英语口译（翻译和国际传播）</w:t>
      </w:r>
    </w:p>
    <w:p>
      <w:r>
        <w:t>方诗琳</w:t>
      </w:r>
    </w:p>
    <w:p>
      <w:r>
        <w:t>中国民航大学</w:t>
      </w:r>
    </w:p>
    <w:p>
      <w:r>
        <w:t>英语</w:t>
      </w:r>
    </w:p>
    <w:p>
      <w:r>
        <w:t>344</w:t>
      </w:r>
    </w:p>
    <w:p>
      <w:r>
        <w:t>英语口译（翻译和国际传播）</w:t>
      </w:r>
    </w:p>
    <w:p>
      <w:r>
        <w:t>韦星婕</w:t>
      </w:r>
    </w:p>
    <w:p>
      <w:r>
        <w:t>广西师范大学</w:t>
      </w:r>
    </w:p>
    <w:p>
      <w:r>
        <w:t>翻译</w:t>
      </w:r>
    </w:p>
    <w:p>
      <w:r>
        <w:t>345</w:t>
      </w:r>
    </w:p>
    <w:p>
      <w:r>
        <w:t>英语口译（翻译和国际传播）</w:t>
      </w:r>
    </w:p>
    <w:p>
      <w:r>
        <w:t>卢政锟</w:t>
      </w:r>
    </w:p>
    <w:p>
      <w:r>
        <w:t>山西大学</w:t>
      </w:r>
    </w:p>
    <w:p>
      <w:r>
        <w:t>翻译</w:t>
      </w:r>
    </w:p>
    <w:p>
      <w:r>
        <w:t>346</w:t>
      </w:r>
    </w:p>
    <w:p>
      <w:r>
        <w:t>英语口译（翻译和国际传播）</w:t>
      </w:r>
    </w:p>
    <w:p>
      <w:r>
        <w:t>赵若雨</w:t>
      </w:r>
    </w:p>
    <w:p>
      <w:r>
        <w:t>辽宁大学</w:t>
      </w:r>
    </w:p>
    <w:p>
      <w:r>
        <w:t>英语</w:t>
      </w:r>
    </w:p>
    <w:p>
      <w:r>
        <w:t>347</w:t>
      </w:r>
    </w:p>
    <w:p>
      <w:r>
        <w:t>英语口译（翻译和国际传播）</w:t>
      </w:r>
    </w:p>
    <w:p>
      <w:r>
        <w:t>陈栖平</w:t>
      </w:r>
    </w:p>
    <w:p>
      <w:r>
        <w:t>四川外国语大学</w:t>
      </w:r>
    </w:p>
    <w:p>
      <w:r>
        <w:t>英语</w:t>
      </w:r>
    </w:p>
    <w:p>
      <w:r>
        <w:t>348</w:t>
      </w:r>
    </w:p>
    <w:p>
      <w:r>
        <w:t>英语口译（翻译和国际传播）</w:t>
      </w:r>
    </w:p>
    <w:p>
      <w:r>
        <w:t>邓祉妍</w:t>
      </w:r>
    </w:p>
    <w:p>
      <w:r>
        <w:t>湖北大学</w:t>
      </w:r>
    </w:p>
    <w:p>
      <w:r>
        <w:t>翻译</w:t>
      </w:r>
    </w:p>
    <w:p>
      <w:r>
        <w:t>349</w:t>
      </w:r>
    </w:p>
    <w:p>
      <w:r>
        <w:t>英语口译（翻译和国际传播）</w:t>
      </w:r>
    </w:p>
    <w:p>
      <w:r>
        <w:t>付星月</w:t>
      </w:r>
    </w:p>
    <w:p>
      <w:r>
        <w:t>河南大学</w:t>
      </w:r>
    </w:p>
    <w:p>
      <w:r>
        <w:t>英语</w:t>
      </w:r>
    </w:p>
    <w:p>
      <w:r>
        <w:t>350</w:t>
      </w:r>
    </w:p>
    <w:p>
      <w:r>
        <w:t>英语口译（翻译和国际传播）</w:t>
      </w:r>
    </w:p>
    <w:p>
      <w:r>
        <w:t>张湫弦</w:t>
      </w:r>
    </w:p>
    <w:p>
      <w:r>
        <w:t>中北大学</w:t>
      </w:r>
    </w:p>
    <w:p>
      <w:r>
        <w:t>英语</w:t>
      </w:r>
    </w:p>
    <w:p>
      <w:r>
        <w:t>351</w:t>
      </w:r>
    </w:p>
    <w:p>
      <w:r>
        <w:t>英语口译（翻译和国际传播）</w:t>
      </w:r>
    </w:p>
    <w:p>
      <w:r>
        <w:t>许志涛</w:t>
      </w:r>
    </w:p>
    <w:p>
      <w:r>
        <w:t>郑州大学</w:t>
      </w:r>
    </w:p>
    <w:p>
      <w:r>
        <w:t>英语</w:t>
      </w:r>
    </w:p>
    <w:p>
      <w:r>
        <w:t>352</w:t>
      </w:r>
    </w:p>
    <w:p>
      <w:r>
        <w:t>英语口译（翻译和国际传播）</w:t>
      </w:r>
    </w:p>
    <w:p>
      <w:r>
        <w:t>唐若宇</w:t>
      </w:r>
    </w:p>
    <w:p>
      <w:r>
        <w:t>天津外国语大学</w:t>
      </w:r>
    </w:p>
    <w:p>
      <w:r>
        <w:t>翻译</w:t>
      </w:r>
    </w:p>
    <w:p>
      <w:r>
        <w:t>353</w:t>
      </w:r>
    </w:p>
    <w:p>
      <w:r>
        <w:t>法语语言文学</w:t>
      </w:r>
    </w:p>
    <w:p>
      <w:r>
        <w:t>郜梓萌</w:t>
      </w:r>
    </w:p>
    <w:p>
      <w:r>
        <w:t>大连外国语大学</w:t>
      </w:r>
    </w:p>
    <w:p>
      <w:r>
        <w:t>法语</w:t>
      </w:r>
    </w:p>
    <w:p>
      <w:r>
        <w:t>354</w:t>
      </w:r>
    </w:p>
    <w:p>
      <w:r>
        <w:t>法语语言文学</w:t>
      </w:r>
    </w:p>
    <w:p>
      <w:r>
        <w:t>王李蕊</w:t>
      </w:r>
    </w:p>
    <w:p>
      <w:r>
        <w:t>西南民族大学</w:t>
      </w:r>
    </w:p>
    <w:p>
      <w:r>
        <w:t>法语</w:t>
      </w:r>
    </w:p>
    <w:p>
      <w:r>
        <w:t>355</w:t>
      </w:r>
    </w:p>
    <w:p>
      <w:r>
        <w:t>法语语言文学</w:t>
      </w:r>
    </w:p>
    <w:p>
      <w:r>
        <w:t>苗晶晶</w:t>
      </w:r>
    </w:p>
    <w:p>
      <w:r>
        <w:t>安徽师范大学</w:t>
      </w:r>
    </w:p>
    <w:p>
      <w:r>
        <w:t>法语</w:t>
      </w:r>
    </w:p>
    <w:p>
      <w:r>
        <w:t>356</w:t>
      </w:r>
    </w:p>
    <w:p>
      <w:r>
        <w:t>法语语言文学</w:t>
      </w:r>
    </w:p>
    <w:p>
      <w:r>
        <w:t>窦琰璐</w:t>
      </w:r>
    </w:p>
    <w:p>
      <w:r>
        <w:t>四川外国语大学</w:t>
      </w:r>
    </w:p>
    <w:p>
      <w:r>
        <w:t>法语</w:t>
      </w:r>
    </w:p>
    <w:p>
      <w:r>
        <w:t>357</w:t>
      </w:r>
    </w:p>
    <w:p>
      <w:r>
        <w:t>法语语言文学</w:t>
      </w:r>
    </w:p>
    <w:p>
      <w:r>
        <w:t>鞠高俊</w:t>
      </w:r>
    </w:p>
    <w:p>
      <w:r>
        <w:t>江西师范大学</w:t>
      </w:r>
    </w:p>
    <w:p>
      <w:r>
        <w:t>法语</w:t>
      </w:r>
    </w:p>
    <w:p>
      <w:r>
        <w:t>358</w:t>
      </w:r>
    </w:p>
    <w:p>
      <w:r>
        <w:t>法语语言文学</w:t>
      </w:r>
    </w:p>
    <w:p>
      <w:r>
        <w:t>余林阳</w:t>
      </w:r>
    </w:p>
    <w:p>
      <w:r>
        <w:t>四川外国语大学</w:t>
      </w:r>
    </w:p>
    <w:p>
      <w:r>
        <w:t>法语</w:t>
      </w:r>
    </w:p>
    <w:p>
      <w:r>
        <w:t>359</w:t>
      </w:r>
    </w:p>
    <w:p>
      <w:r>
        <w:t>法语语言文学</w:t>
      </w:r>
    </w:p>
    <w:p>
      <w:r>
        <w:t>付子宁</w:t>
      </w:r>
    </w:p>
    <w:p>
      <w:r>
        <w:t>兰州交通大学</w:t>
      </w:r>
    </w:p>
    <w:p>
      <w:r>
        <w:t>法语</w:t>
      </w:r>
    </w:p>
    <w:p>
      <w:r>
        <w:t>360</w:t>
      </w:r>
    </w:p>
    <w:p>
      <w:r>
        <w:t>法语语言文学</w:t>
      </w:r>
    </w:p>
    <w:p>
      <w:r>
        <w:t>徐懿君</w:t>
      </w:r>
    </w:p>
    <w:p>
      <w:r>
        <w:t>天津师范大学</w:t>
      </w:r>
    </w:p>
    <w:p>
      <w:r>
        <w:t>法语</w:t>
      </w:r>
    </w:p>
    <w:p>
      <w:r>
        <w:t>361</w:t>
      </w:r>
    </w:p>
    <w:p>
      <w:r>
        <w:t>法语语言文学</w:t>
      </w:r>
    </w:p>
    <w:p>
      <w:r>
        <w:t>徐可欣</w:t>
      </w:r>
    </w:p>
    <w:p>
      <w:r>
        <w:t>河南师范大学</w:t>
      </w:r>
    </w:p>
    <w:p>
      <w:r>
        <w:t>法语</w:t>
      </w:r>
    </w:p>
    <w:p>
      <w:r>
        <w:t>362</w:t>
      </w:r>
    </w:p>
    <w:p>
      <w:r>
        <w:t>法语语言文学</w:t>
      </w:r>
    </w:p>
    <w:p>
      <w:r>
        <w:t>饶慧琼</w:t>
      </w:r>
    </w:p>
    <w:p>
      <w:r>
        <w:t>湘潭大学</w:t>
      </w:r>
    </w:p>
    <w:p>
      <w:r>
        <w:t>法语</w:t>
      </w:r>
    </w:p>
    <w:p>
      <w:r>
        <w:t>363</w:t>
      </w:r>
    </w:p>
    <w:p>
      <w:r>
        <w:t>法语语言文学</w:t>
      </w:r>
    </w:p>
    <w:p>
      <w:r>
        <w:t>安祺</w:t>
      </w:r>
    </w:p>
    <w:p>
      <w:r>
        <w:t>上海外国语大学</w:t>
      </w:r>
    </w:p>
    <w:p>
      <w:r>
        <w:t>法语</w:t>
      </w:r>
    </w:p>
    <w:p>
      <w:r>
        <w:t>364</w:t>
      </w:r>
    </w:p>
    <w:p>
      <w:r>
        <w:t>法语语言文学</w:t>
      </w:r>
    </w:p>
    <w:p>
      <w:r>
        <w:t>栗兴栗</w:t>
      </w:r>
    </w:p>
    <w:p>
      <w:r>
        <w:t>青岛大学</w:t>
      </w:r>
    </w:p>
    <w:p>
      <w:r>
        <w:t>法语</w:t>
      </w:r>
    </w:p>
    <w:p>
      <w:r>
        <w:t>365</w:t>
      </w:r>
    </w:p>
    <w:p>
      <w:r>
        <w:t>法语语言文学</w:t>
      </w:r>
    </w:p>
    <w:p>
      <w:r>
        <w:t>黄浩琳</w:t>
      </w:r>
    </w:p>
    <w:p>
      <w:r>
        <w:t>首都师范大学</w:t>
      </w:r>
    </w:p>
    <w:p>
      <w:r>
        <w:t>法语</w:t>
      </w:r>
    </w:p>
    <w:p>
      <w:r>
        <w:t>366</w:t>
      </w:r>
    </w:p>
    <w:p>
      <w:r>
        <w:t>法语语言文学</w:t>
      </w:r>
    </w:p>
    <w:p>
      <w:r>
        <w:t>饶彩毅</w:t>
      </w:r>
    </w:p>
    <w:p>
      <w:r>
        <w:t>外交学院</w:t>
      </w:r>
    </w:p>
    <w:p>
      <w:r>
        <w:t>法语</w:t>
      </w:r>
    </w:p>
    <w:p>
      <w:r>
        <w:t>367</w:t>
      </w:r>
    </w:p>
    <w:p>
      <w:r>
        <w:t>法语语言文学</w:t>
      </w:r>
    </w:p>
    <w:p>
      <w:r>
        <w:t>刘锦锾</w:t>
      </w:r>
    </w:p>
    <w:p>
      <w:r>
        <w:t>外交学院</w:t>
      </w:r>
    </w:p>
    <w:p>
      <w:r>
        <w:t>法语</w:t>
      </w:r>
    </w:p>
    <w:p>
      <w:r>
        <w:t>368</w:t>
      </w:r>
    </w:p>
    <w:p>
      <w:r>
        <w:t>法语语言文学</w:t>
      </w:r>
    </w:p>
    <w:p>
      <w:r>
        <w:t>王远</w:t>
      </w:r>
    </w:p>
    <w:p>
      <w:r>
        <w:t>外交学院</w:t>
      </w:r>
    </w:p>
    <w:p>
      <w:r>
        <w:t>法语</w:t>
      </w:r>
    </w:p>
    <w:p>
      <w:r>
        <w:t>369</w:t>
      </w:r>
    </w:p>
    <w:p>
      <w:r>
        <w:t>法语语言文学</w:t>
      </w:r>
    </w:p>
    <w:p>
      <w:r>
        <w:t>张杰莹</w:t>
      </w:r>
    </w:p>
    <w:p>
      <w:r>
        <w:t>外交学院</w:t>
      </w:r>
    </w:p>
    <w:p>
      <w:r>
        <w:t>法语</w:t>
      </w:r>
    </w:p>
    <w:p>
      <w:r>
        <w:t>370</w:t>
      </w:r>
    </w:p>
    <w:p>
      <w:r>
        <w:t>法语语言文学</w:t>
      </w:r>
    </w:p>
    <w:p>
      <w:r>
        <w:t>张思远</w:t>
      </w:r>
    </w:p>
    <w:p>
      <w:r>
        <w:t>河南师范大学</w:t>
      </w:r>
    </w:p>
    <w:p>
      <w:r>
        <w:t>法语</w:t>
      </w:r>
    </w:p>
    <w:p>
      <w:r>
        <w:t>371</w:t>
      </w:r>
    </w:p>
    <w:p>
      <w:r>
        <w:t>法语语言文学</w:t>
      </w:r>
    </w:p>
    <w:p>
      <w:r>
        <w:t>翁子涵</w:t>
      </w:r>
    </w:p>
    <w:p>
      <w:r>
        <w:t>河南师范大学</w:t>
      </w:r>
    </w:p>
    <w:p>
      <w:r>
        <w:t>法语</w:t>
      </w:r>
    </w:p>
    <w:p>
      <w:r>
        <w:t>372</w:t>
      </w:r>
    </w:p>
    <w:p>
      <w:r>
        <w:t>法语语言文学</w:t>
      </w:r>
    </w:p>
    <w:p>
      <w:r>
        <w:t>郜琳源</w:t>
      </w:r>
    </w:p>
    <w:p>
      <w:r>
        <w:t>河南师范大学</w:t>
      </w:r>
    </w:p>
    <w:p>
      <w:r>
        <w:t>法语</w:t>
      </w:r>
    </w:p>
    <w:p>
      <w:r>
        <w:t>373</w:t>
      </w:r>
    </w:p>
    <w:p>
      <w:r>
        <w:t>法语语言文学</w:t>
      </w:r>
    </w:p>
    <w:p>
      <w:r>
        <w:t>李忠睿</w:t>
      </w:r>
    </w:p>
    <w:p>
      <w:r>
        <w:t>外交学院</w:t>
      </w:r>
    </w:p>
    <w:p>
      <w:r>
        <w:t>法语</w:t>
      </w:r>
    </w:p>
    <w:p>
      <w:r>
        <w:t>374</w:t>
      </w:r>
    </w:p>
    <w:p>
      <w:r>
        <w:t>法语语言文学</w:t>
      </w:r>
    </w:p>
    <w:p>
      <w:r>
        <w:t>肖睿智</w:t>
      </w:r>
    </w:p>
    <w:p>
      <w:r>
        <w:t>北京语言大学</w:t>
      </w:r>
    </w:p>
    <w:p>
      <w:r>
        <w:t>翻译（汉英法）</w:t>
      </w:r>
    </w:p>
    <w:p>
      <w:r>
        <w:t>375</w:t>
      </w:r>
    </w:p>
    <w:p>
      <w:r>
        <w:t>日语语言文学</w:t>
      </w:r>
    </w:p>
    <w:p>
      <w:r>
        <w:t>薛雪</w:t>
      </w:r>
    </w:p>
    <w:p>
      <w:r>
        <w:t>山东理工大学</w:t>
      </w:r>
    </w:p>
    <w:p>
      <w:r>
        <w:t>日语</w:t>
      </w:r>
    </w:p>
    <w:p>
      <w:r>
        <w:t>376</w:t>
      </w:r>
    </w:p>
    <w:p>
      <w:r>
        <w:t>日语语言文学</w:t>
      </w:r>
    </w:p>
    <w:p>
      <w:r>
        <w:t>闫子涵</w:t>
      </w:r>
    </w:p>
    <w:p>
      <w:r>
        <w:t>燕山大学</w:t>
      </w:r>
    </w:p>
    <w:p>
      <w:r>
        <w:t>日语</w:t>
      </w:r>
    </w:p>
    <w:p>
      <w:r>
        <w:t>377</w:t>
      </w:r>
    </w:p>
    <w:p>
      <w:r>
        <w:t>日语语言文学</w:t>
      </w:r>
    </w:p>
    <w:p>
      <w:r>
        <w:t>路也</w:t>
      </w:r>
    </w:p>
    <w:p>
      <w:r>
        <w:t>河北大学</w:t>
      </w:r>
    </w:p>
    <w:p>
      <w:r>
        <w:t>日语</w:t>
      </w:r>
    </w:p>
    <w:p>
      <w:r>
        <w:t>378</w:t>
      </w:r>
    </w:p>
    <w:p>
      <w:r>
        <w:t>日语语言文学</w:t>
      </w:r>
    </w:p>
    <w:p>
      <w:r>
        <w:t>张鹏举</w:t>
      </w:r>
    </w:p>
    <w:p>
      <w:r>
        <w:t>山东财经大学</w:t>
      </w:r>
    </w:p>
    <w:p>
      <w:r>
        <w:t>日语</w:t>
      </w:r>
    </w:p>
    <w:p>
      <w:r>
        <w:t>379</w:t>
      </w:r>
    </w:p>
    <w:p>
      <w:r>
        <w:t>日语语言文学</w:t>
      </w:r>
    </w:p>
    <w:p>
      <w:r>
        <w:t>邵玉欣</w:t>
      </w:r>
    </w:p>
    <w:p>
      <w:r>
        <w:t>山东财经大学</w:t>
      </w:r>
    </w:p>
    <w:p>
      <w:r>
        <w:t>日语</w:t>
      </w:r>
    </w:p>
    <w:p>
      <w:r>
        <w:t>380</w:t>
      </w:r>
    </w:p>
    <w:p>
      <w:r>
        <w:t>日语语言文学</w:t>
      </w:r>
    </w:p>
    <w:p>
      <w:r>
        <w:t>李慧宇</w:t>
      </w:r>
    </w:p>
    <w:p>
      <w:r>
        <w:t>福建师范大学</w:t>
      </w:r>
    </w:p>
    <w:p>
      <w:r>
        <w:t>日语</w:t>
      </w:r>
    </w:p>
    <w:p>
      <w:r>
        <w:t>381</w:t>
      </w:r>
    </w:p>
    <w:p>
      <w:r>
        <w:t>日语语言文学</w:t>
      </w:r>
    </w:p>
    <w:p>
      <w:r>
        <w:t>董嘉慧</w:t>
      </w:r>
    </w:p>
    <w:p>
      <w:r>
        <w:t>外交学院</w:t>
      </w:r>
    </w:p>
    <w:p>
      <w:r>
        <w:t>日语</w:t>
      </w:r>
    </w:p>
    <w:p>
      <w:r>
        <w:t>382</w:t>
      </w:r>
    </w:p>
    <w:p>
      <w:r>
        <w:t>日语语言文学</w:t>
      </w:r>
    </w:p>
    <w:p>
      <w:r>
        <w:t>刘阳</w:t>
      </w:r>
    </w:p>
    <w:p>
      <w:r>
        <w:t>北京科技大学</w:t>
      </w:r>
    </w:p>
    <w:p>
      <w:r>
        <w:t>日语</w:t>
      </w:r>
    </w:p>
    <w:p>
      <w:r>
        <w:t>383</w:t>
      </w:r>
    </w:p>
    <w:p>
      <w:r>
        <w:t>日语语言文学</w:t>
      </w:r>
    </w:p>
    <w:p>
      <w:r>
        <w:t>朱钊赫</w:t>
      </w:r>
    </w:p>
    <w:p>
      <w:r>
        <w:t>天津商业大学</w:t>
      </w:r>
    </w:p>
    <w:p>
      <w:r>
        <w:t>日语</w:t>
      </w:r>
    </w:p>
    <w:p>
      <w:r>
        <w:t>384</w:t>
      </w:r>
    </w:p>
    <w:p>
      <w:r>
        <w:t>日语语言文学</w:t>
      </w:r>
    </w:p>
    <w:p>
      <w:r>
        <w:t>姜申</w:t>
      </w:r>
    </w:p>
    <w:p>
      <w:r>
        <w:t>山东农业大学</w:t>
      </w:r>
    </w:p>
    <w:p>
      <w:r>
        <w:t>日语</w:t>
      </w:r>
    </w:p>
    <w:p>
      <w:r>
        <w:t>385</w:t>
      </w:r>
    </w:p>
    <w:p>
      <w:r>
        <w:t>日语语言文学</w:t>
      </w:r>
    </w:p>
    <w:p>
      <w:r>
        <w:t>郭朕恺</w:t>
      </w:r>
    </w:p>
    <w:p>
      <w:r>
        <w:t>燕山大学</w:t>
      </w:r>
    </w:p>
    <w:p>
      <w:r>
        <w:t>日语</w:t>
      </w:r>
    </w:p>
    <w:p>
      <w:r>
        <w:t>386</w:t>
      </w:r>
    </w:p>
    <w:p>
      <w:r>
        <w:t>日语语言文学</w:t>
      </w:r>
    </w:p>
    <w:p>
      <w:r>
        <w:t>张嘉兴</w:t>
      </w:r>
    </w:p>
    <w:p>
      <w:r>
        <w:t>北京联合大学</w:t>
      </w:r>
    </w:p>
    <w:p>
      <w:r>
        <w:t>日语</w:t>
      </w:r>
    </w:p>
    <w:p>
      <w:r>
        <w:t>387</w:t>
      </w:r>
    </w:p>
    <w:p>
      <w:r>
        <w:t>日语语言文学</w:t>
      </w:r>
    </w:p>
    <w:p>
      <w:r>
        <w:t>黄慧敏</w:t>
      </w:r>
    </w:p>
    <w:p>
      <w:r>
        <w:t>外交学院</w:t>
      </w:r>
    </w:p>
    <w:p>
      <w:r>
        <w:t>日语</w:t>
      </w:r>
    </w:p>
    <w:p>
      <w:r>
        <w:t>388</w:t>
      </w:r>
    </w:p>
    <w:p>
      <w:r>
        <w:t>日语口译</w:t>
      </w:r>
    </w:p>
    <w:p>
      <w:r>
        <w:t>沈静雯</w:t>
      </w:r>
    </w:p>
    <w:p>
      <w:r>
        <w:t>外交学院</w:t>
      </w:r>
    </w:p>
    <w:p>
      <w:r>
        <w:t>日语</w:t>
      </w:r>
    </w:p>
    <w:p>
      <w:r>
        <w:t>389</w:t>
      </w:r>
    </w:p>
    <w:p>
      <w:r>
        <w:t>日语口译</w:t>
      </w:r>
    </w:p>
    <w:p>
      <w:r>
        <w:t>刘曦悦</w:t>
      </w:r>
    </w:p>
    <w:p>
      <w:r>
        <w:t>四川外国语大学</w:t>
      </w:r>
    </w:p>
    <w:p>
      <w:r>
        <w:t>日语</w:t>
      </w:r>
    </w:p>
    <w:p>
      <w:r>
        <w:t>390</w:t>
      </w:r>
    </w:p>
    <w:p>
      <w:r>
        <w:t>日语口译</w:t>
      </w:r>
    </w:p>
    <w:p>
      <w:r>
        <w:t>何诗琪</w:t>
      </w:r>
    </w:p>
    <w:p>
      <w:r>
        <w:t>大连外国语大学</w:t>
      </w:r>
    </w:p>
    <w:p>
      <w:r>
        <w:t>日语</w:t>
      </w:r>
    </w:p>
    <w:p>
      <w:r>
        <w:t>391</w:t>
      </w:r>
    </w:p>
    <w:p>
      <w:r>
        <w:t>日语口译</w:t>
      </w:r>
    </w:p>
    <w:p>
      <w:r>
        <w:t>姜楠</w:t>
      </w:r>
    </w:p>
    <w:p>
      <w:r>
        <w:t>大连交通大学</w:t>
      </w:r>
    </w:p>
    <w:p>
      <w:r>
        <w:t>日语+软件工程</w:t>
      </w:r>
    </w:p>
    <w:p>
      <w:r>
        <w:t>392</w:t>
      </w:r>
    </w:p>
    <w:p>
      <w:r>
        <w:t>日语口译</w:t>
      </w:r>
    </w:p>
    <w:p>
      <w:r>
        <w:t>胡卓然</w:t>
      </w:r>
    </w:p>
    <w:p>
      <w:r>
        <w:t>北京第二外国语学院</w:t>
      </w:r>
    </w:p>
    <w:p>
      <w:r>
        <w:t>日语（同声传译）</w:t>
      </w:r>
    </w:p>
    <w:p>
      <w:r>
        <w:t>393</w:t>
      </w:r>
    </w:p>
    <w:p>
      <w:r>
        <w:t>日语口译</w:t>
      </w:r>
    </w:p>
    <w:p>
      <w:r>
        <w:t>金靖雅</w:t>
      </w:r>
    </w:p>
    <w:p>
      <w:r>
        <w:t>山东科技大学</w:t>
      </w:r>
    </w:p>
    <w:p>
      <w:r>
        <w:t>日语</w:t>
      </w:r>
    </w:p>
    <w:p>
      <w:r>
        <w:t>394</w:t>
      </w:r>
    </w:p>
    <w:p>
      <w:r>
        <w:t>日语口译</w:t>
      </w:r>
    </w:p>
    <w:p>
      <w:r>
        <w:t>丁涵凝</w:t>
      </w:r>
    </w:p>
    <w:p>
      <w:r>
        <w:t>南通大学</w:t>
      </w:r>
    </w:p>
    <w:p>
      <w:r>
        <w:t>日语</w:t>
      </w:r>
    </w:p>
    <w:p>
      <w:r>
        <w:t>395</w:t>
      </w:r>
    </w:p>
    <w:p>
      <w:r>
        <w:t>日语口译</w:t>
      </w:r>
    </w:p>
    <w:p>
      <w:r>
        <w:t>王乐</w:t>
      </w:r>
    </w:p>
    <w:p>
      <w:r>
        <w:t>北京科技大学</w:t>
      </w:r>
    </w:p>
    <w:p>
      <w:r>
        <w:t>日语</w:t>
      </w:r>
    </w:p>
    <w:p>
      <w:r>
        <w:t>396</w:t>
      </w:r>
    </w:p>
    <w:p>
      <w:r>
        <w:t>日语口译</w:t>
      </w:r>
    </w:p>
    <w:p>
      <w:r>
        <w:t>韩贝</w:t>
      </w:r>
    </w:p>
    <w:p>
      <w:r>
        <w:t>天津商业大学</w:t>
      </w:r>
    </w:p>
    <w:p>
      <w:r>
        <w:t>日语</w:t>
      </w:r>
    </w:p>
    <w:p>
      <w:r>
        <w:t>397</w:t>
      </w:r>
    </w:p>
    <w:p>
      <w:r>
        <w:t>日语口译</w:t>
      </w:r>
    </w:p>
    <w:p>
      <w:r>
        <w:t>韩金倩</w:t>
      </w:r>
    </w:p>
    <w:p>
      <w:r>
        <w:t>黑龙江大学</w:t>
      </w:r>
    </w:p>
    <w:p>
      <w:r>
        <w:t>日语</w:t>
      </w:r>
    </w:p>
    <w:p>
      <w:r>
        <w:t>398</w:t>
      </w:r>
    </w:p>
    <w:p>
      <w:r>
        <w:t>日语口译</w:t>
      </w:r>
    </w:p>
    <w:p>
      <w:r>
        <w:t>楚玉莹</w:t>
      </w:r>
    </w:p>
    <w:p>
      <w:r>
        <w:t>中南林业科技大学</w:t>
      </w:r>
    </w:p>
    <w:p>
      <w:r>
        <w:t>日语</w:t>
      </w:r>
    </w:p>
    <w:p>
      <w:r>
        <w:t>399</w:t>
      </w:r>
    </w:p>
    <w:p>
      <w:r>
        <w:t>日语口译</w:t>
      </w:r>
    </w:p>
    <w:p>
      <w:r>
        <w:t>王淇</w:t>
      </w:r>
    </w:p>
    <w:p>
      <w:r>
        <w:t>外交学院</w:t>
      </w:r>
    </w:p>
    <w:p>
      <w:r>
        <w:t>日语</w:t>
      </w:r>
    </w:p>
    <w:p>
      <w:r>
        <w:t>400</w:t>
      </w:r>
    </w:p>
    <w:p>
      <w:r>
        <w:t>日语口译</w:t>
      </w:r>
    </w:p>
    <w:p>
      <w:r>
        <w:t>许灿</w:t>
      </w:r>
    </w:p>
    <w:p>
      <w:r>
        <w:t>大连外国语大学</w:t>
      </w:r>
    </w:p>
    <w:p>
      <w:r>
        <w:t>日语</w:t>
      </w:r>
    </w:p>
    <w:p>
      <w:r>
        <w:t>401</w:t>
      </w:r>
    </w:p>
    <w:p>
      <w:r>
        <w:t>日语口译</w:t>
      </w:r>
    </w:p>
    <w:p>
      <w:r>
        <w:t>李海涛</w:t>
      </w:r>
    </w:p>
    <w:p>
      <w:r>
        <w:t>大连外国语大学</w:t>
      </w:r>
    </w:p>
    <w:p>
      <w:r>
        <w:t>日语</w:t>
      </w:r>
    </w:p>
    <w:p>
      <w:r>
        <w:t>402</w:t>
      </w:r>
    </w:p>
    <w:p>
      <w:r>
        <w:t>日语口译</w:t>
      </w:r>
    </w:p>
    <w:p>
      <w:r>
        <w:t>杜张希曼</w:t>
      </w:r>
    </w:p>
    <w:p>
      <w:r>
        <w:t>大连外国语大学</w:t>
      </w:r>
    </w:p>
    <w:p>
      <w:r>
        <w:t>日语</w:t>
      </w:r>
    </w:p>
    <w:p>
      <w:r>
        <w:t>403</w:t>
      </w:r>
    </w:p>
    <w:p>
      <w:r>
        <w:t>科学社会主义与国际共产主义运动</w:t>
      </w:r>
    </w:p>
    <w:p>
      <w:r>
        <w:t>田洪伟</w:t>
      </w:r>
    </w:p>
    <w:p>
      <w:r>
        <w:t>哈尔滨师范大学</w:t>
      </w:r>
    </w:p>
    <w:p>
      <w:r>
        <w:t>思想政治教育</w:t>
      </w:r>
    </w:p>
    <w:p>
      <w:r>
        <w:t>404</w:t>
      </w:r>
    </w:p>
    <w:p>
      <w:r>
        <w:t>科学社会主义与国际共产主义运动</w:t>
      </w:r>
    </w:p>
    <w:p>
      <w:r>
        <w:t>秦乐</w:t>
      </w:r>
    </w:p>
    <w:p>
      <w:r>
        <w:t>内蒙古大学</w:t>
      </w:r>
    </w:p>
    <w:p>
      <w:r>
        <w:t>政治学、经济学与哲学</w:t>
      </w:r>
    </w:p>
    <w:p>
      <w:r>
        <w:t>405</w:t>
      </w:r>
    </w:p>
    <w:p>
      <w:r>
        <w:t>科学社会主义与国际共产主义运动</w:t>
      </w:r>
    </w:p>
    <w:p>
      <w:r>
        <w:t>徐小远</w:t>
      </w:r>
    </w:p>
    <w:p>
      <w:r>
        <w:t>外交学院</w:t>
      </w:r>
    </w:p>
    <w:p>
      <w:r>
        <w:t>日语</w:t>
      </w:r>
    </w:p>
    <w:p>
      <w:r>
        <w:t>406</w:t>
      </w:r>
    </w:p>
    <w:p>
      <w:r>
        <w:t>国家安全学</w:t>
      </w:r>
    </w:p>
    <w:p>
      <w:r>
        <w:t>王响</w:t>
      </w:r>
    </w:p>
    <w:p>
      <w:r>
        <w:t>国际关系学院</w:t>
      </w:r>
    </w:p>
    <w:p>
      <w:r>
        <w:t>行政管理</w:t>
      </w:r>
    </w:p>
    <w:p>
      <w:r>
        <w:t>407</w:t>
      </w:r>
    </w:p>
    <w:p>
      <w:r>
        <w:t>国家安全学</w:t>
      </w:r>
    </w:p>
    <w:p>
      <w:r>
        <w:t>落晋宇</w:t>
      </w:r>
    </w:p>
    <w:p>
      <w:r>
        <w:t>外交学院</w:t>
      </w:r>
    </w:p>
    <w:p>
      <w:r>
        <w:t>西班牙语</w:t>
      </w:r>
    </w:p>
    <w:p>
      <w:r>
        <w:t>408</w:t>
      </w:r>
    </w:p>
    <w:p>
      <w:r>
        <w:t>国家安全学</w:t>
      </w:r>
    </w:p>
    <w:p>
      <w:r>
        <w:t>王妍婷</w:t>
      </w:r>
    </w:p>
    <w:p>
      <w:r>
        <w:t>首都经济贸易大学</w:t>
      </w:r>
    </w:p>
    <w:p>
      <w:r>
        <w:t>行政管理</w:t>
      </w:r>
    </w:p>
    <w:p>
      <w:r>
        <w:t>409</w:t>
      </w:r>
    </w:p>
    <w:p>
      <w:r>
        <w:t>国家安全学</w:t>
      </w:r>
    </w:p>
    <w:p>
      <w:r>
        <w:t>姜子怡</w:t>
      </w:r>
    </w:p>
    <w:p>
      <w:r>
        <w:t>曲阜师范大学</w:t>
      </w:r>
    </w:p>
    <w:p>
      <w:r>
        <w:t>法语</w:t>
      </w:r>
    </w:p>
    <w:p>
      <w:r>
        <w:t>410</w:t>
      </w:r>
    </w:p>
    <w:p>
      <w:r>
        <w:t>国家安全学</w:t>
      </w:r>
    </w:p>
    <w:p>
      <w:r>
        <w:t>王嘉浩</w:t>
      </w:r>
    </w:p>
    <w:p>
      <w:r>
        <w:t>外交学院</w:t>
      </w:r>
    </w:p>
    <w:p>
      <w:r>
        <w:t>日语</w:t>
      </w:r>
    </w:p>
    <w:p>
      <w:r>
        <w:t>411</w:t>
      </w:r>
    </w:p>
    <w:p>
      <w:r>
        <w:t>国家安全学</w:t>
      </w:r>
    </w:p>
    <w:p>
      <w:r>
        <w:t>王梓雯</w:t>
      </w:r>
    </w:p>
    <w:p>
      <w:r>
        <w:t>吉林大学</w:t>
      </w:r>
    </w:p>
    <w:p>
      <w:r>
        <w:t>朝鲜语</w:t>
      </w:r>
    </w:p>
    <w:p>
      <w:r>
        <w:t>412</w:t>
      </w:r>
    </w:p>
    <w:p>
      <w:r>
        <w:t>国家安全学</w:t>
      </w:r>
    </w:p>
    <w:p>
      <w:r>
        <w:t>迟雨楠</w:t>
      </w:r>
    </w:p>
    <w:p>
      <w:r>
        <w:t>兰州大学</w:t>
      </w:r>
    </w:p>
    <w:p>
      <w:r>
        <w:t>预防医学</w:t>
      </w:r>
    </w:p>
    <w:p>
      <w:r>
        <w:t>413</w:t>
      </w:r>
    </w:p>
    <w:p>
      <w:r>
        <w:t>国家安全学</w:t>
      </w:r>
    </w:p>
    <w:p>
      <w:r>
        <w:t>王叙澎</w:t>
      </w:r>
    </w:p>
    <w:p>
      <w:r>
        <w:t>辽宁大学</w:t>
      </w:r>
    </w:p>
    <w:p>
      <w:r>
        <w:t>国际政治</w:t>
      </w:r>
    </w:p>
    <w:p>
      <w:r>
        <w:t>414</w:t>
      </w:r>
    </w:p>
    <w:p>
      <w:r>
        <w:t>国家安全学</w:t>
      </w:r>
    </w:p>
    <w:p>
      <w:r>
        <w:t>向雪绮</w:t>
      </w:r>
    </w:p>
    <w:p>
      <w:r>
        <w:t>首都经济贸易大学</w:t>
      </w:r>
    </w:p>
    <w:p>
      <w:r>
        <w:t>行政管理</w:t>
      </w:r>
    </w:p>
    <w:p>
      <w:r>
        <w:t>415</w:t>
      </w:r>
    </w:p>
    <w:p>
      <w:r>
        <w:t>国家安全学</w:t>
      </w:r>
    </w:p>
    <w:p>
      <w:r>
        <w:t>王兆淇</w:t>
      </w:r>
    </w:p>
    <w:p>
      <w:r>
        <w:t>上海外国语大学</w:t>
      </w:r>
    </w:p>
    <w:p>
      <w:r>
        <w:t>英语</w:t>
      </w:r>
    </w:p>
    <w:p>
      <w:r>
        <w:t>416</w:t>
      </w:r>
    </w:p>
    <w:p>
      <w:r>
        <w:t>国家安全学</w:t>
      </w:r>
    </w:p>
    <w:p>
      <w:r>
        <w:t>邵晓阳</w:t>
      </w:r>
    </w:p>
    <w:p>
      <w:r>
        <w:t>武汉理工大学</w:t>
      </w:r>
    </w:p>
    <w:p>
      <w:r>
        <w:t>生物技术</w:t>
      </w:r>
    </w:p>
    <w:p>
      <w:r>
        <w:t>417</w:t>
      </w:r>
    </w:p>
    <w:p>
      <w:r>
        <w:t>国家安全学</w:t>
      </w:r>
    </w:p>
    <w:p>
      <w:r>
        <w:t>罗晶晶</w:t>
      </w:r>
    </w:p>
    <w:p>
      <w:r>
        <w:t>辽宁大学</w:t>
      </w:r>
    </w:p>
    <w:p>
      <w:r>
        <w:t>国际政治</w:t>
      </w:r>
    </w:p>
    <w:p>
      <w:r>
        <w:t>418</w:t>
      </w:r>
    </w:p>
    <w:p>
      <w:r>
        <w:t>国家安全学</w:t>
      </w:r>
    </w:p>
    <w:p>
      <w:r>
        <w:t>高宇欣</w:t>
      </w:r>
    </w:p>
    <w:p>
      <w:r>
        <w:t>北京科技大学</w:t>
      </w:r>
    </w:p>
    <w:p>
      <w:r>
        <w:t>行政管理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