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关于做好安徽医科大学2026年推荐优秀应届本科毕业生免试攻读硕士学位研究生资格遴选工作的通知</w:t>
      </w:r>
    </w:p>
    <w:p>
      <w:r>
        <w:t>发布时间：2025年9月9日</w:t>
      </w:r>
    </w:p>
    <w:p>
      <w:r>
        <w:t>来源URL：https://jwc.ahmu.edu.cn/2025/0909/c8575a190955/page.htm</w:t>
      </w:r>
    </w:p>
    <w:p>
      <w:r>
        <w:t>========================================</w:t>
      </w:r>
    </w:p>
    <w:p>
      <w:r>
        <w:t>关于做好安徽医科大学2026年推荐优秀应届本科毕业生免试攻读硕士学位研究生资格遴选工作的通知.pdf'}" style="display:block;"&gt;</w:t>
      </w:r>
    </w:p>
    <w:p>
      <w:r>
        <w:t>附件1：2026年推免生资格申请表.doc</w:t>
      </w:r>
    </w:p>
    <w:p>
      <w:r>
        <w:t>附件2：2026年推荐免试攻读硕士学位研究生特殊学术专长等专项加分认定汇总表.xlsx</w:t>
      </w:r>
    </w:p>
    <w:p>
      <w:r>
        <w:t>附件3：2026年推免生拟推荐名单汇总表.doc</w:t>
      </w:r>
    </w:p>
    <w:p>
      <w:r>
        <w:t>地址：安徽省合肥市梅山路81号 邮编：230032 电话：0551-65161040 处长邮箱：jwc@ahmu.edu.cn</w:t>
      </w:r>
    </w:p>
    <w:p>
      <w:r>
        <w:t>Copyright © 2020 jwc.ahmu.edu.cn All Rights Reserved 版权所有：安徽医科大学教务处 皖ICP备05003562号-1</w:t>
      </w:r>
    </w:p>
    <w:p>
      <w:r>
        <w:t>友情链接</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