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安徽农业大学2026年接收（录取）推免生章程</w:t>
      </w:r>
    </w:p>
    <w:p>
      <w:r>
        <w:t>发布时间：2025年9月15日</w:t>
      </w:r>
    </w:p>
    <w:p>
      <w:r>
        <w:t>来源URL：https://yjs.ahau.edu.cn/info/1016/49974.htm</w:t>
      </w:r>
    </w:p>
    <w:p>
      <w:r>
        <w:t>========================================</w:t>
      </w:r>
    </w:p>
    <w:p>
      <w:r>
        <w:t>&gt;</w:t>
      </w:r>
    </w:p>
    <w:p>
      <w:r>
        <w:t>根据上级有关文件精神，现将我校2026年接收（录取）推免生章程公布如下：</w:t>
      </w:r>
    </w:p>
    <w:p>
      <w:r>
        <w:t>一、申请条件</w:t>
      </w:r>
    </w:p>
    <w:p>
      <w:r>
        <w:t>具有推荐免试资格的推免生。</w:t>
      </w:r>
    </w:p>
    <w:p>
      <w:r>
        <w:t>二、接收（录取）程序</w:t>
      </w:r>
    </w:p>
    <w:p>
      <w:r>
        <w:t>（一）所有报考我校的推免生均须在国家规定时间内登录“全国推荐免试攻读研究生（免初试、转段）信息公开管理服务系统”（以下简称“推免服务系统”，网址：https://yz.chsi.com.cn/tm）填报我校志愿并准时参加各学院复试。</w:t>
      </w:r>
    </w:p>
    <w:p>
      <w:r>
        <w:t>（二）对填报我校志愿的推免生，我校研究生招生办公室将通过“推免服务系统”发送“复试通知”。收到“复试通知”的推免生须在24小时内接受“复试通知”，逾期我校将取消复试资格。</w:t>
      </w:r>
    </w:p>
    <w:p>
      <w:r>
        <w:t>（三）已接受“复试通知”的推免生准时参加各学院复试（具体时间请咨询各学院）。</w:t>
      </w:r>
    </w:p>
    <w:p>
      <w:r>
        <w:t>推免生参加各学院复试时应准备如下材料：身份证、学生证；本科成绩单（加盖本科学校院系或教务部门公章）；能证明创新能力、专业素养和综合素质等的相关材料。</w:t>
      </w:r>
    </w:p>
    <w:p>
      <w:r>
        <w:t>复试内容由各学院自行确定。复试成绩采用百分制，满分100分，60分及以上为合格。</w:t>
      </w:r>
    </w:p>
    <w:p>
      <w:r>
        <w:t>请各学院按时完成推免生复试工作，并于10月15日将拟接收（拟录取）推免生汇总表报至校研究生招生办公室。</w:t>
      </w:r>
    </w:p>
    <w:p>
      <w:r>
        <w:t>（四）对拟接收（拟录取）的推免生，我校研究生招生办公室将通过“推免服务系统”发送“待录取通知”。收到“待录取通知”的推免生须在24小时内接受“待录取通知”，逾期我校将取消待录取资格。</w:t>
      </w:r>
    </w:p>
    <w:p>
      <w:r>
        <w:t>联系电话：0551-65786436；联系人员：马改改。</w:t>
      </w:r>
    </w:p>
    <w:p>
      <w:r>
        <w:t>安徽农业大学研究生招生办公室</w:t>
      </w:r>
    </w:p>
    <w:p>
      <w:r>
        <w:t>2025年9月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