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沈阳药科大学2026年接收推免生预报名通知</w:t>
      </w:r>
    </w:p>
    <w:p>
      <w:r>
        <w:t>发布时间：2025年9月10日</w:t>
      </w:r>
    </w:p>
    <w:p>
      <w:r>
        <w:t>来源URL：https://grs.syphu.edu.cn/info/1016/10103.htm</w:t>
      </w:r>
    </w:p>
    <w:p>
      <w:r>
        <w:t>========================================</w:t>
      </w:r>
    </w:p>
    <w:p>
      <w:r>
        <w:t>&gt;</w:t>
      </w:r>
    </w:p>
    <w:p>
      <w:r>
        <w:t>沈阳药科大学热忱欢迎全国各高校的优秀应届本科毕业生报考我校2026年推免生！我校2026年接收推免生的类型包括硕士研究生以及本科起点直接攻读博士学位研究生（以下简称直博生）。我校“推免生预报名系统”拟于2025年9月11日-10月11日每天8:00-22:00期间开放。</w:t>
      </w:r>
    </w:p>
    <w:p>
      <w:r>
        <w:t>一、招收专业</w:t>
      </w:r>
    </w:p>
    <w:p>
      <w:r>
        <w:t>1.我校2026年硕士招生专业目录中所有招生专业均接收硕士推免生，其中药学、中药学一级学科博士点及下设二级学科博士点的学科专业内可接收直博生，我校协同育人基地继续面向药学（1055）、中药（1056）、生物与医药（0860）三个专业学位计划招生，相关招生专业目录（含直博生）暂参考附件1，最终招生专业以我校今年9月份发布的《沈阳药科大学2026年接收优秀应届本科毕业生推荐免试攻读硕士研究生（含直博生）章程》为准。</w:t>
      </w:r>
    </w:p>
    <w:p>
      <w:r>
        <w:t>2.通过博士研究生导师年度招生资格审定，并拥有当年博士研究生招生计划，年龄在60岁以下的校内专职博士生导师可以接受直博生。</w:t>
      </w:r>
    </w:p>
    <w:p>
      <w:r>
        <w:t>3.考生报名前需提前与导师联系。我校研究生招生导师信息，请查阅研究生教育网【导师工作】栏【导师简介】系统（https://ogrs.syphu.edu.cn/yjsjyw.htm）和《沈阳药科大学拟招收2026级硕士生导师名单》（https://grs.syphu.edu.cn/info/1027/10093.htm）。</w:t>
      </w:r>
    </w:p>
    <w:p>
      <w:r>
        <w:t>二、申请条件</w:t>
      </w:r>
    </w:p>
    <w:p>
      <w:r>
        <w:t>1.拥护中国共产党的领导，遵纪守法，品行良好，诚实守信，学风端正，身心健康。本科阶段学习成绩优异，专业排名名列前茅，且没有不及格现象。在校期间未受过任何纪律处分，能正常获得本科毕业证书和学士学位证书。</w:t>
      </w:r>
    </w:p>
    <w:p>
      <w:r>
        <w:t>2.纳入国家普通本科招生计划录取、并可获得所在本科学校推荐免试资格的优秀应届本科毕业生。</w:t>
      </w:r>
    </w:p>
    <w:p>
      <w:r>
        <w:t>3.身体健康状况符合教育部等部门制定的《普通高等学校招生体检工作指导意见》。符合我校2026年研究生招生简章中规定的其他报考条件。</w:t>
      </w:r>
    </w:p>
    <w:p>
      <w:r>
        <w:t>4.学习成绩优异，有较突出的专业素质，具有研究生培养潜质。在校期间在全国学术竞赛等活动表现突出者优先考虑。</w:t>
      </w:r>
    </w:p>
    <w:p>
      <w:r>
        <w:t>5.申请直博的推免生，须有较突出的科研能力和专业素质，具有相应专业博士生培养潜质，学习成绩优异，原则上本科推荐环节总评成绩在本专业排名在前20%（含20%）；各类国家级基地班或入选拔尖创新人才计划的推免生本科推荐环节总评成绩的专业排名应在前50%（含50%），特别优秀的生源其本科推荐环节总评成绩排名可以适当放宽。</w:t>
      </w:r>
    </w:p>
    <w:p>
      <w:r>
        <w:t>三、学校预报名</w:t>
      </w:r>
    </w:p>
    <w:p>
      <w:r>
        <w:t>1.学校“预推免系统”报名</w:t>
      </w:r>
    </w:p>
    <w:p>
      <w:r>
        <w:t>凡符合上述申请条件且有意愿报考的全国优秀应届本科毕业生，请于2025年9月11日-10月11日每天8:00-22:00期间（请在规定时间登录，系统定时开放）登录我校预推免系统（https://yjs.syphu.edu.cn/pas/ybm）,如实填写各项信息并提交材料进行预报名。</w:t>
      </w:r>
    </w:p>
    <w:p>
      <w:r>
        <w:t>2.申请材料提交（在系统提交电子版）</w:t>
      </w:r>
    </w:p>
    <w:p>
      <w:r>
        <w:t>（1）身份证；</w:t>
      </w:r>
    </w:p>
    <w:p>
      <w:r>
        <w:t>（2）学生证；</w:t>
      </w:r>
    </w:p>
    <w:p>
      <w:r>
        <w:t>（3）英语CET-6或CET-4成绩单；</w:t>
      </w:r>
    </w:p>
    <w:p>
      <w:r>
        <w:t>（4）本科阶段历年成绩单和成绩排名（须加盖教务处或院系公章，PDF格式）；</w:t>
      </w:r>
    </w:p>
    <w:p>
      <w:r>
        <w:t>（5）其他获奖证书，发表的学术论文，在科研技能、创新创业、社会实践及组织才能等方面取得的优异成果相关证明材料（如有多项应做目录，PDF格式）；</w:t>
      </w:r>
    </w:p>
    <w:p>
      <w:r>
        <w:t>（6）申请直博生者提供1份《2026年攻读博士学位研究生报考登记表》和2份《专家推荐书》（见附件），由所报考学科专业领域内的教授（或相当专业技术职称的专家）撰写的书面推荐意见（这两项材料可在确定录取后再在系统上传，并需要将纸质签字盖章版交至录取学院）。</w:t>
      </w:r>
    </w:p>
    <w:p>
      <w:r>
        <w:t>3.资格审核与复试考核</w:t>
      </w:r>
    </w:p>
    <w:p>
      <w:r>
        <w:t>凡通过本报名系统进行预报名，申请我校2026年推免生且符合接收条件的同学，我校将提供与导师提前沟通的机会，安排复试，复试合格后接收，具体考核安排以学院通知为准，请考生务必保持手机畅通。</w:t>
      </w:r>
    </w:p>
    <w:p>
      <w:r>
        <w:t>四、研招网正式报名</w:t>
      </w:r>
    </w:p>
    <w:p>
      <w:r>
        <w:t>全国推荐免试攻读研究生（免初试、转段）信息公开管理服务系统”（简称“推免服务系统”https://yz.chsi.com.cn/tm/），是全国统一的推免工作信息备案公开平台和推免生网上报考录取系统。推免生（含推免硕士生和直博生）资格审核确认、报考、录取以及备案公开等相关工作均须通过“推免服务系统”进行。所有推免生均通过“推免服务系统”填写报考志愿、接收并确认招生单位的复试及待录取通知。</w:t>
      </w:r>
    </w:p>
    <w:p>
      <w:r>
        <w:t>通过学校预报名系统报名且复试合格、同时获得本科就读学校推荐免试资格者，待教育部开通推免生报名系统后，须及时登录“推免服务系统”，按要求填报志愿等相关操作，否则申请无效。</w:t>
      </w:r>
    </w:p>
    <w:p>
      <w:r>
        <w:t>届时，学校将在“推免服务系统”中分别发放复试通知和拟录取通知，推免生应在规定时间内按要求接受并确认。</w:t>
      </w:r>
    </w:p>
    <w:p>
      <w:r>
        <w:t>五、奖助政策</w:t>
      </w:r>
    </w:p>
    <w:p>
      <w:r>
        <w:t>我校录取的推免硕士研究生，只要硕士期间符合研究生学业奖学金评选资格，基本学制内在学期间均享受推免生学业奖学金，不参加研究生学业奖学金评定，奖励标准为10000元/生·年。我校录取的直博生，只要博士期间符合研究生学业奖学金评选资格，基本学制内在学期间均享受直博生学业奖学金，不参加研究生学业奖学金评定，奖励标准为10000元/生·年。</w:t>
      </w:r>
    </w:p>
    <w:p>
      <w:r>
        <w:t>推免生在基本学制内在学期间享受国家助学金，标准为硕士生6000元/生/学年，博士生为25000元/生/学年。还可根据相关奖助金实施细则申请国家奖学金、专项奖学金、“三助”岗位助学金、特殊困难补助基金等。</w:t>
      </w:r>
    </w:p>
    <w:p>
      <w:r>
        <w:t>六、联系方式</w:t>
      </w:r>
    </w:p>
    <w:p>
      <w:r>
        <w:t>1.研究生院联系方式</w:t>
      </w:r>
    </w:p>
    <w:p>
      <w:r>
        <w:t>我校单位代码：10163</w:t>
      </w:r>
    </w:p>
    <w:p>
      <w:r>
        <w:t>联系地址：辽宁省本溪高新技术产业开发区（溪湖区）华佗大街26号沈阳药科大学南校区明德楼237研究生招生办公室</w:t>
      </w:r>
    </w:p>
    <w:p>
      <w:r>
        <w:t>研究生教育网网址：https://grs.syphu.edu.cn/</w:t>
      </w:r>
    </w:p>
    <w:p>
      <w:r>
        <w:t>电子邮箱：syphuyz@126.com</w:t>
      </w:r>
    </w:p>
    <w:p>
      <w:r>
        <w:t>联系电话：024-43520089杨老师</w:t>
      </w:r>
    </w:p>
    <w:p>
      <w:r>
        <w:t>招生咨询QQ群： 679591369（推免） 469917099（统考）</w:t>
      </w:r>
    </w:p>
    <w:p>
      <w:r>
        <w:t>2.各招生学院的联系方式</w:t>
      </w:r>
    </w:p>
    <w:p>
      <w:r>
        <w:t>招生学院</w:t>
      </w:r>
    </w:p>
    <w:p>
      <w:r>
        <w:t>（点击可登录学院网站）</w:t>
      </w:r>
    </w:p>
    <w:p>
      <w:r>
        <w:t>联系人</w:t>
      </w:r>
    </w:p>
    <w:p>
      <w:r>
        <w:t>咨询电话</w:t>
      </w:r>
    </w:p>
    <w:p>
      <w:r>
        <w:t>咨询QQ群</w:t>
      </w:r>
    </w:p>
    <w:p>
      <w:r>
        <w:t>咨询邮箱</w:t>
      </w:r>
    </w:p>
    <w:p>
      <w:r>
        <w:t>药学院</w:t>
      </w:r>
    </w:p>
    <w:p>
      <w:r>
        <w:t>周老师</w:t>
      </w:r>
    </w:p>
    <w:p>
      <w:r>
        <w:t>024-43520500</w:t>
      </w:r>
    </w:p>
    <w:p>
      <w:r>
        <w:t>795587671</w:t>
      </w:r>
    </w:p>
    <w:p>
      <w:r>
        <w:t>cjzhou@syphu.edu.cn</w:t>
      </w:r>
    </w:p>
    <w:p>
      <w:r>
        <w:t>制药工程学院</w:t>
      </w:r>
    </w:p>
    <w:p>
      <w:r>
        <w:t>刘老师</w:t>
      </w:r>
    </w:p>
    <w:p>
      <w:r>
        <w:t>024-43520237</w:t>
      </w:r>
    </w:p>
    <w:p>
      <w:r>
        <w:t>856470777</w:t>
      </w:r>
    </w:p>
    <w:p>
      <w:r>
        <w:t>liu_weiweide@163.com</w:t>
      </w:r>
    </w:p>
    <w:p>
      <w:r>
        <w:t>中药学院</w:t>
      </w:r>
    </w:p>
    <w:p>
      <w:r>
        <w:t>赵老师</w:t>
      </w:r>
    </w:p>
    <w:p>
      <w:r>
        <w:t>024-43520700</w:t>
      </w:r>
    </w:p>
    <w:p>
      <w:r>
        <w:t>zyyz0700@163.com</w:t>
      </w:r>
    </w:p>
    <w:p>
      <w:r>
        <w:t>生命科学与生物制药学院</w:t>
      </w:r>
    </w:p>
    <w:p>
      <w:r>
        <w:t>刘老师</w:t>
      </w:r>
    </w:p>
    <w:p>
      <w:r>
        <w:t>024-43520900</w:t>
      </w:r>
    </w:p>
    <w:p>
      <w:r>
        <w:t>594290586@qq.com</w:t>
      </w:r>
    </w:p>
    <w:p>
      <w:r>
        <w:t>工商管理学院</w:t>
      </w:r>
    </w:p>
    <w:p>
      <w:r>
        <w:t>常老师</w:t>
      </w:r>
    </w:p>
    <w:p>
      <w:r>
        <w:t>024-23986550</w:t>
      </w:r>
    </w:p>
    <w:p>
      <w:r>
        <w:t>530221855</w:t>
      </w:r>
    </w:p>
    <w:p>
      <w:r>
        <w:t>1352794351@qq.com</w:t>
      </w:r>
    </w:p>
    <w:p>
      <w:r>
        <w:t>医疗器械学院</w:t>
      </w:r>
    </w:p>
    <w:p>
      <w:r>
        <w:t>关老师</w:t>
      </w:r>
    </w:p>
    <w:p>
      <w:r>
        <w:t>024-43520350</w:t>
      </w:r>
    </w:p>
    <w:p>
      <w:r>
        <w:t>630072050</w:t>
      </w:r>
    </w:p>
    <w:p>
      <w:r>
        <w:t>1726476090@qq.com</w:t>
      </w:r>
    </w:p>
    <w:p>
      <w:r>
        <w:t>功能食品与葡萄酒学院</w:t>
      </w:r>
    </w:p>
    <w:p>
      <w:r>
        <w:t>沙老师</w:t>
      </w:r>
    </w:p>
    <w:p>
      <w:r>
        <w:t>024-43520300</w:t>
      </w:r>
    </w:p>
    <w:p>
      <w:r>
        <w:t>school.fw@syphu.edu.cn</w:t>
      </w:r>
    </w:p>
    <w:p>
      <w:r>
        <w:t>无涯创新学院</w:t>
      </w:r>
    </w:p>
    <w:p>
      <w:r>
        <w:t>赵老师</w:t>
      </w:r>
    </w:p>
    <w:p>
      <w:r>
        <w:t>024-23986165</w:t>
      </w:r>
    </w:p>
    <w:p>
      <w:r>
        <w:t>771047263</w:t>
      </w:r>
    </w:p>
    <w:p>
      <w:r>
        <w:t>3665410660@qq.com</w:t>
      </w:r>
    </w:p>
    <w:p>
      <w:r>
        <w:t>临床药学院</w:t>
      </w:r>
    </w:p>
    <w:p>
      <w:r>
        <w:t>王老师</w:t>
      </w:r>
    </w:p>
    <w:p>
      <w:r>
        <w:t>1055256298</w:t>
      </w:r>
    </w:p>
    <w:p>
      <w:r>
        <w:t>1786404778@qq.com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