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延安大学2026年优秀应届本科毕业生免试攻读硕士研究生拟推荐名单公示-延安大学教务处</w:t>
      </w:r>
    </w:p>
    <w:p>
      <w:r>
        <w:t>发布时间：2025年9月10日</w:t>
      </w:r>
    </w:p>
    <w:p>
      <w:r>
        <w:t>来源URL：https://jwc.yau.edu.cn/info/1003/19171.htm</w:t>
      </w:r>
    </w:p>
    <w:p>
      <w:r>
        <w:t>========================================</w:t>
      </w:r>
    </w:p>
    <w:p>
      <w:r>
        <w:t>延安大学2026年优秀应届本科毕业生免试攻读硕士研究生拟推荐名单公示</w:t>
      </w:r>
    </w:p>
    <w:p>
      <w:r>
        <w:t>日期：2025年09月10日</w:t>
      </w:r>
    </w:p>
    <w:p>
      <w:r>
        <w:t>作者：</w:t>
      </w:r>
    </w:p>
    <w:p>
      <w:r>
        <w:t>阅读次数： 次</w:t>
      </w:r>
    </w:p>
    <w:p>
      <w:r>
        <w:t>根据《延安大学推荐优秀应届本科毕业生免试攻读硕士学位研究生实施办法（2025年修订）》和《关于做好我校推荐2026年优秀应届本科毕业生免试攻读研究生的通知》精神，经学生本人申请，学院（单位）资格审核及综合排名，教务处资格复审，拟推荐柴吕红等177名同学具有免试攻读硕士研究生资格，吴红梅等19名同学具有“农村学校教育硕士师资培养计划（硕师计划）”资格，研究生支教团2名推荐情况由团委负责公示。</w:t>
      </w:r>
    </w:p>
    <w:p>
      <w:r>
        <w:t>现对196名拟推荐学生信息进行公示，如有异议，请于2025年9月16日下午18:00前以书面形式向教务处（行政楼306）反映（节假日不休息）,逾期不予受理。</w:t>
      </w:r>
    </w:p>
    <w:p>
      <w:r>
        <w:t>联系人：邹 楠 联系电话：0911-2650133</w:t>
      </w:r>
    </w:p>
    <w:p>
      <w:r>
        <w:t>电子邮箱：553179143@qq.com</w:t>
      </w:r>
    </w:p>
    <w:p>
      <w:r>
        <w:t>延安大学2026年优秀应届本科毕业生免试攻读硕士研究生（推免生）拟推荐名单</w:t>
      </w:r>
    </w:p>
    <w:p>
      <w:r>
        <w:t>序号</w:t>
      </w:r>
    </w:p>
    <w:p>
      <w:r>
        <w:t>学号</w:t>
      </w:r>
    </w:p>
    <w:p>
      <w:r>
        <w:t>姓名</w:t>
      </w:r>
    </w:p>
    <w:p>
      <w:r>
        <w:t>性别</w:t>
      </w:r>
    </w:p>
    <w:p>
      <w:r>
        <w:t>推荐学院</w:t>
      </w:r>
    </w:p>
    <w:p>
      <w:r>
        <w:t>专业</w:t>
      </w:r>
    </w:p>
    <w:p>
      <w:r>
        <w:t>班级</w:t>
      </w:r>
    </w:p>
    <w:p>
      <w:r>
        <w:t>1</w:t>
      </w:r>
    </w:p>
    <w:p>
      <w:r>
        <w:t>1060522014010</w:t>
      </w:r>
    </w:p>
    <w:p>
      <w:r>
        <w:t>柴吕红</w:t>
      </w:r>
    </w:p>
    <w:p>
      <w:r>
        <w:t>女</w:t>
      </w:r>
    </w:p>
    <w:p>
      <w:r>
        <w:t>经济与管理学院</w:t>
      </w:r>
    </w:p>
    <w:p>
      <w:r>
        <w:t>会计学</w:t>
      </w:r>
    </w:p>
    <w:p>
      <w:r>
        <w:t>会计22-1</w:t>
      </w:r>
    </w:p>
    <w:p>
      <w:r>
        <w:t>2</w:t>
      </w:r>
    </w:p>
    <w:p>
      <w:r>
        <w:t>1060522014013</w:t>
      </w:r>
    </w:p>
    <w:p>
      <w:r>
        <w:t>王晨曦</w:t>
      </w:r>
    </w:p>
    <w:p>
      <w:r>
        <w:t>女</w:t>
      </w:r>
    </w:p>
    <w:p>
      <w:r>
        <w:t>经济与管理学院</w:t>
      </w:r>
    </w:p>
    <w:p>
      <w:r>
        <w:t>会计学</w:t>
      </w:r>
    </w:p>
    <w:p>
      <w:r>
        <w:t>会计22-1</w:t>
      </w:r>
    </w:p>
    <w:p>
      <w:r>
        <w:t>3</w:t>
      </w:r>
    </w:p>
    <w:p>
      <w:r>
        <w:t>1060322014049</w:t>
      </w:r>
    </w:p>
    <w:p>
      <w:r>
        <w:t>田小惠</w:t>
      </w:r>
    </w:p>
    <w:p>
      <w:r>
        <w:t>女</w:t>
      </w:r>
    </w:p>
    <w:p>
      <w:r>
        <w:t>经济与管理学院</w:t>
      </w:r>
    </w:p>
    <w:p>
      <w:r>
        <w:t>工商管理</w:t>
      </w:r>
    </w:p>
    <w:p>
      <w:r>
        <w:t>工商22</w:t>
      </w:r>
    </w:p>
    <w:p>
      <w:r>
        <w:t>4</w:t>
      </w:r>
    </w:p>
    <w:p>
      <w:r>
        <w:t>1060322014053</w:t>
      </w:r>
    </w:p>
    <w:p>
      <w:r>
        <w:t>王影楠</w:t>
      </w:r>
    </w:p>
    <w:p>
      <w:r>
        <w:t>女</w:t>
      </w:r>
    </w:p>
    <w:p>
      <w:r>
        <w:t>经济与管理学院</w:t>
      </w:r>
    </w:p>
    <w:p>
      <w:r>
        <w:t>工商管理</w:t>
      </w:r>
    </w:p>
    <w:p>
      <w:r>
        <w:t>工商22</w:t>
      </w:r>
    </w:p>
    <w:p>
      <w:r>
        <w:t>5</w:t>
      </w:r>
    </w:p>
    <w:p>
      <w:r>
        <w:t>1060622014046</w:t>
      </w:r>
    </w:p>
    <w:p>
      <w:r>
        <w:t>陈思语</w:t>
      </w:r>
    </w:p>
    <w:p>
      <w:r>
        <w:t>女</w:t>
      </w:r>
    </w:p>
    <w:p>
      <w:r>
        <w:t>经济与管理学院</w:t>
      </w:r>
    </w:p>
    <w:p>
      <w:r>
        <w:t>金融学</w:t>
      </w:r>
    </w:p>
    <w:p>
      <w:r>
        <w:t>金融22</w:t>
      </w:r>
    </w:p>
    <w:p>
      <w:r>
        <w:t>6</w:t>
      </w:r>
    </w:p>
    <w:p>
      <w:r>
        <w:t>1060622014018</w:t>
      </w:r>
    </w:p>
    <w:p>
      <w:r>
        <w:t>王博琦</w:t>
      </w:r>
    </w:p>
    <w:p>
      <w:r>
        <w:t>男</w:t>
      </w:r>
    </w:p>
    <w:p>
      <w:r>
        <w:t>经济与管理学院</w:t>
      </w:r>
    </w:p>
    <w:p>
      <w:r>
        <w:t>金融学</w:t>
      </w:r>
    </w:p>
    <w:p>
      <w:r>
        <w:t>金融22</w:t>
      </w:r>
    </w:p>
    <w:p>
      <w:r>
        <w:t>7</w:t>
      </w:r>
    </w:p>
    <w:p>
      <w:r>
        <w:t>1060422014049</w:t>
      </w:r>
    </w:p>
    <w:p>
      <w:r>
        <w:t>刘欣雨</w:t>
      </w:r>
    </w:p>
    <w:p>
      <w:r>
        <w:t>女</w:t>
      </w:r>
    </w:p>
    <w:p>
      <w:r>
        <w:t>经济与管理学院</w:t>
      </w:r>
    </w:p>
    <w:p>
      <w:r>
        <w:t>经济学</w:t>
      </w:r>
    </w:p>
    <w:p>
      <w:r>
        <w:t>经济22</w:t>
      </w:r>
    </w:p>
    <w:p>
      <w:r>
        <w:t>8</w:t>
      </w:r>
    </w:p>
    <w:p>
      <w:r>
        <w:t>1060422014028</w:t>
      </w:r>
    </w:p>
    <w:p>
      <w:r>
        <w:t>牛嘉祺</w:t>
      </w:r>
    </w:p>
    <w:p>
      <w:r>
        <w:t>男</w:t>
      </w:r>
    </w:p>
    <w:p>
      <w:r>
        <w:t>经济与管理学院</w:t>
      </w:r>
    </w:p>
    <w:p>
      <w:r>
        <w:t>经济学</w:t>
      </w:r>
    </w:p>
    <w:p>
      <w:r>
        <w:t>经济22</w:t>
      </w:r>
    </w:p>
    <w:p>
      <w:r>
        <w:t>9</w:t>
      </w:r>
    </w:p>
    <w:p>
      <w:r>
        <w:t>1050422014044</w:t>
      </w:r>
    </w:p>
    <w:p>
      <w:r>
        <w:t>梁瑞华</w:t>
      </w:r>
    </w:p>
    <w:p>
      <w:r>
        <w:t>女</w:t>
      </w:r>
    </w:p>
    <w:p>
      <w:r>
        <w:t>经济与管理学院</w:t>
      </w:r>
    </w:p>
    <w:p>
      <w:r>
        <w:t>人力资源管理</w:t>
      </w:r>
    </w:p>
    <w:p>
      <w:r>
        <w:t>人资22</w:t>
      </w:r>
    </w:p>
    <w:p>
      <w:r>
        <w:t>10</w:t>
      </w:r>
    </w:p>
    <w:p>
      <w:r>
        <w:t>1060222014009</w:t>
      </w:r>
    </w:p>
    <w:p>
      <w:r>
        <w:t>贺清偲瑜</w:t>
      </w:r>
    </w:p>
    <w:p>
      <w:r>
        <w:t>女</w:t>
      </w:r>
    </w:p>
    <w:p>
      <w:r>
        <w:t>经济与管理学院</w:t>
      </w:r>
    </w:p>
    <w:p>
      <w:r>
        <w:t>旅游管理</w:t>
      </w:r>
    </w:p>
    <w:p>
      <w:r>
        <w:t>旅游22</w:t>
      </w:r>
    </w:p>
    <w:p>
      <w:r>
        <w:t>11</w:t>
      </w:r>
    </w:p>
    <w:p>
      <w:r>
        <w:t>1060422014007</w:t>
      </w:r>
    </w:p>
    <w:p>
      <w:r>
        <w:t>翟小羽</w:t>
      </w:r>
    </w:p>
    <w:p>
      <w:r>
        <w:t>女</w:t>
      </w:r>
    </w:p>
    <w:p>
      <w:r>
        <w:t>经济与管理学院</w:t>
      </w:r>
    </w:p>
    <w:p>
      <w:r>
        <w:t>会计学</w:t>
      </w:r>
    </w:p>
    <w:p>
      <w:r>
        <w:t>会计22-1</w:t>
      </w:r>
    </w:p>
    <w:p>
      <w:r>
        <w:t>12</w:t>
      </w:r>
    </w:p>
    <w:p>
      <w:r>
        <w:t>1060522024031</w:t>
      </w:r>
    </w:p>
    <w:p>
      <w:r>
        <w:t>王雨洁</w:t>
      </w:r>
    </w:p>
    <w:p>
      <w:r>
        <w:t>女</w:t>
      </w:r>
    </w:p>
    <w:p>
      <w:r>
        <w:t>经济与管理学院</w:t>
      </w:r>
    </w:p>
    <w:p>
      <w:r>
        <w:t>会计学</w:t>
      </w:r>
    </w:p>
    <w:p>
      <w:r>
        <w:t>会计22-2</w:t>
      </w:r>
    </w:p>
    <w:p>
      <w:r>
        <w:t>13</w:t>
      </w:r>
    </w:p>
    <w:p>
      <w:r>
        <w:t>1060622014033</w:t>
      </w:r>
    </w:p>
    <w:p>
      <w:r>
        <w:t>翟萌萌</w:t>
      </w:r>
    </w:p>
    <w:p>
      <w:r>
        <w:t>女</w:t>
      </w:r>
    </w:p>
    <w:p>
      <w:r>
        <w:t>经济与管理学院</w:t>
      </w:r>
    </w:p>
    <w:p>
      <w:r>
        <w:t>金融学</w:t>
      </w:r>
    </w:p>
    <w:p>
      <w:r>
        <w:t>金融22</w:t>
      </w:r>
    </w:p>
    <w:p>
      <w:r>
        <w:t>14</w:t>
      </w:r>
    </w:p>
    <w:p>
      <w:r>
        <w:t>1100122014009</w:t>
      </w:r>
    </w:p>
    <w:p>
      <w:r>
        <w:t>张家珂</w:t>
      </w:r>
    </w:p>
    <w:p>
      <w:r>
        <w:t>女</w:t>
      </w:r>
    </w:p>
    <w:p>
      <w:r>
        <w:t>&lt;p style="text-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