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上海电力大学2026年招收优秀应届本科毕业生免试攻读研究生办法</w:t>
      </w:r>
    </w:p>
    <w:p>
      <w:r>
        <w:t>发布时间：2025年9月15日</w:t>
      </w:r>
    </w:p>
    <w:p>
      <w:r>
        <w:t>来源URL：https://yjsc.shiep.edu.cn/11/fa/c948a266746/page.htm</w:t>
      </w:r>
    </w:p>
    <w:p>
      <w:r>
        <w:t>========================================</w:t>
      </w:r>
    </w:p>
    <w:p>
      <w:r>
        <w:t>学校主页收藏本站</w:t>
      </w:r>
    </w:p>
    <w:p>
      <w:r>
        <w:t>首页</w:t>
      </w:r>
    </w:p>
    <w:p>
      <w:r>
        <w:t>部门概况</w:t>
      </w:r>
    </w:p>
    <w:p>
      <w:r>
        <w:t>信息公开</w:t>
      </w:r>
    </w:p>
    <w:p>
      <w:r>
        <w:t>招生工作</w:t>
      </w:r>
    </w:p>
    <w:p>
      <w:r>
        <w:t>培养工作</w:t>
      </w:r>
    </w:p>
    <w:p>
      <w:r>
        <w:t>培养方案</w:t>
      </w:r>
    </w:p>
    <w:p>
      <w:r>
        <w:t>通知公告</w:t>
      </w:r>
    </w:p>
    <w:p>
      <w:r>
        <w:t>专业实践</w:t>
      </w:r>
    </w:p>
    <w:p>
      <w:r>
        <w:t>教研教改</w:t>
      </w:r>
    </w:p>
    <w:p>
      <w:r>
        <w:t>学位工作</w:t>
      </w:r>
    </w:p>
    <w:p>
      <w:r>
        <w:t>创新创业</w:t>
      </w:r>
    </w:p>
    <w:p>
      <w:r>
        <w:t>学生工作</w:t>
      </w:r>
    </w:p>
    <w:p>
      <w:r>
        <w:t>思政教育</w:t>
      </w:r>
    </w:p>
    <w:p>
      <w:r>
        <w:t>科学道德与学风建设</w:t>
      </w:r>
    </w:p>
    <w:p>
      <w:r>
        <w:t>三助管理</w:t>
      </w:r>
    </w:p>
    <w:p>
      <w:r>
        <w:t>国际交流</w:t>
      </w:r>
    </w:p>
    <w:p>
      <w:r>
        <w:t>学生事务</w:t>
      </w:r>
    </w:p>
    <w:p>
      <w:r>
        <w:t>学生组织</w:t>
      </w:r>
    </w:p>
    <w:p>
      <w:r>
        <w:t>下载专区</w:t>
      </w:r>
    </w:p>
    <w:p>
      <w:r>
        <w:t>招生</w:t>
      </w:r>
    </w:p>
    <w:p>
      <w:r>
        <w:t>教学与培养</w:t>
      </w:r>
    </w:p>
    <w:p>
      <w:r>
        <w:t>学生管理</w:t>
      </w:r>
    </w:p>
    <w:p>
      <w:r>
        <w:t>学位与导师</w:t>
      </w:r>
    </w:p>
    <w:p>
      <w:r>
        <w:t>研究生手册</w:t>
      </w:r>
    </w:p>
    <w:p>
      <w:r>
        <w:t>首页 招生工作</w:t>
      </w:r>
    </w:p>
    <w:p>
      <w:r>
        <w:t>上海电力大学2026年招收优秀应届本科毕业生免试攻读研究生办法</w:t>
      </w:r>
    </w:p>
    <w:p>
      <w:r>
        <w:t>发布时间: 2025-09-15 浏览次数: 6187</w:t>
      </w:r>
    </w:p>
    <w:p>
      <w:r>
        <w:t>© 上海电力大学研究生院（党委研究生工作部） 版权所有</w:t>
      </w:r>
    </w:p>
    <w:p>
      <w:r>
        <w:t>地址：上海市浦东新区沪城环路1851号/杨浦区平凉路2103号 电话：021-35303739</w:t>
      </w:r>
    </w:p>
    <w:p>
      <w:r>
        <w:t>学生事务咨询及申诉邮箱：shiepds12346@163.com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