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北京理工大学能源与气候经济学科</w:t>
      </w:r>
    </w:p>
    <w:p>
      <w:pPr>
        <w:spacing w:after="80" w:lineRule="auto" w:line="360"/>
        <w:ind w:firstLine="482"/>
        <w:jc w:val="both"/>
      </w:pPr>
      <w:r>
        <w:rPr>
          <w:rFonts w:ascii="Times New Roman" w:hAnsi="Times New Roman" w:eastAsia="宋体"/>
          <w:b w:val="0"/>
          <w:sz w:val="24"/>
        </w:rPr>
        <w:t>北京理工大学能源与气候经济学科2026年全国优秀大学生夏令营活动将于2026年7月14日至16日在北京理工大学举行。此次夏令营活动旨在促进中国高校能源与气候经济相关学科优秀大学生之间的交流，加强大学生与我校该领域专家、学者的联系。经审核初步确定录取以下学生参加我校能源与气候经济学科夏令营活动。</w:t>
      </w:r>
    </w:p>
    <w:p>
      <w:pPr>
        <w:spacing w:after="80" w:lineRule="auto" w:line="360"/>
        <w:ind w:firstLine="482"/>
        <w:jc w:val="both"/>
      </w:pPr>
      <w:r>
        <w:rPr>
          <w:rFonts w:ascii="Times New Roman" w:hAnsi="Times New Roman" w:eastAsia="宋体"/>
          <w:b w:val="0"/>
          <w:sz w:val="24"/>
        </w:rPr>
        <w:t>发布日期：2026年7月14日</w:t>
      </w:r>
    </w:p>
    <w:p>
      <w:pPr>
        <w:spacing w:after="80" w:lineRule="auto" w:line="360"/>
        <w:ind w:firstLine="482"/>
        <w:jc w:val="both"/>
      </w:pPr>
      <w:r>
        <w:rPr>
          <w:rFonts w:ascii="Times New Roman" w:hAnsi="Times New Roman" w:eastAsia="宋体"/>
          <w:b w:val="0"/>
          <w:sz w:val="24"/>
        </w:rPr>
        <w:t>请上述同学尽快确定参加，并务必于6月30日24点前将参营回执（详见通知后附件）返回至联系邮箱（youkairui_ceep@163.com），进行确认。若因故无法参加，也请回复邮件告知。未能在规定时间前返回参营回执确认的，视为自动放弃参营资格。学院将视情况进行后续增补工作。</w:t>
      </w:r>
    </w:p>
    <w:p>
      <w:pPr>
        <w:spacing w:before="160" w:after="80" w:lineRule="auto" w:line="360"/>
        <w:jc w:val="left"/>
      </w:pPr>
      <w:r>
        <w:rPr>
          <w:rFonts w:ascii="Times New Roman" w:hAnsi="Times New Roman" w:eastAsia="宋体"/>
          <w:b/>
          <w:sz w:val="28"/>
        </w:rPr>
        <w:t>一、拟入营名单</w:t>
      </w:r>
    </w:p>
    <w:p>
      <w:pPr>
        <w:spacing w:after="80" w:lineRule="auto" w:line="360"/>
        <w:ind w:firstLine="482"/>
        <w:jc w:val="both"/>
      </w:pPr>
      <w:r>
        <w:rPr>
          <w:rFonts w:ascii="Times New Roman" w:hAnsi="Times New Roman" w:eastAsia="宋体"/>
          <w:b w:val="0"/>
          <w:sz w:val="24"/>
        </w:rPr>
        <w:t>本次拟录取入营学生共30人，名单如下：</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学校</w:t>
            </w:r>
          </w:p>
        </w:tc>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学校</w:t>
            </w:r>
          </w:p>
        </w:tc>
      </w:tr>
      <w:tr>
        <w:tc>
          <w:tcPr>
            <w:tcW w:type="dxa" w:w="1439"/>
          </w:tcPr>
          <w:p>
            <w:pPr>
              <w:spacing w:after="20" w:before="20"/>
            </w:pPr>
            <w:r/>
            <w:r>
              <w:rPr>
                <w:rFonts w:ascii="Times New Roman" w:hAnsi="Times New Roman" w:eastAsia="宋体"/>
                <w:b w:val="0"/>
                <w:sz w:val="21"/>
              </w:rPr>
              <w:t>1</w:t>
            </w:r>
          </w:p>
        </w:tc>
        <w:tc>
          <w:tcPr>
            <w:tcW w:type="dxa" w:w="1439"/>
          </w:tcPr>
          <w:p>
            <w:pPr>
              <w:spacing w:after="20" w:before="20"/>
            </w:pPr>
            <w:r/>
            <w:r>
              <w:rPr>
                <w:rFonts w:ascii="Times New Roman" w:hAnsi="Times New Roman" w:eastAsia="宋体"/>
                <w:b w:val="0"/>
                <w:sz w:val="21"/>
              </w:rPr>
              <w:t>熊思凯</w:t>
            </w:r>
          </w:p>
        </w:tc>
        <w:tc>
          <w:tcPr>
            <w:tcW w:type="dxa" w:w="1439"/>
          </w:tcPr>
          <w:p>
            <w:pPr>
              <w:spacing w:after="20" w:before="20"/>
            </w:pPr>
            <w:r/>
            <w:r>
              <w:rPr>
                <w:rFonts w:ascii="Times New Roman" w:hAnsi="Times New Roman" w:eastAsia="宋体"/>
                <w:b w:val="0"/>
                <w:sz w:val="21"/>
              </w:rPr>
              <w:t>北京师范大学</w:t>
            </w:r>
          </w:p>
        </w:tc>
        <w:tc>
          <w:tcPr>
            <w:tcW w:type="dxa" w:w="1439"/>
          </w:tcPr>
          <w:p>
            <w:pPr>
              <w:spacing w:after="20" w:before="20"/>
            </w:pPr>
            <w:r/>
            <w:r>
              <w:rPr>
                <w:rFonts w:ascii="Times New Roman" w:hAnsi="Times New Roman" w:eastAsia="宋体"/>
                <w:b w:val="0"/>
                <w:sz w:val="21"/>
              </w:rPr>
              <w:t>16</w:t>
            </w:r>
          </w:p>
        </w:tc>
        <w:tc>
          <w:tcPr>
            <w:tcW w:type="dxa" w:w="1439"/>
          </w:tcPr>
          <w:p>
            <w:pPr>
              <w:spacing w:after="20" w:before="20"/>
            </w:pPr>
            <w:r/>
            <w:r>
              <w:rPr>
                <w:rFonts w:ascii="Times New Roman" w:hAnsi="Times New Roman" w:eastAsia="宋体"/>
                <w:b w:val="0"/>
                <w:sz w:val="21"/>
              </w:rPr>
              <w:t>汪鼎伦</w:t>
            </w:r>
          </w:p>
        </w:tc>
        <w:tc>
          <w:tcPr>
            <w:tcW w:type="dxa" w:w="1439"/>
          </w:tcPr>
          <w:p>
            <w:pPr>
              <w:spacing w:after="20" w:before="20"/>
            </w:pPr>
            <w:r/>
            <w:r>
              <w:rPr>
                <w:rFonts w:ascii="Times New Roman" w:hAnsi="Times New Roman" w:eastAsia="宋体"/>
                <w:b w:val="0"/>
                <w:sz w:val="21"/>
              </w:rPr>
              <w:t>湖南大学</w:t>
            </w:r>
          </w:p>
        </w:tc>
      </w:tr>
      <w:tr>
        <w:tc>
          <w:tcPr>
            <w:tcW w:type="dxa" w:w="1439"/>
          </w:tcPr>
          <w:p>
            <w:pPr>
              <w:spacing w:after="20" w:before="20"/>
            </w:pPr>
            <w:r/>
            <w:r>
              <w:rPr>
                <w:rFonts w:ascii="Times New Roman" w:hAnsi="Times New Roman" w:eastAsia="宋体"/>
                <w:b w:val="0"/>
                <w:sz w:val="21"/>
              </w:rPr>
              <w:t>2</w:t>
            </w:r>
          </w:p>
        </w:tc>
        <w:tc>
          <w:tcPr>
            <w:tcW w:type="dxa" w:w="1439"/>
          </w:tcPr>
          <w:p>
            <w:pPr>
              <w:spacing w:after="20" w:before="20"/>
            </w:pPr>
            <w:r/>
            <w:r>
              <w:rPr>
                <w:rFonts w:ascii="Times New Roman" w:hAnsi="Times New Roman" w:eastAsia="宋体"/>
                <w:b w:val="0"/>
                <w:sz w:val="21"/>
              </w:rPr>
              <w:t>毕嘉程</w:t>
            </w:r>
          </w:p>
        </w:tc>
        <w:tc>
          <w:tcPr>
            <w:tcW w:type="dxa" w:w="1439"/>
          </w:tcPr>
          <w:p>
            <w:pPr>
              <w:spacing w:after="20" w:before="20"/>
            </w:pPr>
            <w:r/>
            <w:r>
              <w:rPr>
                <w:rFonts w:ascii="Times New Roman" w:hAnsi="Times New Roman" w:eastAsia="宋体"/>
                <w:b w:val="0"/>
                <w:sz w:val="21"/>
              </w:rPr>
              <w:t>中国海洋大学</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王钦</w:t>
            </w:r>
          </w:p>
        </w:tc>
        <w:tc>
          <w:tcPr>
            <w:tcW w:type="dxa" w:w="1439"/>
          </w:tcPr>
          <w:p>
            <w:pPr>
              <w:spacing w:after="20" w:before="20"/>
            </w:pPr>
            <w:r/>
            <w:r>
              <w:rPr>
                <w:rFonts w:ascii="Times New Roman" w:hAnsi="Times New Roman" w:eastAsia="宋体"/>
                <w:b w:val="0"/>
                <w:sz w:val="21"/>
              </w:rPr>
              <w:t>华东师范大学</w:t>
            </w:r>
          </w:p>
        </w:tc>
      </w:tr>
      <w:tr>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董妮儿</w:t>
            </w:r>
          </w:p>
        </w:tc>
        <w:tc>
          <w:tcPr>
            <w:tcW w:type="dxa" w:w="1439"/>
          </w:tcPr>
          <w:p>
            <w:pPr>
              <w:spacing w:after="20" w:before="20"/>
            </w:pPr>
            <w:r/>
            <w:r>
              <w:rPr>
                <w:rFonts w:ascii="Times New Roman" w:hAnsi="Times New Roman" w:eastAsia="宋体"/>
                <w:b w:val="0"/>
                <w:sz w:val="21"/>
              </w:rPr>
              <w:t>东北大学</w:t>
            </w:r>
          </w:p>
        </w:tc>
        <w:tc>
          <w:tcPr>
            <w:tcW w:type="dxa" w:w="1439"/>
          </w:tcPr>
          <w:p>
            <w:pPr>
              <w:spacing w:after="20" w:before="20"/>
            </w:pPr>
            <w:r/>
            <w:r>
              <w:rPr>
                <w:rFonts w:ascii="Times New Roman" w:hAnsi="Times New Roman" w:eastAsia="宋体"/>
                <w:b w:val="0"/>
                <w:sz w:val="21"/>
              </w:rPr>
              <w:t>18</w:t>
            </w:r>
          </w:p>
        </w:tc>
        <w:tc>
          <w:tcPr>
            <w:tcW w:type="dxa" w:w="1439"/>
          </w:tcPr>
          <w:p>
            <w:pPr>
              <w:spacing w:after="20" w:before="20"/>
            </w:pPr>
            <w:r/>
            <w:r>
              <w:rPr>
                <w:rFonts w:ascii="Times New Roman" w:hAnsi="Times New Roman" w:eastAsia="宋体"/>
                <w:b w:val="0"/>
                <w:sz w:val="21"/>
              </w:rPr>
              <w:t>王蔚然</w:t>
            </w:r>
          </w:p>
        </w:tc>
        <w:tc>
          <w:tcPr>
            <w:tcW w:type="dxa" w:w="1439"/>
          </w:tcPr>
          <w:p>
            <w:pPr>
              <w:spacing w:after="20" w:before="20"/>
            </w:pPr>
            <w:r/>
            <w:r>
              <w:rPr>
                <w:rFonts w:ascii="Times New Roman" w:hAnsi="Times New Roman" w:eastAsia="宋体"/>
                <w:b w:val="0"/>
                <w:sz w:val="21"/>
              </w:rPr>
              <w:t>大连海事大学</w:t>
            </w:r>
          </w:p>
        </w:tc>
      </w:tr>
      <w:tr>
        <w:tc>
          <w:tcPr>
            <w:tcW w:type="dxa" w:w="1439"/>
          </w:tcPr>
          <w:p>
            <w:pPr>
              <w:spacing w:after="20" w:before="20"/>
            </w:pPr>
            <w:r/>
            <w:r>
              <w:rPr>
                <w:rFonts w:ascii="Times New Roman" w:hAnsi="Times New Roman" w:eastAsia="宋体"/>
                <w:b w:val="0"/>
                <w:sz w:val="21"/>
              </w:rPr>
              <w:t>4</w:t>
            </w:r>
          </w:p>
        </w:tc>
        <w:tc>
          <w:tcPr>
            <w:tcW w:type="dxa" w:w="1439"/>
          </w:tcPr>
          <w:p>
            <w:pPr>
              <w:spacing w:after="20" w:before="20"/>
            </w:pPr>
            <w:r/>
            <w:r>
              <w:rPr>
                <w:rFonts w:ascii="Times New Roman" w:hAnsi="Times New Roman" w:eastAsia="宋体"/>
                <w:b w:val="0"/>
                <w:sz w:val="21"/>
              </w:rPr>
              <w:t>房宇涵</w:t>
            </w:r>
          </w:p>
        </w:tc>
        <w:tc>
          <w:tcPr>
            <w:tcW w:type="dxa" w:w="1439"/>
          </w:tcPr>
          <w:p>
            <w:pPr>
              <w:spacing w:after="20" w:before="20"/>
            </w:pPr>
            <w:r/>
            <w:r>
              <w:rPr>
                <w:rFonts w:ascii="Times New Roman" w:hAnsi="Times New Roman" w:eastAsia="宋体"/>
                <w:b w:val="0"/>
                <w:sz w:val="21"/>
              </w:rPr>
              <w:t>华中科技大学</w:t>
            </w:r>
          </w:p>
        </w:tc>
        <w:tc>
          <w:tcPr>
            <w:tcW w:type="dxa" w:w="1439"/>
          </w:tcPr>
          <w:p>
            <w:pPr>
              <w:spacing w:after="20" w:before="20"/>
            </w:pPr>
            <w:r/>
            <w:r>
              <w:rPr>
                <w:rFonts w:ascii="Times New Roman" w:hAnsi="Times New Roman" w:eastAsia="宋体"/>
                <w:b w:val="0"/>
                <w:sz w:val="21"/>
              </w:rPr>
              <w:t>19</w:t>
            </w:r>
          </w:p>
        </w:tc>
        <w:tc>
          <w:tcPr>
            <w:tcW w:type="dxa" w:w="1439"/>
          </w:tcPr>
          <w:p>
            <w:pPr>
              <w:spacing w:after="20" w:before="20"/>
            </w:pPr>
            <w:r/>
            <w:r>
              <w:rPr>
                <w:rFonts w:ascii="Times New Roman" w:hAnsi="Times New Roman" w:eastAsia="宋体"/>
                <w:b w:val="0"/>
                <w:sz w:val="21"/>
              </w:rPr>
              <w:t>王宇辰</w:t>
            </w:r>
          </w:p>
        </w:tc>
        <w:tc>
          <w:tcPr>
            <w:tcW w:type="dxa" w:w="1439"/>
          </w:tcPr>
          <w:p>
            <w:pPr>
              <w:spacing w:after="20" w:before="20"/>
            </w:pPr>
            <w:r/>
            <w:r>
              <w:rPr>
                <w:rFonts w:ascii="Times New Roman" w:hAnsi="Times New Roman" w:eastAsia="宋体"/>
                <w:b w:val="0"/>
                <w:sz w:val="21"/>
              </w:rPr>
              <w:t>北京交通大学</w:t>
            </w:r>
          </w:p>
        </w:tc>
      </w:tr>
      <w:tr>
        <w:tc>
          <w:tcPr>
            <w:tcW w:type="dxa" w:w="1439"/>
          </w:tcPr>
          <w:p>
            <w:pPr>
              <w:spacing w:after="20" w:before="20"/>
            </w:pPr>
            <w:r/>
            <w:r>
              <w:rPr>
                <w:rFonts w:ascii="Times New Roman" w:hAnsi="Times New Roman" w:eastAsia="宋体"/>
                <w:b w:val="0"/>
                <w:sz w:val="21"/>
              </w:rPr>
              <w:t>5</w:t>
            </w:r>
          </w:p>
        </w:tc>
        <w:tc>
          <w:tcPr>
            <w:tcW w:type="dxa" w:w="1439"/>
          </w:tcPr>
          <w:p>
            <w:pPr>
              <w:spacing w:after="20" w:before="20"/>
            </w:pPr>
            <w:r/>
            <w:r>
              <w:rPr>
                <w:rFonts w:ascii="Times New Roman" w:hAnsi="Times New Roman" w:eastAsia="宋体"/>
                <w:b w:val="0"/>
                <w:sz w:val="21"/>
              </w:rPr>
              <w:t>韩佩雯</w:t>
            </w:r>
          </w:p>
        </w:tc>
        <w:tc>
          <w:tcPr>
            <w:tcW w:type="dxa" w:w="1439"/>
          </w:tcPr>
          <w:p>
            <w:pPr>
              <w:spacing w:after="20" w:before="20"/>
            </w:pPr>
            <w:r/>
            <w:r>
              <w:rPr>
                <w:rFonts w:ascii="Times New Roman" w:hAnsi="Times New Roman" w:eastAsia="宋体"/>
                <w:b w:val="0"/>
                <w:sz w:val="21"/>
              </w:rPr>
              <w:t>西北工业大学</w:t>
            </w:r>
          </w:p>
        </w:tc>
        <w:tc>
          <w:tcPr>
            <w:tcW w:type="dxa" w:w="1439"/>
          </w:tcPr>
          <w:p>
            <w:pPr>
              <w:spacing w:after="20" w:before="20"/>
            </w:pPr>
            <w:r/>
            <w:r>
              <w:rPr>
                <w:rFonts w:ascii="Times New Roman" w:hAnsi="Times New Roman" w:eastAsia="宋体"/>
                <w:b w:val="0"/>
                <w:sz w:val="21"/>
              </w:rPr>
              <w:t>20</w:t>
            </w:r>
          </w:p>
        </w:tc>
        <w:tc>
          <w:tcPr>
            <w:tcW w:type="dxa" w:w="1439"/>
          </w:tcPr>
          <w:p>
            <w:pPr>
              <w:spacing w:after="20" w:before="20"/>
            </w:pPr>
            <w:r/>
            <w:r>
              <w:rPr>
                <w:rFonts w:ascii="Times New Roman" w:hAnsi="Times New Roman" w:eastAsia="宋体"/>
                <w:b w:val="0"/>
                <w:sz w:val="21"/>
              </w:rPr>
              <w:t>文雪</w:t>
            </w:r>
          </w:p>
        </w:tc>
        <w:tc>
          <w:tcPr>
            <w:tcW w:type="dxa" w:w="1439"/>
          </w:tcPr>
          <w:p>
            <w:pPr>
              <w:spacing w:after="20" w:before="20"/>
            </w:pPr>
            <w:r/>
            <w:r>
              <w:rPr>
                <w:rFonts w:ascii="Times New Roman" w:hAnsi="Times New Roman" w:eastAsia="宋体"/>
                <w:b w:val="0"/>
                <w:sz w:val="21"/>
              </w:rPr>
              <w:t>南京航空航天大学</w:t>
            </w:r>
          </w:p>
        </w:tc>
      </w:tr>
      <w:tr>
        <w:tc>
          <w:tcPr>
            <w:tcW w:type="dxa" w:w="1439"/>
          </w:tcPr>
          <w:p>
            <w:pPr>
              <w:spacing w:after="20" w:before="20"/>
            </w:pPr>
            <w:r/>
            <w:r>
              <w:rPr>
                <w:rFonts w:ascii="Times New Roman" w:hAnsi="Times New Roman" w:eastAsia="宋体"/>
                <w:b w:val="0"/>
                <w:sz w:val="21"/>
              </w:rPr>
              <w:t>6</w:t>
            </w:r>
          </w:p>
        </w:tc>
        <w:tc>
          <w:tcPr>
            <w:tcW w:type="dxa" w:w="1439"/>
          </w:tcPr>
          <w:p>
            <w:pPr>
              <w:spacing w:after="20" w:before="20"/>
            </w:pPr>
            <w:r/>
            <w:r>
              <w:rPr>
                <w:rFonts w:ascii="Times New Roman" w:hAnsi="Times New Roman" w:eastAsia="宋体"/>
                <w:b w:val="0"/>
                <w:sz w:val="21"/>
              </w:rPr>
              <w:t>靳国桢</w:t>
            </w:r>
          </w:p>
        </w:tc>
        <w:tc>
          <w:tcPr>
            <w:tcW w:type="dxa" w:w="1439"/>
          </w:tcPr>
          <w:p>
            <w:pPr>
              <w:spacing w:after="20" w:before="20"/>
            </w:pPr>
            <w:r/>
            <w:r>
              <w:rPr>
                <w:rFonts w:ascii="Times New Roman" w:hAnsi="Times New Roman" w:eastAsia="宋体"/>
                <w:b w:val="0"/>
                <w:sz w:val="21"/>
              </w:rPr>
              <w:t>北京林业大学</w:t>
            </w:r>
          </w:p>
        </w:tc>
        <w:tc>
          <w:tcPr>
            <w:tcW w:type="dxa" w:w="1439"/>
          </w:tcPr>
          <w:p>
            <w:pPr>
              <w:spacing w:after="20" w:before="20"/>
            </w:pPr>
            <w:r/>
            <w:r>
              <w:rPr>
                <w:rFonts w:ascii="Times New Roman" w:hAnsi="Times New Roman" w:eastAsia="宋体"/>
                <w:b w:val="0"/>
                <w:sz w:val="21"/>
              </w:rPr>
              <w:t>21</w:t>
            </w:r>
          </w:p>
        </w:tc>
        <w:tc>
          <w:tcPr>
            <w:tcW w:type="dxa" w:w="1439"/>
          </w:tcPr>
          <w:p>
            <w:pPr>
              <w:spacing w:after="20" w:before="20"/>
            </w:pPr>
            <w:r/>
            <w:r>
              <w:rPr>
                <w:rFonts w:ascii="Times New Roman" w:hAnsi="Times New Roman" w:eastAsia="宋体"/>
                <w:b w:val="0"/>
                <w:sz w:val="21"/>
              </w:rPr>
              <w:t>吴宁艳</w:t>
            </w:r>
          </w:p>
        </w:tc>
        <w:tc>
          <w:tcPr>
            <w:tcW w:type="dxa" w:w="1439"/>
          </w:tcPr>
          <w:p>
            <w:pPr>
              <w:spacing w:after="20" w:before="20"/>
            </w:pPr>
            <w:r/>
            <w:r>
              <w:rPr>
                <w:rFonts w:ascii="Times New Roman" w:hAnsi="Times New Roman" w:eastAsia="宋体"/>
                <w:b w:val="0"/>
                <w:sz w:val="21"/>
              </w:rPr>
              <w:t>重庆大学</w:t>
            </w:r>
          </w:p>
        </w:tc>
      </w:tr>
      <w:tr>
        <w:tc>
          <w:tcPr>
            <w:tcW w:type="dxa" w:w="1439"/>
          </w:tcPr>
          <w:p>
            <w:pPr>
              <w:spacing w:after="20" w:before="20"/>
            </w:pPr>
            <w:r/>
            <w:r>
              <w:rPr>
                <w:rFonts w:ascii="Times New Roman" w:hAnsi="Times New Roman" w:eastAsia="宋体"/>
                <w:b w:val="0"/>
                <w:sz w:val="21"/>
              </w:rPr>
              <w:t>7</w:t>
            </w:r>
          </w:p>
        </w:tc>
        <w:tc>
          <w:tcPr>
            <w:tcW w:type="dxa" w:w="1439"/>
          </w:tcPr>
          <w:p>
            <w:pPr>
              <w:spacing w:after="20" w:before="20"/>
            </w:pPr>
            <w:r/>
            <w:r>
              <w:rPr>
                <w:rFonts w:ascii="Times New Roman" w:hAnsi="Times New Roman" w:eastAsia="宋体"/>
                <w:b w:val="0"/>
                <w:sz w:val="21"/>
              </w:rPr>
              <w:t>李文晴</w:t>
            </w:r>
          </w:p>
        </w:tc>
        <w:tc>
          <w:tcPr>
            <w:tcW w:type="dxa" w:w="1439"/>
          </w:tcPr>
          <w:p>
            <w:pPr>
              <w:spacing w:after="20" w:before="20"/>
            </w:pPr>
            <w:r/>
            <w:r>
              <w:rPr>
                <w:rFonts w:ascii="Times New Roman" w:hAnsi="Times New Roman" w:eastAsia="宋体"/>
                <w:b w:val="0"/>
                <w:sz w:val="21"/>
              </w:rPr>
              <w:t>吉林大学</w:t>
            </w:r>
          </w:p>
        </w:tc>
        <w:tc>
          <w:tcPr>
            <w:tcW w:type="dxa" w:w="1439"/>
          </w:tcPr>
          <w:p>
            <w:pPr>
              <w:spacing w:after="20" w:before="20"/>
            </w:pPr>
            <w:r/>
            <w:r>
              <w:rPr>
                <w:rFonts w:ascii="Times New Roman" w:hAnsi="Times New Roman" w:eastAsia="宋体"/>
                <w:b w:val="0"/>
                <w:sz w:val="21"/>
              </w:rPr>
              <w:t>22</w:t>
            </w:r>
          </w:p>
        </w:tc>
        <w:tc>
          <w:tcPr>
            <w:tcW w:type="dxa" w:w="1439"/>
          </w:tcPr>
          <w:p>
            <w:pPr>
              <w:spacing w:after="20" w:before="20"/>
            </w:pPr>
            <w:r/>
            <w:r>
              <w:rPr>
                <w:rFonts w:ascii="Times New Roman" w:hAnsi="Times New Roman" w:eastAsia="宋体"/>
                <w:b w:val="0"/>
                <w:sz w:val="21"/>
              </w:rPr>
              <w:t>吴童</w:t>
            </w:r>
          </w:p>
        </w:tc>
        <w:tc>
          <w:tcPr>
            <w:tcW w:type="dxa" w:w="1439"/>
          </w:tcPr>
          <w:p>
            <w:pPr>
              <w:spacing w:after="20" w:before="20"/>
            </w:pPr>
            <w:r/>
            <w:r>
              <w:rPr>
                <w:rFonts w:ascii="Times New Roman" w:hAnsi="Times New Roman" w:eastAsia="宋体"/>
                <w:b w:val="0"/>
                <w:sz w:val="21"/>
              </w:rPr>
              <w:t>中国农业大学</w:t>
            </w:r>
          </w:p>
        </w:tc>
      </w:tr>
      <w:tr>
        <w:tc>
          <w:tcPr>
            <w:tcW w:type="dxa" w:w="1439"/>
          </w:tcPr>
          <w:p>
            <w:pPr>
              <w:spacing w:after="20" w:before="20"/>
            </w:pPr>
            <w:r/>
            <w:r>
              <w:rPr>
                <w:rFonts w:ascii="Times New Roman" w:hAnsi="Times New Roman" w:eastAsia="宋体"/>
                <w:b w:val="0"/>
                <w:sz w:val="21"/>
              </w:rPr>
              <w:t>8</w:t>
            </w:r>
          </w:p>
        </w:tc>
        <w:tc>
          <w:tcPr>
            <w:tcW w:type="dxa" w:w="1439"/>
          </w:tcPr>
          <w:p>
            <w:pPr>
              <w:spacing w:after="20" w:before="20"/>
            </w:pPr>
            <w:r/>
            <w:r>
              <w:rPr>
                <w:rFonts w:ascii="Times New Roman" w:hAnsi="Times New Roman" w:eastAsia="宋体"/>
                <w:b w:val="0"/>
                <w:sz w:val="21"/>
              </w:rPr>
              <w:t>李旭东</w:t>
            </w:r>
          </w:p>
        </w:tc>
        <w:tc>
          <w:tcPr>
            <w:tcW w:type="dxa" w:w="1439"/>
          </w:tcPr>
          <w:p>
            <w:pPr>
              <w:spacing w:after="20" w:before="20"/>
            </w:pPr>
            <w:r/>
            <w:r>
              <w:rPr>
                <w:rFonts w:ascii="Times New Roman" w:hAnsi="Times New Roman" w:eastAsia="宋体"/>
                <w:b w:val="0"/>
                <w:sz w:val="21"/>
              </w:rPr>
              <w:t>华中科技大学</w:t>
            </w:r>
          </w:p>
        </w:tc>
        <w:tc>
          <w:tcPr>
            <w:tcW w:type="dxa" w:w="1439"/>
          </w:tcPr>
          <w:p>
            <w:pPr>
              <w:spacing w:after="20" w:before="20"/>
            </w:pPr>
            <w:r/>
            <w:r>
              <w:rPr>
                <w:rFonts w:ascii="Times New Roman" w:hAnsi="Times New Roman" w:eastAsia="宋体"/>
                <w:b w:val="0"/>
                <w:sz w:val="21"/>
              </w:rPr>
              <w:t>23</w:t>
            </w:r>
          </w:p>
        </w:tc>
        <w:tc>
          <w:tcPr>
            <w:tcW w:type="dxa" w:w="1439"/>
          </w:tcPr>
          <w:p>
            <w:pPr>
              <w:spacing w:after="20" w:before="20"/>
            </w:pPr>
            <w:r/>
            <w:r>
              <w:rPr>
                <w:rFonts w:ascii="Times New Roman" w:hAnsi="Times New Roman" w:eastAsia="宋体"/>
                <w:b w:val="0"/>
                <w:sz w:val="21"/>
              </w:rPr>
              <w:t>吴湾</w:t>
            </w:r>
          </w:p>
        </w:tc>
        <w:tc>
          <w:tcPr>
            <w:tcW w:type="dxa" w:w="1439"/>
          </w:tcPr>
          <w:p>
            <w:pPr>
              <w:spacing w:after="20" w:before="20"/>
            </w:pPr>
            <w:r/>
            <w:r>
              <w:rPr>
                <w:rFonts w:ascii="Times New Roman" w:hAnsi="Times New Roman" w:eastAsia="宋体"/>
                <w:b w:val="0"/>
                <w:sz w:val="21"/>
              </w:rPr>
              <w:t>北京科技大学</w:t>
            </w:r>
          </w:p>
        </w:tc>
      </w:tr>
      <w:tr>
        <w:tc>
          <w:tcPr>
            <w:tcW w:type="dxa" w:w="1439"/>
          </w:tcPr>
          <w:p>
            <w:pPr>
              <w:spacing w:after="20" w:before="20"/>
            </w:pPr>
            <w:r/>
            <w:r>
              <w:rPr>
                <w:rFonts w:ascii="Times New Roman" w:hAnsi="Times New Roman" w:eastAsia="宋体"/>
                <w:b w:val="0"/>
                <w:sz w:val="21"/>
              </w:rPr>
              <w:t>9</w:t>
            </w:r>
          </w:p>
        </w:tc>
        <w:tc>
          <w:tcPr>
            <w:tcW w:type="dxa" w:w="1439"/>
          </w:tcPr>
          <w:p>
            <w:pPr>
              <w:spacing w:after="20" w:before="20"/>
            </w:pPr>
            <w:r/>
            <w:r>
              <w:rPr>
                <w:rFonts w:ascii="Times New Roman" w:hAnsi="Times New Roman" w:eastAsia="宋体"/>
                <w:b w:val="0"/>
                <w:sz w:val="21"/>
              </w:rPr>
              <w:t>林昕晨</w:t>
            </w:r>
          </w:p>
        </w:tc>
        <w:tc>
          <w:tcPr>
            <w:tcW w:type="dxa" w:w="1439"/>
          </w:tcPr>
          <w:p>
            <w:pPr>
              <w:spacing w:after="20" w:before="20"/>
            </w:pPr>
            <w:r/>
            <w:r>
              <w:rPr>
                <w:rFonts w:ascii="Times New Roman" w:hAnsi="Times New Roman" w:eastAsia="宋体"/>
                <w:b w:val="0"/>
                <w:sz w:val="21"/>
              </w:rPr>
              <w:t>华北电力大学</w:t>
            </w:r>
          </w:p>
        </w:tc>
        <w:tc>
          <w:tcPr>
            <w:tcW w:type="dxa" w:w="1439"/>
          </w:tcPr>
          <w:p>
            <w:pPr>
              <w:spacing w:after="20" w:before="20"/>
            </w:pPr>
            <w:r/>
            <w:r>
              <w:rPr>
                <w:rFonts w:ascii="Times New Roman" w:hAnsi="Times New Roman" w:eastAsia="宋体"/>
                <w:b w:val="0"/>
                <w:sz w:val="21"/>
              </w:rPr>
              <w:t>24</w:t>
            </w:r>
          </w:p>
        </w:tc>
        <w:tc>
          <w:tcPr>
            <w:tcW w:type="dxa" w:w="1439"/>
          </w:tcPr>
          <w:p>
            <w:pPr>
              <w:spacing w:after="20" w:before="20"/>
            </w:pPr>
            <w:r/>
            <w:r>
              <w:rPr>
                <w:rFonts w:ascii="Times New Roman" w:hAnsi="Times New Roman" w:eastAsia="宋体"/>
                <w:b w:val="0"/>
                <w:sz w:val="21"/>
              </w:rPr>
              <w:t>夏昕怡</w:t>
            </w:r>
          </w:p>
        </w:tc>
        <w:tc>
          <w:tcPr>
            <w:tcW w:type="dxa" w:w="1439"/>
          </w:tcPr>
          <w:p>
            <w:pPr>
              <w:spacing w:after="20" w:before="20"/>
            </w:pPr>
            <w:r/>
            <w:r>
              <w:rPr>
                <w:rFonts w:ascii="Times New Roman" w:hAnsi="Times New Roman" w:eastAsia="宋体"/>
                <w:b w:val="0"/>
                <w:sz w:val="21"/>
              </w:rPr>
              <w:t>东北林业大学</w:t>
            </w:r>
          </w:p>
        </w:tc>
      </w:tr>
      <w:tr>
        <w:tc>
          <w:tcPr>
            <w:tcW w:type="dxa" w:w="1439"/>
          </w:tcPr>
          <w:p>
            <w:pPr>
              <w:spacing w:after="20" w:before="20"/>
            </w:pPr>
            <w:r/>
            <w:r>
              <w:rPr>
                <w:rFonts w:ascii="Times New Roman" w:hAnsi="Times New Roman" w:eastAsia="宋体"/>
                <w:b w:val="0"/>
                <w:sz w:val="21"/>
              </w:rPr>
              <w:t>10</w:t>
            </w:r>
          </w:p>
        </w:tc>
        <w:tc>
          <w:tcPr>
            <w:tcW w:type="dxa" w:w="1439"/>
          </w:tcPr>
          <w:p>
            <w:pPr>
              <w:spacing w:after="20" w:before="20"/>
            </w:pPr>
            <w:r/>
            <w:r>
              <w:rPr>
                <w:rFonts w:ascii="Times New Roman" w:hAnsi="Times New Roman" w:eastAsia="宋体"/>
                <w:b w:val="0"/>
                <w:sz w:val="21"/>
              </w:rPr>
              <w:t>刘陈苗</w:t>
            </w:r>
          </w:p>
        </w:tc>
        <w:tc>
          <w:tcPr>
            <w:tcW w:type="dxa" w:w="1439"/>
          </w:tcPr>
          <w:p>
            <w:pPr>
              <w:spacing w:after="20" w:before="20"/>
            </w:pPr>
            <w:r/>
            <w:r>
              <w:rPr>
                <w:rFonts w:ascii="Times New Roman" w:hAnsi="Times New Roman" w:eastAsia="宋体"/>
                <w:b w:val="0"/>
                <w:sz w:val="21"/>
              </w:rPr>
              <w:t>中南财经政法大学</w:t>
            </w:r>
          </w:p>
        </w:tc>
        <w:tc>
          <w:tcPr>
            <w:tcW w:type="dxa" w:w="1439"/>
          </w:tcPr>
          <w:p>
            <w:pPr>
              <w:spacing w:after="20" w:before="20"/>
            </w:pPr>
            <w:r/>
            <w:r>
              <w:rPr>
                <w:rFonts w:ascii="Times New Roman" w:hAnsi="Times New Roman" w:eastAsia="宋体"/>
                <w:b w:val="0"/>
                <w:sz w:val="21"/>
              </w:rPr>
              <w:t>25</w:t>
            </w:r>
          </w:p>
        </w:tc>
        <w:tc>
          <w:tcPr>
            <w:tcW w:type="dxa" w:w="1439"/>
          </w:tcPr>
          <w:p>
            <w:pPr>
              <w:spacing w:after="20" w:before="20"/>
            </w:pPr>
            <w:r/>
            <w:r>
              <w:rPr>
                <w:rFonts w:ascii="Times New Roman" w:hAnsi="Times New Roman" w:eastAsia="宋体"/>
                <w:b w:val="0"/>
                <w:sz w:val="21"/>
              </w:rPr>
              <w:t>颜肇奕</w:t>
            </w:r>
          </w:p>
        </w:tc>
        <w:tc>
          <w:tcPr>
            <w:tcW w:type="dxa" w:w="1439"/>
          </w:tcPr>
          <w:p>
            <w:pPr>
              <w:spacing w:after="20" w:before="20"/>
            </w:pPr>
            <w:r/>
            <w:r>
              <w:rPr>
                <w:rFonts w:ascii="Times New Roman" w:hAnsi="Times New Roman" w:eastAsia="宋体"/>
                <w:b w:val="0"/>
                <w:sz w:val="21"/>
              </w:rPr>
              <w:t>重庆大学</w:t>
            </w:r>
          </w:p>
        </w:tc>
      </w:tr>
      <w:tr>
        <w:tc>
          <w:tcPr>
            <w:tcW w:type="dxa" w:w="1439"/>
          </w:tcPr>
          <w:p>
            <w:pPr>
              <w:spacing w:after="20" w:before="20"/>
            </w:pPr>
            <w:r/>
            <w:r>
              <w:rPr>
                <w:rFonts w:ascii="Times New Roman" w:hAnsi="Times New Roman" w:eastAsia="宋体"/>
                <w:b w:val="0"/>
                <w:sz w:val="21"/>
              </w:rPr>
              <w:t>11</w:t>
            </w:r>
          </w:p>
        </w:tc>
        <w:tc>
          <w:tcPr>
            <w:tcW w:type="dxa" w:w="1439"/>
          </w:tcPr>
          <w:p>
            <w:pPr>
              <w:spacing w:after="20" w:before="20"/>
            </w:pPr>
            <w:r/>
            <w:r>
              <w:rPr>
                <w:rFonts w:ascii="Times New Roman" w:hAnsi="Times New Roman" w:eastAsia="宋体"/>
                <w:b w:val="0"/>
                <w:sz w:val="21"/>
              </w:rPr>
              <w:t>刘胜蓝</w:t>
            </w:r>
          </w:p>
        </w:tc>
        <w:tc>
          <w:tcPr>
            <w:tcW w:type="dxa" w:w="1439"/>
          </w:tcPr>
          <w:p>
            <w:pPr>
              <w:spacing w:after="20" w:before="20"/>
            </w:pPr>
            <w:r/>
            <w:r>
              <w:rPr>
                <w:rFonts w:ascii="Times New Roman" w:hAnsi="Times New Roman" w:eastAsia="宋体"/>
                <w:b w:val="0"/>
                <w:sz w:val="21"/>
              </w:rPr>
              <w:t>武汉大学</w:t>
            </w:r>
          </w:p>
        </w:tc>
        <w:tc>
          <w:tcPr>
            <w:tcW w:type="dxa" w:w="1439"/>
          </w:tcPr>
          <w:p>
            <w:pPr>
              <w:spacing w:after="20" w:before="20"/>
            </w:pPr>
            <w:r/>
            <w:r>
              <w:rPr>
                <w:rFonts w:ascii="Times New Roman" w:hAnsi="Times New Roman" w:eastAsia="宋体"/>
                <w:b w:val="0"/>
                <w:sz w:val="21"/>
              </w:rPr>
              <w:t>26</w:t>
            </w:r>
          </w:p>
        </w:tc>
        <w:tc>
          <w:tcPr>
            <w:tcW w:type="dxa" w:w="1439"/>
          </w:tcPr>
          <w:p>
            <w:pPr>
              <w:spacing w:after="20" w:before="20"/>
            </w:pPr>
            <w:r/>
            <w:r>
              <w:rPr>
                <w:rFonts w:ascii="Times New Roman" w:hAnsi="Times New Roman" w:eastAsia="宋体"/>
                <w:b w:val="0"/>
                <w:sz w:val="21"/>
              </w:rPr>
              <w:t>尹双娇</w:t>
            </w:r>
          </w:p>
        </w:tc>
        <w:tc>
          <w:tcPr>
            <w:tcW w:type="dxa" w:w="1439"/>
          </w:tcPr>
          <w:p>
            <w:pPr>
              <w:spacing w:after="20" w:before="20"/>
            </w:pPr>
            <w:r/>
            <w:r>
              <w:rPr>
                <w:rFonts w:ascii="Times New Roman" w:hAnsi="Times New Roman" w:eastAsia="宋体"/>
                <w:b w:val="0"/>
                <w:sz w:val="21"/>
              </w:rPr>
              <w:t>郑州大学</w:t>
            </w:r>
          </w:p>
        </w:tc>
      </w:tr>
      <w:tr>
        <w:tc>
          <w:tcPr>
            <w:tcW w:type="dxa" w:w="1439"/>
          </w:tcPr>
          <w:p>
            <w:pPr>
              <w:spacing w:after="20" w:before="20"/>
            </w:pPr>
            <w:r/>
            <w:r>
              <w:rPr>
                <w:rFonts w:ascii="Times New Roman" w:hAnsi="Times New Roman" w:eastAsia="宋体"/>
                <w:b w:val="0"/>
                <w:sz w:val="21"/>
              </w:rPr>
              <w:t>12</w:t>
            </w:r>
          </w:p>
        </w:tc>
        <w:tc>
          <w:tcPr>
            <w:tcW w:type="dxa" w:w="1439"/>
          </w:tcPr>
          <w:p>
            <w:pPr>
              <w:spacing w:after="20" w:before="20"/>
            </w:pPr>
            <w:r/>
            <w:r>
              <w:rPr>
                <w:rFonts w:ascii="Times New Roman" w:hAnsi="Times New Roman" w:eastAsia="宋体"/>
                <w:b w:val="0"/>
                <w:sz w:val="21"/>
              </w:rPr>
              <w:t>苏可心</w:t>
            </w:r>
          </w:p>
        </w:tc>
        <w:tc>
          <w:tcPr>
            <w:tcW w:type="dxa" w:w="1439"/>
          </w:tcPr>
          <w:p>
            <w:pPr>
              <w:spacing w:after="20" w:before="20"/>
            </w:pPr>
            <w:r/>
            <w:r>
              <w:rPr>
                <w:rFonts w:ascii="Times New Roman" w:hAnsi="Times New Roman" w:eastAsia="宋体"/>
                <w:b w:val="0"/>
                <w:sz w:val="21"/>
              </w:rPr>
              <w:t>河海大学</w:t>
            </w:r>
          </w:p>
        </w:tc>
        <w:tc>
          <w:tcPr>
            <w:tcW w:type="dxa" w:w="1439"/>
          </w:tcPr>
          <w:p>
            <w:pPr>
              <w:spacing w:after="20" w:before="20"/>
            </w:pPr>
            <w:r/>
            <w:r>
              <w:rPr>
                <w:rFonts w:ascii="Times New Roman" w:hAnsi="Times New Roman" w:eastAsia="宋体"/>
                <w:b w:val="0"/>
                <w:sz w:val="21"/>
              </w:rPr>
              <w:t>27</w:t>
            </w:r>
          </w:p>
        </w:tc>
        <w:tc>
          <w:tcPr>
            <w:tcW w:type="dxa" w:w="1439"/>
          </w:tcPr>
          <w:p>
            <w:pPr>
              <w:spacing w:after="20" w:before="20"/>
            </w:pPr>
            <w:r/>
            <w:r>
              <w:rPr>
                <w:rFonts w:ascii="Times New Roman" w:hAnsi="Times New Roman" w:eastAsia="宋体"/>
                <w:b w:val="0"/>
                <w:sz w:val="21"/>
              </w:rPr>
              <w:t>张乐怡</w:t>
            </w:r>
          </w:p>
        </w:tc>
        <w:tc>
          <w:tcPr>
            <w:tcW w:type="dxa" w:w="1439"/>
          </w:tcPr>
          <w:p>
            <w:pPr>
              <w:spacing w:after="20" w:before="20"/>
            </w:pPr>
            <w:r/>
            <w:r>
              <w:rPr>
                <w:rFonts w:ascii="Times New Roman" w:hAnsi="Times New Roman" w:eastAsia="宋体"/>
                <w:b w:val="0"/>
                <w:sz w:val="21"/>
              </w:rPr>
              <w:t>中国农业大学</w:t>
            </w:r>
          </w:p>
        </w:tc>
      </w:tr>
      <w:tr>
        <w:tc>
          <w:tcPr>
            <w:tcW w:type="dxa" w:w="1439"/>
          </w:tcPr>
          <w:p>
            <w:pPr>
              <w:spacing w:after="20" w:before="20"/>
            </w:pPr>
            <w:r/>
            <w:r>
              <w:rPr>
                <w:rFonts w:ascii="Times New Roman" w:hAnsi="Times New Roman" w:eastAsia="宋体"/>
                <w:b w:val="0"/>
                <w:sz w:val="21"/>
              </w:rPr>
              <w:t>13</w:t>
            </w:r>
          </w:p>
        </w:tc>
        <w:tc>
          <w:tcPr>
            <w:tcW w:type="dxa" w:w="1439"/>
          </w:tcPr>
          <w:p>
            <w:pPr>
              <w:spacing w:after="20" w:before="20"/>
            </w:pPr>
            <w:r/>
            <w:r>
              <w:rPr>
                <w:rFonts w:ascii="Times New Roman" w:hAnsi="Times New Roman" w:eastAsia="宋体"/>
                <w:b w:val="0"/>
                <w:sz w:val="21"/>
              </w:rPr>
              <w:t>孙嘉豪</w:t>
            </w:r>
          </w:p>
        </w:tc>
        <w:tc>
          <w:tcPr>
            <w:tcW w:type="dxa" w:w="1439"/>
          </w:tcPr>
          <w:p>
            <w:pPr>
              <w:spacing w:after="20" w:before="20"/>
            </w:pPr>
            <w:r/>
            <w:r>
              <w:rPr>
                <w:rFonts w:ascii="Times New Roman" w:hAnsi="Times New Roman" w:eastAsia="宋体"/>
                <w:b w:val="0"/>
                <w:sz w:val="21"/>
              </w:rPr>
              <w:t>南京师范大学</w:t>
            </w:r>
          </w:p>
        </w:tc>
        <w:tc>
          <w:tcPr>
            <w:tcW w:type="dxa" w:w="1439"/>
          </w:tcPr>
          <w:p>
            <w:pPr>
              <w:spacing w:after="20" w:before="20"/>
            </w:pPr>
            <w:r/>
            <w:r>
              <w:rPr>
                <w:rFonts w:ascii="Times New Roman" w:hAnsi="Times New Roman" w:eastAsia="宋体"/>
                <w:b w:val="0"/>
                <w:sz w:val="21"/>
              </w:rPr>
              <w:t>28</w:t>
            </w:r>
          </w:p>
        </w:tc>
        <w:tc>
          <w:tcPr>
            <w:tcW w:type="dxa" w:w="1439"/>
          </w:tcPr>
          <w:p>
            <w:pPr>
              <w:spacing w:after="20" w:before="20"/>
            </w:pPr>
            <w:r/>
            <w:r>
              <w:rPr>
                <w:rFonts w:ascii="Times New Roman" w:hAnsi="Times New Roman" w:eastAsia="宋体"/>
                <w:b w:val="0"/>
                <w:sz w:val="21"/>
              </w:rPr>
              <w:t>张泽涵</w:t>
            </w:r>
          </w:p>
        </w:tc>
        <w:tc>
          <w:tcPr>
            <w:tcW w:type="dxa" w:w="1439"/>
          </w:tcPr>
          <w:p>
            <w:pPr>
              <w:spacing w:after="20" w:before="20"/>
            </w:pPr>
            <w:r/>
            <w:r>
              <w:rPr>
                <w:rFonts w:ascii="Times New Roman" w:hAnsi="Times New Roman" w:eastAsia="宋体"/>
                <w:b w:val="0"/>
                <w:sz w:val="21"/>
              </w:rPr>
              <w:t>兰州大学</w:t>
            </w:r>
          </w:p>
        </w:tc>
      </w:tr>
      <w:tr>
        <w:tc>
          <w:tcPr>
            <w:tcW w:type="dxa" w:w="1439"/>
          </w:tcPr>
          <w:p>
            <w:pPr>
              <w:spacing w:after="20" w:before="20"/>
            </w:pPr>
            <w:r/>
            <w:r>
              <w:rPr>
                <w:rFonts w:ascii="Times New Roman" w:hAnsi="Times New Roman" w:eastAsia="宋体"/>
                <w:b w:val="0"/>
                <w:sz w:val="21"/>
              </w:rPr>
              <w:t>14</w:t>
            </w:r>
          </w:p>
        </w:tc>
        <w:tc>
          <w:tcPr>
            <w:tcW w:type="dxa" w:w="1439"/>
          </w:tcPr>
          <w:p>
            <w:pPr>
              <w:spacing w:after="20" w:before="20"/>
            </w:pPr>
            <w:r/>
            <w:r>
              <w:rPr>
                <w:rFonts w:ascii="Times New Roman" w:hAnsi="Times New Roman" w:eastAsia="宋体"/>
                <w:b w:val="0"/>
                <w:sz w:val="21"/>
              </w:rPr>
              <w:t>唐晓飞</w:t>
            </w:r>
          </w:p>
        </w:tc>
        <w:tc>
          <w:tcPr>
            <w:tcW w:type="dxa" w:w="1439"/>
          </w:tcPr>
          <w:p>
            <w:pPr>
              <w:spacing w:after="20" w:before="20"/>
            </w:pPr>
            <w:r/>
            <w:r>
              <w:rPr>
                <w:rFonts w:ascii="Times New Roman" w:hAnsi="Times New Roman" w:eastAsia="宋体"/>
                <w:b w:val="0"/>
                <w:sz w:val="21"/>
              </w:rPr>
              <w:t>东北大学</w:t>
            </w:r>
          </w:p>
        </w:tc>
        <w:tc>
          <w:tcPr>
            <w:tcW w:type="dxa" w:w="1439"/>
          </w:tcPr>
          <w:p>
            <w:pPr>
              <w:spacing w:after="20" w:before="20"/>
            </w:pPr>
            <w:r/>
            <w:r>
              <w:rPr>
                <w:rFonts w:ascii="Times New Roman" w:hAnsi="Times New Roman" w:eastAsia="宋体"/>
                <w:b w:val="0"/>
                <w:sz w:val="21"/>
              </w:rPr>
              <w:t>29</w:t>
            </w:r>
          </w:p>
        </w:tc>
        <w:tc>
          <w:tcPr>
            <w:tcW w:type="dxa" w:w="1439"/>
          </w:tcPr>
          <w:p>
            <w:pPr>
              <w:spacing w:after="20" w:before="20"/>
            </w:pPr>
            <w:r/>
            <w:r>
              <w:rPr>
                <w:rFonts w:ascii="Times New Roman" w:hAnsi="Times New Roman" w:eastAsia="宋体"/>
                <w:b w:val="0"/>
                <w:sz w:val="21"/>
              </w:rPr>
              <w:t>张子怡</w:t>
            </w:r>
          </w:p>
        </w:tc>
        <w:tc>
          <w:tcPr>
            <w:tcW w:type="dxa" w:w="1439"/>
          </w:tcPr>
          <w:p>
            <w:pPr>
              <w:spacing w:after="20" w:before="20"/>
            </w:pPr>
            <w:r/>
            <w:r>
              <w:rPr>
                <w:rFonts w:ascii="Times New Roman" w:hAnsi="Times New Roman" w:eastAsia="宋体"/>
                <w:b w:val="0"/>
                <w:sz w:val="21"/>
              </w:rPr>
              <w:t>天津大学</w:t>
            </w:r>
          </w:p>
        </w:tc>
      </w:tr>
      <w:tr>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万芊宇</w:t>
            </w:r>
          </w:p>
        </w:tc>
        <w:tc>
          <w:tcPr>
            <w:tcW w:type="dxa" w:w="1439"/>
          </w:tcPr>
          <w:p>
            <w:pPr>
              <w:spacing w:after="20" w:before="20"/>
            </w:pPr>
            <w:r/>
            <w:r>
              <w:rPr>
                <w:rFonts w:ascii="Times New Roman" w:hAnsi="Times New Roman" w:eastAsia="宋体"/>
                <w:b w:val="0"/>
                <w:sz w:val="21"/>
              </w:rPr>
              <w:t>兰州大学</w:t>
            </w:r>
          </w:p>
        </w:tc>
        <w:tc>
          <w:tcPr>
            <w:tcW w:type="dxa" w:w="1439"/>
          </w:tcPr>
          <w:p>
            <w:pPr>
              <w:spacing w:after="20" w:before="20"/>
            </w:pPr>
            <w:r/>
            <w:r>
              <w:rPr>
                <w:rFonts w:ascii="Times New Roman" w:hAnsi="Times New Roman" w:eastAsia="宋体"/>
                <w:b w:val="0"/>
                <w:sz w:val="21"/>
              </w:rPr>
              <w:t>30</w:t>
            </w:r>
          </w:p>
        </w:tc>
        <w:tc>
          <w:tcPr>
            <w:tcW w:type="dxa" w:w="1439"/>
          </w:tcPr>
          <w:p>
            <w:pPr>
              <w:spacing w:after="20" w:before="20"/>
            </w:pPr>
            <w:r/>
            <w:r>
              <w:rPr>
                <w:rFonts w:ascii="Times New Roman" w:hAnsi="Times New Roman" w:eastAsia="宋体"/>
                <w:b w:val="0"/>
                <w:sz w:val="21"/>
              </w:rPr>
              <w:t>周妮可</w:t>
            </w:r>
          </w:p>
        </w:tc>
        <w:tc>
          <w:tcPr>
            <w:tcW w:type="dxa" w:w="1439"/>
          </w:tcPr>
          <w:p>
            <w:pPr>
              <w:spacing w:after="20" w:before="20"/>
            </w:pPr>
            <w:r/>
            <w:r>
              <w:rPr>
                <w:rFonts w:ascii="Times New Roman" w:hAnsi="Times New Roman" w:eastAsia="宋体"/>
                <w:b w:val="0"/>
                <w:sz w:val="21"/>
              </w:rPr>
              <w:t>东北林业大学</w:t>
            </w:r>
          </w:p>
        </w:tc>
      </w:tr>
    </w:tbl>
    <w:p>
      <w:pPr>
        <w:spacing w:before="160" w:after="80" w:lineRule="auto" w:line="360"/>
        <w:jc w:val="left"/>
      </w:pPr>
      <w:r>
        <w:rPr>
          <w:rFonts w:ascii="Times New Roman" w:hAnsi="Times New Roman" w:eastAsia="宋体"/>
          <w:b/>
          <w:sz w:val="28"/>
        </w:rPr>
        <w:t>二、其它事项</w:t>
      </w:r>
    </w:p>
    <w:p>
      <w:pPr>
        <w:spacing w:after="80" w:lineRule="auto" w:line="360"/>
        <w:ind w:firstLine="482"/>
        <w:jc w:val="both"/>
      </w:pPr>
      <w:r>
        <w:rPr>
          <w:rFonts w:ascii="Times New Roman" w:hAnsi="Times New Roman" w:eastAsia="宋体"/>
          <w:b w:val="0"/>
          <w:sz w:val="24"/>
        </w:rPr>
        <w:t>1. 本次夏令营学院将为所有参营学生提供夏令营期间的膳食和住宿（住宿时间：7月13日下午至16日上午。房间有基本铺盖，请自备洗漱用品）。参加夏令营的往返旅费请自行解决。</w:t>
      </w:r>
    </w:p>
    <w:p>
      <w:pPr>
        <w:spacing w:after="80" w:lineRule="auto" w:line="360"/>
        <w:ind w:firstLine="482"/>
        <w:jc w:val="both"/>
      </w:pPr>
      <w:r>
        <w:rPr>
          <w:rFonts w:ascii="Times New Roman" w:hAnsi="Times New Roman" w:eastAsia="宋体"/>
          <w:b w:val="0"/>
          <w:sz w:val="24"/>
        </w:rPr>
        <w:t>2. 确定参营后，请务必准时报到，并全程参加夏令营的所有活动。</w:t>
      </w:r>
    </w:p>
    <w:p>
      <w:pPr>
        <w:spacing w:after="80" w:lineRule="auto" w:line="360"/>
        <w:ind w:firstLine="482"/>
        <w:jc w:val="both"/>
      </w:pPr>
      <w:r>
        <w:rPr>
          <w:rFonts w:ascii="Times New Roman" w:hAnsi="Times New Roman" w:eastAsia="宋体"/>
          <w:b w:val="0"/>
          <w:sz w:val="24"/>
        </w:rPr>
        <w:t>3. 为了能够更加深入地了解参营学生的基础知识、技能及研究能力，本次夏令营包含个人展示交流环节。每位学生的展示环节不超过10分钟，请自行准备PPT，内容包括自我介绍以及研究成果展示。研究成果内容不限，但要求是学生独立完成、能够体现出学术能力的研究工作。</w:t>
      </w:r>
    </w:p>
    <w:p>
      <w:pPr>
        <w:spacing w:after="80" w:lineRule="auto" w:line="360"/>
        <w:ind w:firstLine="482"/>
        <w:jc w:val="both"/>
      </w:pPr>
      <w:r>
        <w:rPr>
          <w:rFonts w:ascii="Times New Roman" w:hAnsi="Times New Roman" w:eastAsia="宋体"/>
          <w:b w:val="0"/>
          <w:sz w:val="24"/>
        </w:rPr>
        <w:t>4. 报到时请准备100元现金作为临时餐卡、宿舍钥匙的押金。夏令营结束后，凭押金条、临时餐卡和宿舍钥匙领取押金。</w:t>
      </w:r>
    </w:p>
    <w:p>
      <w:pPr>
        <w:spacing w:after="80" w:lineRule="auto" w:line="360"/>
        <w:ind w:firstLine="482"/>
        <w:jc w:val="both"/>
      </w:pPr>
      <w:r>
        <w:rPr>
          <w:rFonts w:ascii="Times New Roman" w:hAnsi="Times New Roman" w:eastAsia="宋体"/>
          <w:b w:val="0"/>
          <w:sz w:val="24"/>
        </w:rPr>
        <w:t>5. 具体日程安排可能会根据实际情况进行微调，以入营发放的日程表为准。</w:t>
      </w:r>
    </w:p>
    <w:p>
      <w:pPr>
        <w:spacing w:after="80" w:lineRule="auto" w:line="360"/>
        <w:ind w:firstLine="482"/>
        <w:jc w:val="both"/>
      </w:pPr>
      <w:r>
        <w:rPr>
          <w:rFonts w:ascii="Times New Roman" w:hAnsi="Times New Roman" w:eastAsia="宋体"/>
          <w:b w:val="0"/>
          <w:sz w:val="24"/>
        </w:rPr>
        <w:t>6. 未尽事宜可随时与我们联系。</w:t>
      </w:r>
    </w:p>
    <w:p>
      <w:pPr>
        <w:spacing w:after="80" w:lineRule="auto" w:line="360"/>
        <w:ind w:firstLine="482"/>
        <w:jc w:val="both"/>
      </w:pPr>
      <w:r>
        <w:rPr>
          <w:rFonts w:ascii="Times New Roman" w:hAnsi="Times New Roman" w:eastAsia="宋体"/>
          <w:b w:val="0"/>
          <w:sz w:val="24"/>
        </w:rPr>
        <w:t>E-mail：youkairui_ceep@163.com</w:t>
      </w:r>
    </w:p>
    <w:p>
      <w:pPr>
        <w:spacing w:before="160" w:after="80" w:lineRule="auto" w:line="360"/>
        <w:jc w:val="left"/>
      </w:pPr>
      <w:r>
        <w:rPr>
          <w:rFonts w:ascii="Times New Roman" w:hAnsi="Times New Roman" w:eastAsia="宋体"/>
          <w:b/>
          <w:sz w:val="28"/>
        </w:rPr>
        <w:t>三、附1：北京理工大学2026年能源与气候经济学科夏令营参营回执</w:t>
      </w:r>
    </w:p>
    <w:p>
      <w:pPr>
        <w:spacing w:after="80" w:lineRule="auto" w:line="360"/>
        <w:ind w:firstLine="482"/>
        <w:jc w:val="both"/>
      </w:pPr>
      <w:r>
        <w:rPr>
          <w:rFonts w:ascii="Times New Roman" w:hAnsi="Times New Roman" w:eastAsia="宋体"/>
          <w:b w:val="0"/>
          <w:sz w:val="24"/>
        </w:rPr>
        <w:t>北京理工大学能源与气候经济学科2026年优秀大学生暑期夏令营回执</w:t>
      </w:r>
    </w:p>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1. 为保证此次夏令营活动顺利进行，请您安排好自己学习日程。确定参加夏令营而又因故不参加者，将被视为个人诚信问题，请慎重。</w:t>
      </w:r>
    </w:p>
    <w:p>
      <w:pPr>
        <w:spacing w:after="80" w:lineRule="auto" w:line="360"/>
        <w:ind w:firstLine="482"/>
        <w:jc w:val="both"/>
      </w:pPr>
      <w:r>
        <w:rPr>
          <w:rFonts w:ascii="Times New Roman" w:hAnsi="Times New Roman" w:eastAsia="宋体"/>
          <w:b w:val="0"/>
          <w:sz w:val="24"/>
        </w:rPr>
        <w:t>2. 请务必于6月30日24:00前将回执发至youkairui_ceep@163.com，邮件主题格式“学校+姓名+（不）参加夏令营”。未在规定时间内返回回执的，将视为放弃本次夏令营资格。</w:t>
      </w:r>
    </w:p>
    <w:p>
      <w:pPr>
        <w:spacing w:after="80" w:lineRule="auto" w:line="360"/>
        <w:ind w:firstLine="482"/>
        <w:jc w:val="both"/>
      </w:pPr>
      <w:r>
        <w:rPr>
          <w:rFonts w:ascii="Times New Roman" w:hAnsi="Times New Roman" w:eastAsia="宋体"/>
          <w:b w:val="0"/>
          <w:sz w:val="24"/>
        </w:rPr>
        <w:t>回执填写内容包含：姓名、学校、身份证号，以及本人确认全程参加北京理工大学能源与气候经济学科2026年优秀大学生夏令营活动，因本人原因导致不能参加活动而带来的一切后果，本人自负，并需本人签名。</w:t>
      </w:r>
    </w:p>
    <w:p>
      <w:pPr>
        <w:spacing w:before="160" w:after="80" w:lineRule="auto" w:line="360"/>
        <w:jc w:val="left"/>
      </w:pPr>
      <w:r>
        <w:rPr>
          <w:rFonts w:ascii="Times New Roman" w:hAnsi="Times New Roman" w:eastAsia="宋体"/>
          <w:b/>
          <w:sz w:val="28"/>
        </w:rPr>
        <w:t>四、附2：学校位置及乘车路线</w:t>
      </w:r>
    </w:p>
    <w:p>
      <w:pPr>
        <w:spacing w:after="80" w:lineRule="auto" w:line="360"/>
        <w:ind w:firstLine="482"/>
        <w:jc w:val="both"/>
      </w:pPr>
      <w:r>
        <w:rPr>
          <w:rFonts w:ascii="Times New Roman" w:hAnsi="Times New Roman" w:eastAsia="宋体"/>
          <w:b w:val="0"/>
          <w:sz w:val="24"/>
        </w:rPr>
        <w:t>北京理工大学中关村校区位于北京市海淀区中关村南大街5号，东邻中关村南大街，南接魏公村路，西毗苏州桥街，北跨北三环路，与友谊宾馆接壤，处在北京海淀区文化城、中关村科学城和中关村国家自主创新示范区中心地段，地理位置非常便利。</w:t>
      </w:r>
    </w:p>
    <w:p>
      <w:pPr>
        <w:spacing w:after="80" w:lineRule="auto" w:line="360"/>
        <w:ind w:firstLine="482"/>
        <w:jc w:val="both"/>
      </w:pPr>
      <w:r>
        <w:rPr>
          <w:rFonts w:ascii="Times New Roman" w:hAnsi="Times New Roman" w:eastAsia="宋体"/>
          <w:b w:val="0"/>
          <w:sz w:val="24"/>
        </w:rPr>
        <w:t>乘车路线（地铁）：</w:t>
      </w:r>
    </w:p>
    <w:p>
      <w:pPr>
        <w:spacing w:after="80" w:lineRule="auto" w:line="360"/>
        <w:ind w:firstLine="482"/>
        <w:jc w:val="both"/>
      </w:pPr>
      <w:r>
        <w:rPr>
          <w:rFonts w:ascii="Times New Roman" w:hAnsi="Times New Roman" w:eastAsia="宋体"/>
          <w:b w:val="0"/>
          <w:sz w:val="24"/>
        </w:rPr>
        <w:t>1. 北京站：从北京站乘坐地铁2号线，经前门、复兴门等车站至西直门站换乘地铁4号线往安河桥北方向，至魏公村站下车。</w:t>
      </w:r>
    </w:p>
    <w:p>
      <w:pPr>
        <w:spacing w:after="80" w:lineRule="auto" w:line="360"/>
        <w:ind w:firstLine="482"/>
        <w:jc w:val="both"/>
      </w:pPr>
      <w:r>
        <w:rPr>
          <w:rFonts w:ascii="Times New Roman" w:hAnsi="Times New Roman" w:eastAsia="宋体"/>
          <w:b w:val="0"/>
          <w:sz w:val="24"/>
        </w:rPr>
        <w:t>2. 北京西站：从北京西站乘坐地铁9号线往国家图书馆方向至终点站国家图书馆，到对面站台换乘地铁4号线往安河桥北方向，至魏公村站下车。</w:t>
      </w:r>
    </w:p>
    <w:p>
      <w:pPr>
        <w:spacing w:after="80" w:lineRule="auto" w:line="360"/>
        <w:ind w:firstLine="482"/>
        <w:jc w:val="both"/>
      </w:pPr>
      <w:r>
        <w:rPr>
          <w:rFonts w:ascii="Times New Roman" w:hAnsi="Times New Roman" w:eastAsia="宋体"/>
          <w:b w:val="0"/>
          <w:sz w:val="24"/>
        </w:rPr>
        <w:t>3. 北京南站：从北京南站乘坐地铁4号线往安河桥北方向，至魏公村站下车。</w:t>
      </w:r>
    </w:p>
    <w:p>
      <w:pPr>
        <w:spacing w:after="80" w:lineRule="auto" w:line="360"/>
        <w:ind w:firstLine="482"/>
        <w:jc w:val="both"/>
      </w:pPr>
      <w:r>
        <w:rPr>
          <w:rFonts w:ascii="Times New Roman" w:hAnsi="Times New Roman" w:eastAsia="宋体"/>
          <w:b w:val="0"/>
          <w:sz w:val="24"/>
        </w:rPr>
        <w:t>4. 北京丰台站：从北京丰台站乘坐地铁16号线往北安河方向至国家图书馆站，换乘地铁4号线往安河桥北方向，至魏公村站下车。</w:t>
      </w:r>
    </w:p>
    <w:p>
      <w:pPr>
        <w:spacing w:after="80" w:lineRule="auto" w:line="360"/>
        <w:ind w:firstLine="482"/>
        <w:jc w:val="both"/>
      </w:pPr>
      <w:r>
        <w:rPr>
          <w:rFonts w:ascii="Times New Roman" w:hAnsi="Times New Roman" w:eastAsia="宋体"/>
          <w:b w:val="0"/>
          <w:sz w:val="24"/>
        </w:rPr>
        <w:t>5. 首都机场：从首都机场乘坐机场快线至三元桥站换乘地铁10号线外环方向，至海淀黄庄站换乘地铁4号线往天宫院站方向，至魏公村站下车。</w:t>
      </w:r>
    </w:p>
    <w:p>
      <w:pPr>
        <w:spacing w:after="80" w:lineRule="auto" w:line="360"/>
        <w:ind w:firstLine="482"/>
        <w:jc w:val="both"/>
      </w:pPr>
      <w:r>
        <w:rPr>
          <w:rFonts w:ascii="Times New Roman" w:hAnsi="Times New Roman" w:eastAsia="宋体"/>
          <w:b w:val="0"/>
          <w:sz w:val="24"/>
        </w:rPr>
        <w:t>6. 大兴机场：从大兴机场乘坐大兴机场线至草桥站，换乘地铁19号线往牡丹园方向至积水潭站，换乘地铁2号线外环至西直门站，再换乘地铁4号线往安河桥北方向，至魏公村站下车。</w:t>
      </w:r>
    </w:p>
    <w:p>
      <w:pPr>
        <w:spacing w:after="80" w:lineRule="auto" w:line="360"/>
        <w:ind w:firstLine="482"/>
        <w:jc w:val="both"/>
      </w:pPr>
      <w:r>
        <w:rPr>
          <w:rFonts w:ascii="Times New Roman" w:hAnsi="Times New Roman" w:eastAsia="宋体"/>
          <w:b w:val="0"/>
          <w:sz w:val="24"/>
        </w:rPr>
        <w:t>乘坐地铁至魏公村站后，从D出口出站，沿魏公村路向西200米即北京理工大学东南门（带好身份证）。管理学院坐落于北京理工大学主楼（正对东门）。</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