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机械工程学院关于做好2026年推荐优秀应届本科毕业生免试攻读研究生工作的通知</w:t>
      </w:r>
    </w:p>
    <w:p>
      <w:r>
        <w:t>首页 最新通知</w:t>
      </w:r>
    </w:p>
    <w:p>
      <w:r>
        <w:t>机构设置</w:t>
      </w:r>
    </w:p>
    <w:p>
      <w:r>
        <w:t>系所介绍</w:t>
      </w:r>
    </w:p>
    <w:p>
      <w:r>
        <w:t>师资概况</w:t>
      </w:r>
    </w:p>
    <w:p>
      <w:r>
        <w:t>教师名录</w:t>
      </w:r>
    </w:p>
    <w:p>
      <w:r>
        <w:t>招贤纳士</w:t>
      </w:r>
    </w:p>
    <w:p>
      <w:r>
        <w:t>博士后人才</w:t>
      </w:r>
    </w:p>
    <w:p>
      <w:r>
        <w:t>学科科研</w:t>
      </w:r>
    </w:p>
    <w:p>
      <w:r>
        <w:t>重点学科简介</w:t>
      </w:r>
    </w:p>
    <w:p>
      <w:r>
        <w:t>博士后流动站</w:t>
      </w:r>
    </w:p>
    <w:p>
      <w:r>
        <w:t>科研项目</w:t>
      </w:r>
    </w:p>
    <w:p>
      <w:r>
        <w:t>科研成果</w:t>
      </w:r>
    </w:p>
    <w:p>
      <w:r>
        <w:t>科研平台</w:t>
      </w:r>
    </w:p>
    <w:p>
      <w:r>
        <w:t>科研设备</w:t>
      </w:r>
    </w:p>
    <w:p>
      <w:r>
        <w:t>招生简章</w:t>
      </w:r>
    </w:p>
    <w:p>
      <w:r>
        <w:t>教学研究</w:t>
      </w:r>
    </w:p>
    <w:p>
      <w:r>
        <w:t>实践教学</w:t>
      </w:r>
    </w:p>
    <w:p>
      <w:r>
        <w:t>教改试点</w:t>
      </w:r>
    </w:p>
    <w:p>
      <w:r>
        <w:t>教务信息</w:t>
      </w:r>
    </w:p>
    <w:p>
      <w:r>
        <w:t>资料下载</w:t>
      </w:r>
    </w:p>
    <w:p>
      <w:r>
        <w:t>招生工作</w:t>
      </w:r>
    </w:p>
    <w:p>
      <w:r>
        <w:t>招生简章</w:t>
      </w:r>
    </w:p>
    <w:p>
      <w:r>
        <w:t>通知信息</w:t>
      </w:r>
    </w:p>
    <w:p>
      <w:r>
        <w:t>导师空间</w:t>
      </w:r>
    </w:p>
    <w:p>
      <w:r>
        <w:t>硕士生导师</w:t>
      </w:r>
    </w:p>
    <w:p>
      <w:r>
        <w:t>博士生导师</w:t>
      </w:r>
    </w:p>
    <w:p>
      <w:r>
        <w:t>规章制度</w:t>
      </w:r>
    </w:p>
    <w:p>
      <w:r>
        <w:t>文件下载</w:t>
      </w:r>
    </w:p>
    <w:p>
      <w:r>
        <w:t>学生工作</w:t>
      </w:r>
    </w:p>
    <w:p>
      <w:r>
        <w:t>学工动态</w:t>
      </w:r>
    </w:p>
    <w:p>
      <w:r>
        <w:t>就业信息</w:t>
      </w:r>
    </w:p>
    <w:p>
      <w:r>
        <w:t>党建工作</w:t>
      </w:r>
    </w:p>
    <w:p>
      <w:r>
        <w:t>工作动态</w:t>
      </w:r>
    </w:p>
    <w:p>
      <w:r>
        <w:t>组织工作</w:t>
      </w:r>
    </w:p>
    <w:p>
      <w:r>
        <w:t>样板党支部</w:t>
      </w:r>
    </w:p>
    <w:p>
      <w:r>
        <w:t>下载中心</w:t>
      </w:r>
    </w:p>
    <w:p>
      <w:r>
        <w:t>最新通知</w:t>
      </w:r>
    </w:p>
    <w:p>
      <w:r>
        <w:t>学院新闻</w:t>
      </w:r>
    </w:p>
    <w:p>
      <w:r>
        <w:t>采集测试</w:t>
      </w:r>
    </w:p>
    <w:p>
      <w:r>
        <w:t>校友园地</w:t>
      </w:r>
    </w:p>
    <w:p>
      <w:r>
        <w:t>校友工作</w:t>
      </w:r>
    </w:p>
    <w:p>
      <w:r>
        <w:t>全体师生：</w:t>
      </w:r>
    </w:p>
    <w:p>
      <w:r>
        <w:t>为做好我校2026年推荐优秀应届本科毕业生免试攻读研究生（以下简称“推免生”）工作，根据学校主管部门文件《关于做好2026年推荐优秀应届本科毕业生免试攻读研究生工作的通知》（教务函〔2025〕70 号）精神和学校推免生遴选工作领导小组要求，现就做好2026年推免生工作通知如下：</w:t>
      </w:r>
    </w:p>
    <w:p>
      <w:r>
        <w:t>一、机械工程学院推免工作实施细则</w:t>
      </w:r>
    </w:p>
    <w:p>
      <w:r>
        <w:t>参照学校《山东理工大学推荐优秀应届本科毕业生免试攻读研究生管理办法》（鲁理工大政发〔2022〕88号）的要求制定机械工程学院推免工作实施细则，具体细则详见机械学院网站《机械工程学院2026年推荐优秀应届本科毕业生免试攻读研究生实施细则》。</w:t>
      </w:r>
    </w:p>
    <w:p>
      <w:r>
        <w:t>二、推免生名额分配</w:t>
      </w:r>
    </w:p>
    <w:p>
      <w:r>
        <w:t>根据上级有关文件精神，结合我校实际，学校推免生遴选工作领导小组根据各学院应届本科毕业生人数、本科教学质量、学科发展及培优、学校学科专业发展急需、国家战略急需等情况将推荐名额分配到各学院，学院推免工作小组结合我院实际，将推荐名额分配到个专业，具体名额分配如下：</w:t>
      </w:r>
    </w:p>
    <w:p>
      <w:r>
        <w:t>专业</w:t>
      </w:r>
    </w:p>
    <w:p>
      <w:r>
        <w:t>名额</w:t>
      </w:r>
    </w:p>
    <w:p>
      <w:r>
        <w:t>机械设计制造及其自动化</w:t>
      </w:r>
    </w:p>
    <w:p>
      <w:r>
        <w:t>10</w:t>
      </w:r>
    </w:p>
    <w:p>
      <w:r>
        <w:t>机械电子工程专业</w:t>
      </w:r>
    </w:p>
    <w:p>
      <w:r>
        <w:t>6</w:t>
      </w:r>
    </w:p>
    <w:p>
      <w:r>
        <w:t>测控技术与仪器</w:t>
      </w:r>
    </w:p>
    <w:p>
      <w:r>
        <w:t>8</w:t>
      </w:r>
    </w:p>
    <w:p>
      <w:r>
        <w:t>材料成型及控制工程</w:t>
      </w:r>
    </w:p>
    <w:p>
      <w:r>
        <w:t>7</w:t>
      </w:r>
    </w:p>
    <w:p>
      <w:r>
        <w:t>智能制造工程</w:t>
      </w:r>
    </w:p>
    <w:p>
      <w:r>
        <w:t>4</w:t>
      </w:r>
    </w:p>
    <w:p>
      <w:r>
        <w:t>机械设计制造及其自动化（中外）</w:t>
      </w:r>
    </w:p>
    <w:p>
      <w:r>
        <w:t>3</w:t>
      </w:r>
    </w:p>
    <w:p>
      <w:r>
        <w:t>合计</w:t>
      </w:r>
    </w:p>
    <w:p>
      <w:r>
        <w:t>38</w:t>
      </w:r>
    </w:p>
    <w:p/>
    <w:p/>
    <w:p>
      <w:r>
        <w:t>附件1.推免生申请表.doc</w:t>
      </w:r>
    </w:p>
    <w:p>
      <w:r>
        <w:t>附件2.推免生信息汇总表.xls</w:t>
      </w:r>
    </w:p>
    <w:p>
      <w:r>
        <w:t>附件3.推免生承诺书.doc</w:t>
      </w:r>
    </w:p>
    <w:p>
      <w:r>
        <w:t>机械工程学院</w:t>
      </w:r>
    </w:p>
    <w:p>
      <w:r>
        <w:t>2025年9月4日</w:t>
      </w:r>
    </w:p>
    <w:p>
      <w:r>
        <w:t>办公系统·</w:t>
      </w:r>
    </w:p>
    <w:p>
      <w:r>
        <w:t>学校主页</w:t>
      </w:r>
    </w:p>
    <w:p>
      <w:r>
        <w:t>学科科研</w:t>
      </w:r>
    </w:p>
    <w:p>
      <w:r>
        <w:t>学生工作</w:t>
      </w:r>
    </w:p>
    <w:p>
      <w:r>
        <w:t>党建工作</w:t>
      </w:r>
    </w:p>
    <w:p>
      <w:r>
        <w:t>下载中心</w:t>
      </w:r>
    </w:p>
    <w:p>
      <w:r>
        <w:t>最新通知</w:t>
      </w:r>
    </w:p>
    <w:p>
      <w:r>
        <w:t>学院新闻</w:t>
      </w:r>
    </w:p>
    <w:p>
      <w:r>
        <w:t>采集测试</w:t>
      </w:r>
    </w:p>
    <w:p>
      <w:r>
        <w:t>校友园地</w:t>
      </w:r>
    </w:p>
    <w:p>
      <w:r>
        <w:t>机械工程学院关于做好2026年推荐优秀应届本科毕业生免试攻读研究生工作的通知</w:t>
      </w:r>
    </w:p>
    <w:p>
      <w:r>
        <w:t>112</w:t>
      </w:r>
    </w:p>
    <w:p>
      <w:r>
        <w:t>2025-09-04</w:t>
      </w:r>
    </w:p>
    <w:p>
      <w:r>
        <w:t>最新动态</w:t>
      </w:r>
    </w:p>
    <w:p>
      <w:r>
        <w:t>学校官网</w:t>
      </w:r>
    </w:p>
    <w:p>
      <w:r>
        <w:t>│</w:t>
      </w:r>
    </w:p>
    <w:p>
      <w:r>
        <w:t>学院主页</w:t>
      </w:r>
    </w:p>
    <w:p>
      <w:r>
        <w:t>│</w:t>
      </w:r>
    </w:p>
    <w:p>
      <w:r>
        <w:t>学院新闻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