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外国语学院关于推荐2026年优秀应届本科毕业生免试攻读研究生综合评价分与排名的更正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外国语学院对推荐2026年优秀应届本科毕业生免试攻读研究生综合评价分与排名进行更正。更正原因为：2025年9月12日公示的“外国语学院推荐2026年优秀应届本科毕业生免试攻读研究生的综合评价分、排名和初选名单的公示”中，四名同学的学习过程GPA与一名同学的学科竞赛分值在手动录入过程中存在失误。现将相关文件更正后再次公示，公示期自2025年9月14日起，共5天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发布日期：2025年9月14日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一、GPA更正情况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原公示数据与更正后的数据如下：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59"/>
        <w:gridCol w:w="959"/>
        <w:gridCol w:w="959"/>
        <w:gridCol w:w="959"/>
        <w:gridCol w:w="959"/>
        <w:gridCol w:w="959"/>
        <w:gridCol w:w="959"/>
        <w:gridCol w:w="959"/>
        <w:gridCol w:w="959"/>
      </w:tblGrid>
      <w:tr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所在专业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GPA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综合成绩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原专业综合分排名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更正后的专业综合分排名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原备注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更正后的备注</w:t>
            </w:r>
          </w:p>
        </w:tc>
      </w:tr>
      <w:tr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2204408026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李雨萱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翻译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3.81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411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3（无变化）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GPA为3.804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GPA为3.808</w:t>
            </w:r>
          </w:p>
        </w:tc>
      </w:tr>
      <w:tr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2204408027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张馥萱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翻译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3.81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411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4（无变化）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GPA为3.802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GPA为3.805</w:t>
            </w:r>
          </w:p>
        </w:tc>
      </w:tr>
      <w:tr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2204402013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顾雅萱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3.84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409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GPA为3.835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GPA为3.840</w:t>
            </w:r>
          </w:p>
        </w:tc>
      </w:tr>
      <w:tr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2204402019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周予靖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3.84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409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GPA为3.836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GPA为3.838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二、学科竞赛分值更正情况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英语专业梅悦悦同学的2024年全国大学生英语翻译大赛获得二等奖，在手动录入时误录为三等奖，原公示数据以及更正后的数据如下：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原学科竞赛名称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原学科竞赛分值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原综合分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原专业综合分排名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更正后的学科竞赛名称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更正后的学科竞赛分值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更正后的综合分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更正后的专业综合分排名</w:t>
            </w:r>
          </w:p>
        </w:tc>
      </w:tr>
      <w:tr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2204402012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梅悦悦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2024年全国大学生英语翻译大赛三等奖（院定国赛）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402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2024年全国大学生英语翻译大赛二等奖（院定国赛）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407</w:t>
            </w:r>
          </w:p>
        </w:tc>
        <w:tc>
          <w:tcPr>
            <w:tcW w:type="dxa" w:w="785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5（无变化）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三、附件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外国语学院推荐2026年优秀应届本科毕业生免试攻读研究生的综合评价分、排名和初选情况表（2025年9月14日更正版).pdf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苏州大学外国语学院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2025年9月14日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