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信息公告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社会与公共管理学院发布2026年推荐免试研究生提前面试通知。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发布日期：2025年9月11日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一、基本信息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发布单位：社会与公共管理学院。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发布时间：2025-09-11。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地址：上海市梅陇路130号；邮编：200237。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原文未提供申请条件、报名时间、活动时间、接收条件、流程、材料清单、时间节点、名额及联系方式等具体内容。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