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中山大学岭南学院2026届本科毕业生免试攻读研究生学位推荐名单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中山大学岭南学院2026届本科毕业生免试攻读研究生学位推荐名单，发布日期为2025年09月（具体日期未标注）。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发布日期（推定）：2025年9月10日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一、名单人数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总计50人，全部为拟获免试攻读研究生推荐资格。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二、涵盖专业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名单未标注学生所属专业，无法统计专业明细。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三、排名与评分方式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名单按姓氏首字母排序。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未公示排名依据、评分方式及综合成绩。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网页未标注公示期及异议反馈渠道。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五、其他重要说明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名单中50人均为拟获免试攻读研究生推荐资格。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无递补或未通过人员。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