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中国农业科学院2026年推免生拟录取名单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发布日期：未标注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名单人数：总计X人（原文未标注具体人数）。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涵盖专业：原文未标注具体专业信息。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排名/评分方式：原文未标注具体排名或评分方式。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公示期：原文未标注公示期。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其他重要说明：原文未标注其他重要说明。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（注：原文网页内容缺失，无法提取具体名单信息，以上内容基于现有信息整理。）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