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政治与公共管理学院（人民武装学院）2026年推荐优秀应届本科生免试攻读硕士学位研究生拟推荐人选公示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根据《关于公布2026年推荐优秀应届本科生免试攻读硕士学位研究生工作的工作方案》的通知〔2025〕266号文件，学院本着公正、公平、公开原则成立推免工作小组，制定《政治与公共管理学院（人民武装学院）推免生工作实施细则》，成立专家审核小组，并召开线上线下相结合的动员会。在学院宣传动员下，共有19位学生报名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发布日期：2025年9月5日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一、综合成绩评价体系优化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为进一步落实立德树人根本任务，更全面、科学地评价学生综合素质，经学院推免工作领导小组会议研究，决定对2026年推免生综合成绩评价体系进行优化。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在原有综合测评指标基础上，增设“德育表现基础分”（15分），旨在综合评价学生日常思想政治表现、道德素养和社会责任感等持续性的良好表现，该基础分已统一纳入所有参评学生的“综合测评成绩”中。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二、推免生最终成绩构成与推荐结果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推免生最终成绩构成为：学习成绩占70%，综合测评成绩（含德育表现基础分）占30%。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按照最终成绩由高至低进行推荐，确定了2026年推荐优秀应届本科生免试攻读硕士学位研究生的拟推荐人选。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三、公示时间与异议反馈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公示时间：2025年9月5日00:00至9月11日24:00。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如有异议，请在公示期内向纪委办公室或教务办公室反映。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学院纪委办公室电话：18675832414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学院教务办公室电话：0871-65913841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附件：2026年推荐优秀应届本科生免试攻读硕士学位研究生推荐结果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政治与公共管理学院（人民武装学院）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2025年9月5日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