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外国语学院关于推荐2026届优秀本科应届毕业生免试攻读硕士研究生名单的公示</w:t>
      </w:r>
    </w:p>
    <w:p>
      <w:pPr>
        <w:spacing w:after="80" w:lineRule="auto" w:line="360"/>
        <w:ind w:firstLine="482"/>
        <w:jc w:val="both"/>
      </w:pPr>
      <w:r>
        <w:rPr>
          <w:rFonts w:ascii="Times New Roman" w:hAnsi="Times New Roman" w:eastAsia="宋体"/>
          <w:b w:val="0"/>
          <w:sz w:val="24"/>
        </w:rPr>
        <w:t>根据《江汉大学推荐优秀应届本科毕业生免试攻读硕士学位研究生工作管理办法（试行）》（下简称“《办法》”）、《外国语学院推荐2026届优秀本科毕业生免试攻读硕士学位研究生工作实施细则》的相关规定，经学生自主申请、学院推免生遴选工作小组与专家审核小组考核、并经学院党政联席会审议，拟推荐程思雯等4名同学、候补推荐陈静蕾等2名同学免试攻读硕士研究生，特此公示。</w:t>
      </w:r>
    </w:p>
    <w:p>
      <w:pPr>
        <w:spacing w:after="80" w:lineRule="auto" w:line="360"/>
        <w:ind w:firstLine="482"/>
        <w:jc w:val="both"/>
      </w:pPr>
      <w:r>
        <w:rPr>
          <w:rFonts w:ascii="Times New Roman" w:hAnsi="Times New Roman" w:eastAsia="宋体"/>
          <w:b w:val="0"/>
          <w:sz w:val="24"/>
        </w:rPr>
        <w:t>发布日期：2025年9月10日</w:t>
      </w:r>
    </w:p>
    <w:p>
      <w:pPr>
        <w:spacing w:before="160" w:after="80" w:lineRule="auto" w:line="360"/>
        <w:jc w:val="left"/>
      </w:pPr>
      <w:r>
        <w:rPr>
          <w:rFonts w:ascii="Times New Roman" w:hAnsi="Times New Roman" w:eastAsia="宋体"/>
          <w:b/>
          <w:sz w:val="28"/>
        </w:rPr>
        <w:t>一、公示安排</w:t>
      </w:r>
    </w:p>
    <w:p>
      <w:pPr>
        <w:spacing w:after="80" w:lineRule="auto" w:line="360"/>
        <w:ind w:firstLine="482"/>
        <w:jc w:val="both"/>
      </w:pPr>
      <w:r>
        <w:rPr>
          <w:rFonts w:ascii="Times New Roman" w:hAnsi="Times New Roman" w:eastAsia="宋体"/>
          <w:b w:val="0"/>
          <w:sz w:val="24"/>
        </w:rPr>
        <w:t>1. 公示内容：公示信息请查看附件。</w:t>
      </w:r>
    </w:p>
    <w:p>
      <w:pPr>
        <w:spacing w:after="80" w:lineRule="auto" w:line="360"/>
        <w:ind w:firstLine="482"/>
        <w:jc w:val="both"/>
      </w:pPr>
      <w:r>
        <w:rPr>
          <w:rFonts w:ascii="Times New Roman" w:hAnsi="Times New Roman" w:eastAsia="宋体"/>
          <w:b w:val="0"/>
          <w:sz w:val="24"/>
        </w:rPr>
        <w:t>2. 公示时间：2025年9月10日至9月12日。</w:t>
      </w:r>
    </w:p>
    <w:p>
      <w:pPr>
        <w:spacing w:after="80" w:lineRule="auto" w:line="360"/>
        <w:ind w:firstLine="482"/>
        <w:jc w:val="both"/>
      </w:pPr>
      <w:r>
        <w:rPr>
          <w:rFonts w:ascii="Times New Roman" w:hAnsi="Times New Roman" w:eastAsia="宋体"/>
          <w:b w:val="0"/>
          <w:sz w:val="24"/>
        </w:rPr>
        <w:t>3. 异议受理：公示期间如有异议，请以书面形式向我院推免生遴选工作小组反映。非实名、无具体事实材料的或逾期提出异议的，不予受理。</w:t>
      </w:r>
    </w:p>
    <w:p>
      <w:pPr>
        <w:spacing w:before="160" w:after="80" w:lineRule="auto" w:line="360"/>
        <w:jc w:val="left"/>
      </w:pPr>
      <w:r>
        <w:rPr>
          <w:rFonts w:ascii="Times New Roman" w:hAnsi="Times New Roman" w:eastAsia="宋体"/>
          <w:b/>
          <w:sz w:val="28"/>
        </w:rPr>
        <w:t>二、联系方式</w:t>
      </w:r>
    </w:p>
    <w:p>
      <w:pPr>
        <w:spacing w:after="80" w:lineRule="auto" w:line="360"/>
        <w:ind w:firstLine="482"/>
        <w:jc w:val="both"/>
      </w:pPr>
      <w:r>
        <w:rPr>
          <w:rFonts w:ascii="Times New Roman" w:hAnsi="Times New Roman" w:eastAsia="宋体"/>
          <w:b w:val="0"/>
          <w:sz w:val="24"/>
        </w:rPr>
        <w:t>1. 联系人：熊书林</w:t>
      </w:r>
    </w:p>
    <w:p>
      <w:pPr>
        <w:spacing w:after="80" w:lineRule="auto" w:line="360"/>
        <w:ind w:firstLine="482"/>
        <w:jc w:val="both"/>
      </w:pPr>
      <w:r>
        <w:rPr>
          <w:rFonts w:ascii="Times New Roman" w:hAnsi="Times New Roman" w:eastAsia="宋体"/>
          <w:b w:val="0"/>
          <w:sz w:val="24"/>
        </w:rPr>
        <w:t>2. 联系电话：027-84226787-881</w:t>
      </w:r>
    </w:p>
    <w:p>
      <w:pPr>
        <w:spacing w:after="80" w:lineRule="auto" w:line="360"/>
        <w:ind w:firstLine="482"/>
        <w:jc w:val="both"/>
      </w:pPr>
      <w:r>
        <w:rPr>
          <w:rFonts w:ascii="Times New Roman" w:hAnsi="Times New Roman" w:eastAsia="宋体"/>
          <w:b w:val="0"/>
          <w:sz w:val="24"/>
        </w:rPr>
        <w:t>3. 办公地址：J03A411</w:t>
      </w:r>
    </w:p>
    <w:p>
      <w:pPr>
        <w:spacing w:before="160" w:after="80" w:lineRule="auto" w:line="360"/>
        <w:jc w:val="left"/>
      </w:pPr>
      <w:r>
        <w:rPr>
          <w:rFonts w:ascii="Times New Roman" w:hAnsi="Times New Roman" w:eastAsia="宋体"/>
          <w:b/>
          <w:sz w:val="28"/>
        </w:rPr>
        <w:t>三、附件</w:t>
      </w:r>
    </w:p>
    <w:p>
      <w:pPr>
        <w:spacing w:after="80" w:lineRule="auto" w:line="360"/>
        <w:ind w:firstLine="482"/>
        <w:jc w:val="both"/>
      </w:pPr>
      <w:r>
        <w:rPr>
          <w:rFonts w:ascii="Times New Roman" w:hAnsi="Times New Roman" w:eastAsia="宋体"/>
          <w:b w:val="0"/>
          <w:sz w:val="24"/>
        </w:rPr>
        <w:t>1. 《2026届应届毕业生推免生名单》</w:t>
      </w:r>
    </w:p>
    <w:p>
      <w:pPr>
        <w:spacing w:after="80" w:lineRule="auto" w:line="360"/>
        <w:ind w:firstLine="482"/>
        <w:jc w:val="both"/>
      </w:pPr>
      <w:r>
        <w:rPr>
          <w:rFonts w:ascii="Times New Roman" w:hAnsi="Times New Roman" w:eastAsia="宋体"/>
          <w:b w:val="0"/>
          <w:sz w:val="24"/>
        </w:rPr>
        <w:t>2. 外国语学院2026届应届毕业生推免生名单.docx</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