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2026届教师教育学院推荐免试攻读硕士学位研究生结果公示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2026届教师教育学院推荐免试攻读硕士学位研究生结果公示，发布日期：2025-09-05。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依据《2026届教师教育学院推荐免试攻读硕士学位研究生工作实施细则》（教院〔2025〕3号），公布推免结果。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推免结果详见附件《教师教育学院2026届研究生推免名单公示.xlsx》。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二、公示时间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公示期为2025年9月5日16:00至9月8日10:00。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三、异议反馈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如有异议，请联系教育楼418刘老师。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联系方式：电话876000872，手机19518636706（676706）。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四、发布单位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宁波大学教师教育学院。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地址：浙江省宁波市风华路616号，邮编：315211。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