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﻿</w:t>
      </w:r>
    </w:p>
    <w:p>
      <w:r>
        <w:t>宁夏大学主页</w:t>
      </w:r>
    </w:p>
    <w:p>
      <w:r>
        <w:t>学部地图</w:t>
      </w:r>
    </w:p>
    <w:p>
      <w:r>
        <w:t>通知公告</w:t>
      </w:r>
    </w:p>
    <w:p>
      <w:r>
        <w:t>通知公告</w:t>
      </w:r>
    </w:p>
    <w:p>
      <w:r>
        <w:t>通知公告</w:t>
      </w:r>
    </w:p>
    <w:p>
      <w:r>
        <w:t>通知公告</w:t>
      </w:r>
    </w:p>
    <w:p>
      <w:r>
        <w:t>您当前所在位置</w:t>
      </w:r>
    </w:p>
    <w:p>
      <w:r>
        <w:t>通知公告</w:t>
      </w:r>
    </w:p>
    <w:p>
      <w:r>
        <w:t>正文</w:t>
      </w:r>
    </w:p>
    <w:p>
      <w:r>
        <w:t>生命与食品学部各学院2025年推免工作实施细则</w:t>
      </w:r>
    </w:p>
    <w:p>
      <w:r>
        <w:t>详情请见附件。</w:t>
      </w:r>
    </w:p>
    <w:p>
      <w:r>
        <w:t>附件【动物科技学院2025年推免工作实施细则.pdf】已下载 次</w:t>
      </w:r>
    </w:p>
    <w:p>
      <w:r>
        <w:t>附件【生命科学学院2025年推免工作实施细则.pdf】已下载 次</w:t>
      </w:r>
    </w:p>
    <w:p>
      <w:r>
        <w:t>附件【食品科学与工程学院2025年推免工作实施细则.pdf】已下载 次</w:t>
      </w:r>
    </w:p>
    <w:p>
      <w:r>
        <w:t>联系我们</w:t>
      </w:r>
    </w:p>
    <w:p>
      <w:r>
        <w:t>地址：宁夏银川市西夏区贺兰山西路539号</w:t>
      </w:r>
    </w:p>
    <w:p>
      <w:r>
        <w:t>电话：0951-2062129</w:t>
      </w:r>
    </w:p>
    <w:p>
      <w:r>
        <w:t>邮编：750021</w:t>
      </w:r>
    </w:p>
    <w:p>
      <w:r>
        <w:t>邮箱：smyspxb@nxu.edu.cn</w:t>
      </w:r>
    </w:p>
    <w:p>
      <w:r>
        <w:t>官方微信</w:t>
      </w:r>
    </w:p>
    <w:p>
      <w:r>
        <w:t>宁ICP备05002185号-1Copyright © 宁夏大学 宁公网安备64010502000131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