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机械工程学院推荐优秀应届本科毕业生免试攻读硕士研究生工作细则（公示版）.docx</w:t>
      </w:r>
    </w:p>
    <w:p>
      <w:pPr>
        <w:spacing w:after="80" w:lineRule="auto" w:line="360"/>
        <w:ind w:firstLine="482"/>
        <w:jc w:val="both"/>
      </w:pPr>
      <w:r>
        <w:rPr>
          <w:rFonts w:ascii="Times New Roman" w:hAnsi="Times New Roman" w:eastAsia="宋体"/>
          <w:b w:val="0"/>
          <w:sz w:val="24"/>
        </w:rPr>
        <w:t>经机械工程学院研究生推免工作小组审定，报学院党政联席会讨论通过，现将《机械工程学院推荐优秀应届本科毕业生免试攻读硕士研究生工作细则》予以公示。</w:t>
      </w:r>
    </w:p>
    <w:p>
      <w:pPr>
        <w:spacing w:after="80" w:lineRule="auto" w:line="360"/>
        <w:ind w:firstLine="482"/>
        <w:jc w:val="both"/>
      </w:pPr>
      <w:r>
        <w:rPr>
          <w:rFonts w:ascii="Times New Roman" w:hAnsi="Times New Roman" w:eastAsia="宋体"/>
          <w:b w:val="0"/>
          <w:sz w:val="24"/>
        </w:rPr>
        <w:t>发布日期：2025年10月31日</w:t>
      </w:r>
    </w:p>
    <w:p>
      <w:pPr>
        <w:spacing w:before="160" w:after="80" w:lineRule="auto" w:line="360"/>
        <w:jc w:val="left"/>
      </w:pPr>
      <w:r>
        <w:rPr>
          <w:rFonts w:ascii="Times New Roman" w:hAnsi="Times New Roman" w:eastAsia="宋体"/>
          <w:b/>
          <w:sz w:val="28"/>
        </w:rPr>
        <w:t>一、公示期</w:t>
      </w:r>
    </w:p>
    <w:p>
      <w:pPr>
        <w:spacing w:after="80" w:lineRule="auto" w:line="360"/>
        <w:ind w:firstLine="482"/>
        <w:jc w:val="both"/>
      </w:pPr>
      <w:r>
        <w:rPr>
          <w:rFonts w:ascii="Times New Roman" w:hAnsi="Times New Roman" w:eastAsia="宋体"/>
          <w:b w:val="0"/>
          <w:sz w:val="24"/>
        </w:rPr>
        <w:t>2025年10月31日至2025年11月2日。</w:t>
      </w:r>
    </w:p>
    <w:p>
      <w:pPr>
        <w:spacing w:before="160" w:after="80" w:lineRule="auto" w:line="360"/>
        <w:jc w:val="left"/>
      </w:pPr>
      <w:r>
        <w:rPr>
          <w:rFonts w:ascii="Times New Roman" w:hAnsi="Times New Roman" w:eastAsia="宋体"/>
          <w:b/>
          <w:sz w:val="28"/>
        </w:rPr>
        <w:t>二、联系方式</w:t>
      </w:r>
    </w:p>
    <w:p>
      <w:pPr>
        <w:spacing w:before="160" w:after="80" w:lineRule="auto" w:line="360"/>
        <w:jc w:val="left"/>
      </w:pPr>
      <w:r>
        <w:rPr>
          <w:rFonts w:ascii="Times New Roman" w:hAnsi="Times New Roman" w:eastAsia="宋体"/>
          <w:b/>
          <w:sz w:val="28"/>
        </w:rPr>
        <w:t>三、相关附件</w:t>
      </w:r>
    </w:p>
    <w:p>
      <w:pPr>
        <w:spacing w:after="80" w:lineRule="auto" w:line="360"/>
        <w:ind w:firstLine="482"/>
        <w:jc w:val="both"/>
      </w:pPr>
      <w:r>
        <w:rPr>
          <w:rFonts w:ascii="Times New Roman" w:hAnsi="Times New Roman" w:eastAsia="宋体"/>
          <w:b w:val="0"/>
          <w:sz w:val="24"/>
        </w:rPr>
        <w:t>机械工程学院推荐优秀应届本科毕业生免试攻读硕士研究生工作细则（公示版）.docx</w:t>
      </w:r>
    </w:p>
    <w:p>
      <w:pPr>
        <w:spacing w:after="80" w:lineRule="auto" w:line="360"/>
        <w:ind w:firstLine="482"/>
        <w:jc w:val="both"/>
      </w:pPr>
      <w:r>
        <w:rPr>
          <w:rFonts w:ascii="Times New Roman" w:hAnsi="Times New Roman" w:eastAsia="宋体"/>
          <w:b w:val="0"/>
          <w:sz w:val="24"/>
        </w:rPr>
        <w:t>机械工程学院</w:t>
      </w:r>
    </w:p>
    <w:p>
      <w:pPr>
        <w:spacing w:after="80" w:lineRule="auto" w:line="360"/>
        <w:ind w:firstLine="482"/>
        <w:jc w:val="both"/>
      </w:pPr>
      <w:r>
        <w:rPr>
          <w:rFonts w:ascii="Times New Roman" w:hAnsi="Times New Roman" w:eastAsia="宋体"/>
          <w:b w:val="0"/>
          <w:sz w:val="24"/>
        </w:rPr>
        <w:t>研究生推荐工作小组</w:t>
      </w:r>
    </w:p>
    <w:p>
      <w:pPr>
        <w:spacing w:after="80" w:lineRule="auto" w:line="360"/>
        <w:ind w:firstLine="482"/>
        <w:jc w:val="both"/>
      </w:pPr>
      <w:r>
        <w:rPr>
          <w:rFonts w:ascii="Times New Roman" w:hAnsi="Times New Roman" w:eastAsia="宋体"/>
          <w:b w:val="0"/>
          <w:sz w:val="24"/>
        </w:rPr>
        <w:t>2025年10月31日</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