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北京理工大学工商管理学科2026年优秀大学生</w:t>
      </w:r>
    </w:p>
    <w:p>
      <w:pPr>
        <w:spacing w:after="80" w:lineRule="auto" w:line="360"/>
        <w:ind w:firstLine="482"/>
        <w:jc w:val="both"/>
      </w:pPr>
      <w:r>
        <w:rPr>
          <w:rFonts w:ascii="Times New Roman" w:hAnsi="Times New Roman" w:eastAsia="宋体"/>
          <w:b w:val="0"/>
          <w:sz w:val="24"/>
        </w:rPr>
        <w:t>北京理工大学工商管理学科2026年全国优秀大学生夏令营活动将于2026年7月14日至7月16日举行。此次夏令营活动旨在促进中国高校工商管理相关学科优秀大学生之间的学术交流，加强大学生与我校该领域专家、学者的联系，并从中选拔优秀学生继续深造。</w:t>
      </w:r>
    </w:p>
    <w:p>
      <w:pPr>
        <w:spacing w:after="80" w:lineRule="auto" w:line="360"/>
        <w:ind w:firstLine="482"/>
        <w:jc w:val="both"/>
      </w:pPr>
      <w:r>
        <w:rPr>
          <w:rFonts w:ascii="Times New Roman" w:hAnsi="Times New Roman" w:eastAsia="宋体"/>
          <w:b w:val="0"/>
          <w:sz w:val="24"/>
        </w:rPr>
        <w:t>发布日期：2026年7月14日</w:t>
      </w:r>
    </w:p>
    <w:p>
      <w:pPr>
        <w:spacing w:after="80" w:lineRule="auto" w:line="360"/>
        <w:ind w:firstLine="482"/>
        <w:jc w:val="both"/>
      </w:pPr>
      <w:r>
        <w:rPr>
          <w:rFonts w:ascii="Times New Roman" w:hAnsi="Times New Roman" w:eastAsia="宋体"/>
          <w:b w:val="0"/>
          <w:sz w:val="24"/>
        </w:rPr>
        <w:t>此次夏令营活动共收到814份国内高校大学生发来的申请。经学科组初审，初步确定拟录取以下学生（按学校拼音排序）参加我校工商管理学科夏令营活动。此次夏令营活动线下进行，拟安排日程附后。未能录取夏令营活动的学生，请继续关注北京理工大学2026年9月份的推免工作。</w:t>
      </w:r>
    </w:p>
    <w:p>
      <w:pPr>
        <w:spacing w:before="160" w:after="80" w:lineRule="auto" w:line="360"/>
        <w:jc w:val="left"/>
      </w:pPr>
      <w:r>
        <w:rPr>
          <w:rFonts w:ascii="Times New Roman" w:hAnsi="Times New Roman" w:eastAsia="宋体"/>
          <w:b/>
          <w:sz w:val="28"/>
        </w:rPr>
        <w:t>一、参营确认要求</w:t>
      </w:r>
    </w:p>
    <w:p>
      <w:pPr>
        <w:spacing w:after="80" w:lineRule="auto" w:line="360"/>
        <w:ind w:firstLine="482"/>
        <w:jc w:val="both"/>
      </w:pPr>
      <w:r>
        <w:rPr>
          <w:rFonts w:ascii="Times New Roman" w:hAnsi="Times New Roman" w:eastAsia="宋体"/>
          <w:b w:val="0"/>
          <w:sz w:val="24"/>
        </w:rPr>
        <w:t>1. 为保证此次夏令营活动顺利进行，请安排好学习日程。实在因为课程、考试等原因无法参加此次活动的同学，务请如实告知。确定参加而又因故不参加，将被视为个人诚信问题，请慎重。</w:t>
      </w:r>
    </w:p>
    <w:p>
      <w:pPr>
        <w:spacing w:after="80" w:lineRule="auto" w:line="360"/>
        <w:ind w:firstLine="482"/>
        <w:jc w:val="both"/>
      </w:pPr>
      <w:r>
        <w:rPr>
          <w:rFonts w:ascii="Times New Roman" w:hAnsi="Times New Roman" w:eastAsia="宋体"/>
          <w:b w:val="0"/>
          <w:sz w:val="24"/>
        </w:rPr>
        <w:t>2. 请务必于6月30日24:00前发送回执至邮箱liufangyjs@163.com，回执内容为“姓名+学校+是否参营”，邮件主题格式为“姓名+学校+是否参营”。</w:t>
      </w:r>
    </w:p>
    <w:p>
      <w:pPr>
        <w:spacing w:after="80" w:lineRule="auto" w:line="360"/>
        <w:ind w:firstLine="482"/>
        <w:jc w:val="both"/>
      </w:pPr>
      <w:r>
        <w:rPr>
          <w:rFonts w:ascii="Times New Roman" w:hAnsi="Times New Roman" w:eastAsia="宋体"/>
          <w:b w:val="0"/>
          <w:sz w:val="24"/>
        </w:rPr>
        <w:t>3. 若因故无法参加，也建议邮件告知学科组负责老师。</w:t>
      </w:r>
    </w:p>
    <w:p>
      <w:pPr>
        <w:spacing w:after="80" w:lineRule="auto" w:line="360"/>
        <w:ind w:firstLine="482"/>
        <w:jc w:val="both"/>
      </w:pPr>
      <w:r>
        <w:rPr>
          <w:rFonts w:ascii="Times New Roman" w:hAnsi="Times New Roman" w:eastAsia="宋体"/>
          <w:b w:val="0"/>
          <w:sz w:val="24"/>
        </w:rPr>
        <w:t>4. 未能在6月30日24时前确认的，视为自动放弃参营资格。</w:t>
      </w:r>
    </w:p>
    <w:p>
      <w:pPr>
        <w:spacing w:before="160" w:after="80" w:lineRule="auto" w:line="360"/>
        <w:jc w:val="left"/>
      </w:pPr>
      <w:r>
        <w:rPr>
          <w:rFonts w:ascii="Times New Roman" w:hAnsi="Times New Roman" w:eastAsia="宋体"/>
          <w:b/>
          <w:sz w:val="28"/>
        </w:rPr>
        <w:t>二、拟入营学生名单</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性别</w:t>
            </w:r>
          </w:p>
        </w:tc>
        <w:tc>
          <w:tcPr>
            <w:tcW w:type="dxa" w:w="1727"/>
          </w:tcPr>
          <w:p>
            <w:pPr>
              <w:spacing w:after="20" w:before="20"/>
            </w:pPr>
            <w:r/>
            <w:r>
              <w:rPr>
                <w:rFonts w:ascii="Times New Roman" w:hAnsi="Times New Roman" w:eastAsia="宋体"/>
                <w:b/>
                <w:sz w:val="21"/>
              </w:rPr>
              <w:t>学校</w:t>
            </w:r>
          </w:p>
        </w:tc>
        <w:tc>
          <w:tcPr>
            <w:tcW w:type="dxa" w:w="1727"/>
          </w:tcPr>
          <w:p>
            <w:pPr>
              <w:spacing w:after="20" w:before="20"/>
            </w:pPr>
            <w:r/>
            <w:r>
              <w:rPr>
                <w:rFonts w:ascii="Times New Roman" w:hAnsi="Times New Roman" w:eastAsia="宋体"/>
                <w:b/>
                <w:sz w:val="21"/>
              </w:rPr>
              <w:t>本科就读专业</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戴宇昕</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北京化工大学</w:t>
            </w:r>
          </w:p>
        </w:tc>
        <w:tc>
          <w:tcPr>
            <w:tcW w:type="dxa" w:w="1727"/>
          </w:tcPr>
          <w:p>
            <w:pPr>
              <w:spacing w:after="20" w:before="20"/>
            </w:pPr>
            <w:r/>
            <w:r>
              <w:rPr>
                <w:rFonts w:ascii="Times New Roman" w:hAnsi="Times New Roman" w:eastAsia="宋体"/>
                <w:b w:val="0"/>
                <w:sz w:val="21"/>
              </w:rPr>
              <w:t>工商管理</w:t>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阿米尔江·阿不都力米提</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北京交通大学</w:t>
            </w:r>
          </w:p>
        </w:tc>
        <w:tc>
          <w:tcPr>
            <w:tcW w:type="dxa" w:w="1727"/>
          </w:tcPr>
          <w:p>
            <w:pPr>
              <w:spacing w:after="20" w:before="20"/>
            </w:pPr>
            <w:r/>
            <w:r>
              <w:rPr>
                <w:rFonts w:ascii="Times New Roman" w:hAnsi="Times New Roman" w:eastAsia="宋体"/>
                <w:b w:val="0"/>
                <w:sz w:val="21"/>
              </w:rPr>
              <w:t>工商管理</w:t>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闫宇杰</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北京交通大学</w:t>
            </w:r>
          </w:p>
        </w:tc>
        <w:tc>
          <w:tcPr>
            <w:tcW w:type="dxa" w:w="1727"/>
          </w:tcPr>
          <w:p>
            <w:pPr>
              <w:spacing w:after="20" w:before="20"/>
            </w:pPr>
            <w:r/>
            <w:r>
              <w:rPr>
                <w:rFonts w:ascii="Times New Roman" w:hAnsi="Times New Roman" w:eastAsia="宋体"/>
                <w:b w:val="0"/>
                <w:sz w:val="21"/>
              </w:rPr>
              <w:t>会计学</w:t>
            </w:r>
          </w:p>
        </w:tc>
      </w:tr>
      <w:tr>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邓羽萱</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北京邮电大学</w:t>
            </w:r>
          </w:p>
        </w:tc>
        <w:tc>
          <w:tcPr>
            <w:tcW w:type="dxa" w:w="1727"/>
          </w:tcPr>
          <w:p>
            <w:pPr>
              <w:spacing w:after="20" w:before="20"/>
            </w:pPr>
            <w:r/>
            <w:r>
              <w:rPr>
                <w:rFonts w:ascii="Times New Roman" w:hAnsi="Times New Roman" w:eastAsia="宋体"/>
                <w:b w:val="0"/>
                <w:sz w:val="21"/>
              </w:rPr>
              <w:t>公共事业管理专业</w:t>
            </w:r>
          </w:p>
        </w:tc>
      </w:tr>
      <w:tr>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t>潘昱臻</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东北大学</w:t>
            </w:r>
          </w:p>
        </w:tc>
        <w:tc>
          <w:tcPr>
            <w:tcW w:type="dxa" w:w="1727"/>
          </w:tcPr>
          <w:p>
            <w:pPr>
              <w:spacing w:after="20" w:before="20"/>
            </w:pPr>
            <w:r/>
            <w:r>
              <w:rPr>
                <w:rFonts w:ascii="Times New Roman" w:hAnsi="Times New Roman" w:eastAsia="宋体"/>
                <w:b w:val="0"/>
                <w:sz w:val="21"/>
              </w:rPr>
              <w:t>工商管理</w:t>
            </w:r>
          </w:p>
        </w:tc>
      </w:tr>
      <w:tr>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苏钰佳</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哈尔滨工程大学</w:t>
            </w:r>
          </w:p>
        </w:tc>
        <w:tc>
          <w:tcPr>
            <w:tcW w:type="dxa" w:w="1727"/>
          </w:tcPr>
          <w:p>
            <w:pPr>
              <w:spacing w:after="20" w:before="20"/>
            </w:pPr>
            <w:r/>
            <w:r>
              <w:rPr>
                <w:rFonts w:ascii="Times New Roman" w:hAnsi="Times New Roman" w:eastAsia="宋体"/>
                <w:b w:val="0"/>
                <w:sz w:val="21"/>
              </w:rPr>
              <w:t>工商管理</w:t>
            </w:r>
          </w:p>
        </w:tc>
      </w:tr>
      <w:tr>
        <w:tc>
          <w:tcPr>
            <w:tcW w:type="dxa" w:w="1727"/>
          </w:tcPr>
          <w:p>
            <w:pPr>
              <w:spacing w:after="20" w:before="20"/>
            </w:pPr>
            <w:r/>
            <w:r>
              <w:rPr>
                <w:rFonts w:ascii="Times New Roman" w:hAnsi="Times New Roman" w:eastAsia="宋体"/>
                <w:b w:val="0"/>
                <w:sz w:val="21"/>
              </w:rPr>
              <w:t>7</w:t>
            </w:r>
          </w:p>
        </w:tc>
        <w:tc>
          <w:tcPr>
            <w:tcW w:type="dxa" w:w="1727"/>
          </w:tcPr>
          <w:p>
            <w:pPr>
              <w:spacing w:after="20" w:before="20"/>
            </w:pPr>
            <w:r/>
            <w:r>
              <w:rPr>
                <w:rFonts w:ascii="Times New Roman" w:hAnsi="Times New Roman" w:eastAsia="宋体"/>
                <w:b w:val="0"/>
                <w:sz w:val="21"/>
              </w:rPr>
              <w:t>沈兰惠</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河海大学</w:t>
            </w:r>
          </w:p>
        </w:tc>
        <w:tc>
          <w:tcPr>
            <w:tcW w:type="dxa" w:w="1727"/>
          </w:tcPr>
          <w:p>
            <w:pPr>
              <w:spacing w:after="20" w:before="20"/>
            </w:pPr>
            <w:r/>
            <w:r>
              <w:rPr>
                <w:rFonts w:ascii="Times New Roman" w:hAnsi="Times New Roman" w:eastAsia="宋体"/>
                <w:b w:val="0"/>
                <w:sz w:val="21"/>
              </w:rPr>
              <w:t>人力资源管理专业</w:t>
            </w:r>
          </w:p>
        </w:tc>
      </w:tr>
      <w:tr>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姜景译</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华北电力大学</w:t>
            </w:r>
          </w:p>
        </w:tc>
        <w:tc>
          <w:tcPr>
            <w:tcW w:type="dxa" w:w="1727"/>
          </w:tcPr>
          <w:p>
            <w:pPr>
              <w:spacing w:after="20" w:before="20"/>
            </w:pPr>
            <w:r/>
            <w:r>
              <w:rPr>
                <w:rFonts w:ascii="Times New Roman" w:hAnsi="Times New Roman" w:eastAsia="宋体"/>
                <w:b w:val="0"/>
                <w:sz w:val="21"/>
              </w:rPr>
              <w:t>信息管理与信息系统</w:t>
            </w:r>
          </w:p>
        </w:tc>
      </w:tr>
      <w:tr>
        <w:tc>
          <w:tcPr>
            <w:tcW w:type="dxa" w:w="1727"/>
          </w:tcPr>
          <w:p>
            <w:pPr>
              <w:spacing w:after="20" w:before="20"/>
            </w:pPr>
            <w:r/>
            <w:r>
              <w:rPr>
                <w:rFonts w:ascii="Times New Roman" w:hAnsi="Times New Roman" w:eastAsia="宋体"/>
                <w:b w:val="0"/>
                <w:sz w:val="21"/>
              </w:rPr>
              <w:t>9</w:t>
            </w:r>
          </w:p>
        </w:tc>
        <w:tc>
          <w:tcPr>
            <w:tcW w:type="dxa" w:w="1727"/>
          </w:tcPr>
          <w:p>
            <w:pPr>
              <w:spacing w:after="20" w:before="20"/>
            </w:pPr>
            <w:r/>
            <w:r>
              <w:rPr>
                <w:rFonts w:ascii="Times New Roman" w:hAnsi="Times New Roman" w:eastAsia="宋体"/>
                <w:b w:val="0"/>
                <w:sz w:val="21"/>
              </w:rPr>
              <w:t>何恒</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吉林大学</w:t>
            </w:r>
          </w:p>
        </w:tc>
        <w:tc>
          <w:tcPr>
            <w:tcW w:type="dxa" w:w="1727"/>
          </w:tcPr>
          <w:p>
            <w:pPr>
              <w:spacing w:after="20" w:before="20"/>
            </w:pPr>
            <w:r/>
            <w:r>
              <w:rPr>
                <w:rFonts w:ascii="Times New Roman" w:hAnsi="Times New Roman" w:eastAsia="宋体"/>
                <w:b w:val="0"/>
                <w:sz w:val="21"/>
              </w:rPr>
              <w:t>工商管理（数字经济与投资管理）</w:t>
            </w:r>
          </w:p>
        </w:tc>
      </w:tr>
      <w:tr>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林灿昱</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吉林大学</w:t>
            </w:r>
          </w:p>
        </w:tc>
        <w:tc>
          <w:tcPr>
            <w:tcW w:type="dxa" w:w="1727"/>
          </w:tcPr>
          <w:p>
            <w:pPr>
              <w:spacing w:after="20" w:before="20"/>
            </w:pPr>
            <w:r/>
            <w:r>
              <w:rPr>
                <w:rFonts w:ascii="Times New Roman" w:hAnsi="Times New Roman" w:eastAsia="宋体"/>
                <w:b w:val="0"/>
                <w:sz w:val="21"/>
              </w:rPr>
              <w:t>财务管理</w:t>
            </w:r>
          </w:p>
        </w:tc>
      </w:tr>
      <w:tr>
        <w:tc>
          <w:tcPr>
            <w:tcW w:type="dxa" w:w="1727"/>
          </w:tcPr>
          <w:p>
            <w:pPr>
              <w:spacing w:after="20" w:before="20"/>
            </w:pPr>
            <w:r/>
            <w:r>
              <w:rPr>
                <w:rFonts w:ascii="Times New Roman" w:hAnsi="Times New Roman" w:eastAsia="宋体"/>
                <w:b w:val="0"/>
                <w:sz w:val="21"/>
              </w:rPr>
              <w:t>11</w:t>
            </w:r>
          </w:p>
        </w:tc>
        <w:tc>
          <w:tcPr>
            <w:tcW w:type="dxa" w:w="1727"/>
          </w:tcPr>
          <w:p>
            <w:pPr>
              <w:spacing w:after="20" w:before="20"/>
            </w:pPr>
            <w:r/>
            <w:r>
              <w:rPr>
                <w:rFonts w:ascii="Times New Roman" w:hAnsi="Times New Roman" w:eastAsia="宋体"/>
                <w:b w:val="0"/>
                <w:sz w:val="21"/>
              </w:rPr>
              <w:t>聂阳</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吉林大学</w:t>
            </w:r>
          </w:p>
        </w:tc>
        <w:tc>
          <w:tcPr>
            <w:tcW w:type="dxa" w:w="1727"/>
          </w:tcPr>
          <w:p>
            <w:pPr>
              <w:spacing w:after="20" w:before="20"/>
            </w:pPr>
            <w:r/>
            <w:r>
              <w:rPr>
                <w:rFonts w:ascii="Times New Roman" w:hAnsi="Times New Roman" w:eastAsia="宋体"/>
                <w:b w:val="0"/>
                <w:sz w:val="21"/>
              </w:rPr>
              <w:t>工商管理（战略与运营管理）</w:t>
            </w:r>
          </w:p>
        </w:tc>
      </w:tr>
      <w:tr>
        <w:tc>
          <w:tcPr>
            <w:tcW w:type="dxa" w:w="1727"/>
          </w:tcPr>
          <w:p>
            <w:pPr>
              <w:spacing w:after="20" w:before="20"/>
            </w:pPr>
            <w:r/>
            <w:r>
              <w:rPr>
                <w:rFonts w:ascii="Times New Roman" w:hAnsi="Times New Roman" w:eastAsia="宋体"/>
                <w:b w:val="0"/>
                <w:sz w:val="21"/>
              </w:rPr>
              <w:t>12</w:t>
            </w:r>
          </w:p>
        </w:tc>
        <w:tc>
          <w:tcPr>
            <w:tcW w:type="dxa" w:w="1727"/>
          </w:tcPr>
          <w:p>
            <w:pPr>
              <w:spacing w:after="20" w:before="20"/>
            </w:pPr>
            <w:r/>
            <w:r>
              <w:rPr>
                <w:rFonts w:ascii="Times New Roman" w:hAnsi="Times New Roman" w:eastAsia="宋体"/>
                <w:b w:val="0"/>
                <w:sz w:val="21"/>
              </w:rPr>
              <w:t>李思佳</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兰州大学</w:t>
            </w:r>
          </w:p>
        </w:tc>
        <w:tc>
          <w:tcPr>
            <w:tcW w:type="dxa" w:w="1727"/>
          </w:tcPr>
          <w:p>
            <w:pPr>
              <w:spacing w:after="20" w:before="20"/>
            </w:pPr>
            <w:r/>
            <w:r>
              <w:rPr>
                <w:rFonts w:ascii="Times New Roman" w:hAnsi="Times New Roman" w:eastAsia="宋体"/>
                <w:b w:val="0"/>
                <w:sz w:val="21"/>
              </w:rPr>
              <w:t>管理学基地班</w:t>
            </w:r>
          </w:p>
        </w:tc>
      </w:tr>
      <w:tr>
        <w:tc>
          <w:tcPr>
            <w:tcW w:type="dxa" w:w="1727"/>
          </w:tcPr>
          <w:p>
            <w:pPr>
              <w:spacing w:after="20" w:before="20"/>
            </w:pPr>
            <w:r/>
            <w:r>
              <w:rPr>
                <w:rFonts w:ascii="Times New Roman" w:hAnsi="Times New Roman" w:eastAsia="宋体"/>
                <w:b w:val="0"/>
                <w:sz w:val="21"/>
              </w:rPr>
              <w:t>13</w:t>
            </w:r>
          </w:p>
        </w:tc>
        <w:tc>
          <w:tcPr>
            <w:tcW w:type="dxa" w:w="1727"/>
          </w:tcPr>
          <w:p>
            <w:pPr>
              <w:spacing w:after="20" w:before="20"/>
            </w:pPr>
            <w:r/>
            <w:r>
              <w:rPr>
                <w:rFonts w:ascii="Times New Roman" w:hAnsi="Times New Roman" w:eastAsia="宋体"/>
                <w:b w:val="0"/>
                <w:sz w:val="21"/>
              </w:rPr>
              <w:t>张译心</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南京航空航天大学</w:t>
            </w:r>
          </w:p>
        </w:tc>
        <w:tc>
          <w:tcPr>
            <w:tcW w:type="dxa" w:w="1727"/>
          </w:tcPr>
          <w:p>
            <w:pPr>
              <w:spacing w:after="20" w:before="20"/>
            </w:pPr>
            <w:r/>
            <w:r>
              <w:rPr>
                <w:rFonts w:ascii="Times New Roman" w:hAnsi="Times New Roman" w:eastAsia="宋体"/>
                <w:b w:val="0"/>
                <w:sz w:val="21"/>
              </w:rPr>
              <w:t>国际经济与贸易</w:t>
            </w:r>
          </w:p>
        </w:tc>
      </w:tr>
      <w:tr>
        <w:tc>
          <w:tcPr>
            <w:tcW w:type="dxa" w:w="1727"/>
          </w:tcPr>
          <w:p>
            <w:pPr>
              <w:spacing w:after="20" w:before="20"/>
            </w:pPr>
            <w:r/>
            <w:r>
              <w:rPr>
                <w:rFonts w:ascii="Times New Roman" w:hAnsi="Times New Roman" w:eastAsia="宋体"/>
                <w:b w:val="0"/>
                <w:sz w:val="21"/>
              </w:rPr>
              <w:t>14</w:t>
            </w:r>
          </w:p>
        </w:tc>
        <w:tc>
          <w:tcPr>
            <w:tcW w:type="dxa" w:w="1727"/>
          </w:tcPr>
          <w:p>
            <w:pPr>
              <w:spacing w:after="20" w:before="20"/>
            </w:pPr>
            <w:r/>
            <w:r>
              <w:rPr>
                <w:rFonts w:ascii="Times New Roman" w:hAnsi="Times New Roman" w:eastAsia="宋体"/>
                <w:b w:val="0"/>
                <w:sz w:val="21"/>
              </w:rPr>
              <w:t>赵馨怡</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南京农业大学</w:t>
            </w:r>
          </w:p>
        </w:tc>
        <w:tc>
          <w:tcPr>
            <w:tcW w:type="dxa" w:w="1727"/>
          </w:tcPr>
          <w:p>
            <w:pPr>
              <w:spacing w:after="20" w:before="20"/>
            </w:pPr>
            <w:r/>
            <w:r>
              <w:rPr>
                <w:rFonts w:ascii="Times New Roman" w:hAnsi="Times New Roman" w:eastAsia="宋体"/>
                <w:b w:val="0"/>
                <w:sz w:val="21"/>
              </w:rPr>
              <w:t>市场营销</w:t>
            </w:r>
          </w:p>
        </w:tc>
      </w:tr>
      <w:tr>
        <w:tc>
          <w:tcPr>
            <w:tcW w:type="dxa" w:w="1727"/>
          </w:tcPr>
          <w:p>
            <w:pPr>
              <w:spacing w:after="20" w:before="20"/>
            </w:pPr>
            <w:r/>
            <w:r>
              <w:rPr>
                <w:rFonts w:ascii="Times New Roman" w:hAnsi="Times New Roman" w:eastAsia="宋体"/>
                <w:b w:val="0"/>
                <w:sz w:val="21"/>
              </w:rPr>
              <w:t>15</w:t>
            </w:r>
          </w:p>
        </w:tc>
        <w:tc>
          <w:tcPr>
            <w:tcW w:type="dxa" w:w="1727"/>
          </w:tcPr>
          <w:p>
            <w:pPr>
              <w:spacing w:after="20" w:before="20"/>
            </w:pPr>
            <w:r/>
            <w:r>
              <w:rPr>
                <w:rFonts w:ascii="Times New Roman" w:hAnsi="Times New Roman" w:eastAsia="宋体"/>
                <w:b w:val="0"/>
                <w:sz w:val="21"/>
              </w:rPr>
              <w:t>张哲毓</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南开大学</w:t>
            </w:r>
          </w:p>
        </w:tc>
        <w:tc>
          <w:tcPr>
            <w:tcW w:type="dxa" w:w="1727"/>
          </w:tcPr>
          <w:p>
            <w:pPr>
              <w:spacing w:after="20" w:before="20"/>
            </w:pPr>
            <w:r/>
            <w:r>
              <w:rPr>
                <w:rFonts w:ascii="Times New Roman" w:hAnsi="Times New Roman" w:eastAsia="宋体"/>
                <w:b w:val="0"/>
                <w:sz w:val="21"/>
              </w:rPr>
              <w:t>财务管理</w:t>
            </w:r>
          </w:p>
        </w:tc>
      </w:tr>
      <w:tr>
        <w:tc>
          <w:tcPr>
            <w:tcW w:type="dxa" w:w="1727"/>
          </w:tcPr>
          <w:p>
            <w:pPr>
              <w:spacing w:after="20" w:before="20"/>
            </w:pPr>
            <w:r/>
            <w:r>
              <w:rPr>
                <w:rFonts w:ascii="Times New Roman" w:hAnsi="Times New Roman" w:eastAsia="宋体"/>
                <w:b w:val="0"/>
                <w:sz w:val="21"/>
              </w:rPr>
              <w:t>16</w:t>
            </w:r>
          </w:p>
        </w:tc>
        <w:tc>
          <w:tcPr>
            <w:tcW w:type="dxa" w:w="1727"/>
          </w:tcPr>
          <w:p>
            <w:pPr>
              <w:spacing w:after="20" w:before="20"/>
            </w:pPr>
            <w:r/>
            <w:r>
              <w:rPr>
                <w:rFonts w:ascii="Times New Roman" w:hAnsi="Times New Roman" w:eastAsia="宋体"/>
                <w:b w:val="0"/>
                <w:sz w:val="21"/>
              </w:rPr>
              <w:t>范书聿</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山东大学</w:t>
            </w:r>
          </w:p>
        </w:tc>
        <w:tc>
          <w:tcPr>
            <w:tcW w:type="dxa" w:w="1727"/>
          </w:tcPr>
          <w:p>
            <w:pPr>
              <w:spacing w:after="20" w:before="20"/>
            </w:pPr>
            <w:r/>
            <w:r>
              <w:rPr>
                <w:rFonts w:ascii="Times New Roman" w:hAnsi="Times New Roman" w:eastAsia="宋体"/>
                <w:b w:val="0"/>
                <w:sz w:val="21"/>
              </w:rPr>
              <w:t>工商管理（国际商务方向）</w:t>
            </w:r>
          </w:p>
        </w:tc>
      </w:tr>
      <w:tr>
        <w:tc>
          <w:tcPr>
            <w:tcW w:type="dxa" w:w="1727"/>
          </w:tcPr>
          <w:p>
            <w:pPr>
              <w:spacing w:after="20" w:before="20"/>
            </w:pPr>
            <w:r/>
            <w:r>
              <w:rPr>
                <w:rFonts w:ascii="Times New Roman" w:hAnsi="Times New Roman" w:eastAsia="宋体"/>
                <w:b w:val="0"/>
                <w:sz w:val="21"/>
              </w:rPr>
              <w:t>17</w:t>
            </w:r>
          </w:p>
        </w:tc>
        <w:tc>
          <w:tcPr>
            <w:tcW w:type="dxa" w:w="1727"/>
          </w:tcPr>
          <w:p>
            <w:pPr>
              <w:spacing w:after="20" w:before="20"/>
            </w:pPr>
            <w:r/>
            <w:r>
              <w:rPr>
                <w:rFonts w:ascii="Times New Roman" w:hAnsi="Times New Roman" w:eastAsia="宋体"/>
                <w:b w:val="0"/>
                <w:sz w:val="21"/>
              </w:rPr>
              <w:t>廖梦晗</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四川大学</w:t>
            </w:r>
          </w:p>
        </w:tc>
        <w:tc>
          <w:tcPr>
            <w:tcW w:type="dxa" w:w="1727"/>
          </w:tcPr>
          <w:p>
            <w:pPr>
              <w:spacing w:after="20" w:before="20"/>
            </w:pPr>
            <w:r/>
            <w:r>
              <w:rPr>
                <w:rFonts w:ascii="Times New Roman" w:hAnsi="Times New Roman" w:eastAsia="宋体"/>
                <w:b w:val="0"/>
                <w:sz w:val="21"/>
              </w:rPr>
              <w:t>财务管理</w:t>
            </w:r>
          </w:p>
        </w:tc>
      </w:tr>
      <w:tr>
        <w:tc>
          <w:tcPr>
            <w:tcW w:type="dxa" w:w="1727"/>
          </w:tcPr>
          <w:p>
            <w:pPr>
              <w:spacing w:after="20" w:before="20"/>
            </w:pPr>
            <w:r/>
            <w:r>
              <w:rPr>
                <w:rFonts w:ascii="Times New Roman" w:hAnsi="Times New Roman" w:eastAsia="宋体"/>
                <w:b w:val="0"/>
                <w:sz w:val="21"/>
              </w:rPr>
              <w:t>18</w:t>
            </w:r>
          </w:p>
        </w:tc>
        <w:tc>
          <w:tcPr>
            <w:tcW w:type="dxa" w:w="1727"/>
          </w:tcPr>
          <w:p>
            <w:pPr>
              <w:spacing w:after="20" w:before="20"/>
            </w:pPr>
            <w:r/>
            <w:r>
              <w:rPr>
                <w:rFonts w:ascii="Times New Roman" w:hAnsi="Times New Roman" w:eastAsia="宋体"/>
                <w:b w:val="0"/>
                <w:sz w:val="21"/>
              </w:rPr>
              <w:t>吴圣豪</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四川大学</w:t>
            </w:r>
          </w:p>
        </w:tc>
        <w:tc>
          <w:tcPr>
            <w:tcW w:type="dxa" w:w="1727"/>
          </w:tcPr>
          <w:p>
            <w:pPr>
              <w:spacing w:after="20" w:before="20"/>
            </w:pPr>
            <w:r/>
            <w:r>
              <w:rPr>
                <w:rFonts w:ascii="Times New Roman" w:hAnsi="Times New Roman" w:eastAsia="宋体"/>
                <w:b w:val="0"/>
                <w:sz w:val="21"/>
              </w:rPr>
              <w:t>人力资源管理</w:t>
            </w:r>
          </w:p>
        </w:tc>
      </w:tr>
      <w:tr>
        <w:tc>
          <w:tcPr>
            <w:tcW w:type="dxa" w:w="1727"/>
          </w:tcPr>
          <w:p>
            <w:pPr>
              <w:spacing w:after="20" w:before="20"/>
            </w:pPr>
            <w:r/>
            <w:r>
              <w:rPr>
                <w:rFonts w:ascii="Times New Roman" w:hAnsi="Times New Roman" w:eastAsia="宋体"/>
                <w:b w:val="0"/>
                <w:sz w:val="21"/>
              </w:rPr>
              <w:t>19</w:t>
            </w:r>
          </w:p>
        </w:tc>
        <w:tc>
          <w:tcPr>
            <w:tcW w:type="dxa" w:w="1727"/>
          </w:tcPr>
          <w:p>
            <w:pPr>
              <w:spacing w:after="20" w:before="20"/>
            </w:pPr>
            <w:r/>
            <w:r>
              <w:rPr>
                <w:rFonts w:ascii="Times New Roman" w:hAnsi="Times New Roman" w:eastAsia="宋体"/>
                <w:b w:val="0"/>
                <w:sz w:val="21"/>
              </w:rPr>
              <w:t>孙都</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武汉理工大学</w:t>
            </w:r>
          </w:p>
        </w:tc>
        <w:tc>
          <w:tcPr>
            <w:tcW w:type="dxa" w:w="1727"/>
          </w:tcPr>
          <w:p>
            <w:pPr>
              <w:spacing w:after="20" w:before="20"/>
            </w:pPr>
            <w:r/>
            <w:r>
              <w:rPr>
                <w:rFonts w:ascii="Times New Roman" w:hAnsi="Times New Roman" w:eastAsia="宋体"/>
                <w:b w:val="0"/>
                <w:sz w:val="21"/>
              </w:rPr>
              <w:t>会计学</w:t>
            </w:r>
          </w:p>
        </w:tc>
      </w:tr>
      <w:tr>
        <w:tc>
          <w:tcPr>
            <w:tcW w:type="dxa" w:w="1727"/>
          </w:tcPr>
          <w:p>
            <w:pPr>
              <w:spacing w:after="20" w:before="20"/>
            </w:pPr>
            <w:r/>
            <w:r>
              <w:rPr>
                <w:rFonts w:ascii="Times New Roman" w:hAnsi="Times New Roman" w:eastAsia="宋体"/>
                <w:b w:val="0"/>
                <w:sz w:val="21"/>
              </w:rPr>
              <w:t>20</w:t>
            </w:r>
          </w:p>
        </w:tc>
        <w:tc>
          <w:tcPr>
            <w:tcW w:type="dxa" w:w="1727"/>
          </w:tcPr>
          <w:p>
            <w:pPr>
              <w:spacing w:after="20" w:before="20"/>
            </w:pPr>
            <w:r/>
            <w:r>
              <w:rPr>
                <w:rFonts w:ascii="Times New Roman" w:hAnsi="Times New Roman" w:eastAsia="宋体"/>
                <w:b w:val="0"/>
                <w:sz w:val="21"/>
              </w:rPr>
              <w:t>周世豪</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武汉理工大学</w:t>
            </w:r>
          </w:p>
        </w:tc>
        <w:tc>
          <w:tcPr>
            <w:tcW w:type="dxa" w:w="1727"/>
          </w:tcPr>
          <w:p>
            <w:pPr>
              <w:spacing w:after="20" w:before="20"/>
            </w:pPr>
            <w:r/>
            <w:r>
              <w:rPr>
                <w:rFonts w:ascii="Times New Roman" w:hAnsi="Times New Roman" w:eastAsia="宋体"/>
                <w:b w:val="0"/>
                <w:sz w:val="21"/>
              </w:rPr>
              <w:t>市场营销</w:t>
            </w:r>
          </w:p>
        </w:tc>
      </w:tr>
      <w:tr>
        <w:tc>
          <w:tcPr>
            <w:tcW w:type="dxa" w:w="1727"/>
          </w:tcPr>
          <w:p>
            <w:pPr>
              <w:spacing w:after="20" w:before="20"/>
            </w:pPr>
            <w:r/>
            <w:r>
              <w:rPr>
                <w:rFonts w:ascii="Times New Roman" w:hAnsi="Times New Roman" w:eastAsia="宋体"/>
                <w:b w:val="0"/>
                <w:sz w:val="21"/>
              </w:rPr>
              <w:t>21</w:t>
            </w:r>
          </w:p>
        </w:tc>
        <w:tc>
          <w:tcPr>
            <w:tcW w:type="dxa" w:w="1727"/>
          </w:tcPr>
          <w:p>
            <w:pPr>
              <w:spacing w:after="20" w:before="20"/>
            </w:pPr>
            <w:r/>
            <w:r>
              <w:rPr>
                <w:rFonts w:ascii="Times New Roman" w:hAnsi="Times New Roman" w:eastAsia="宋体"/>
                <w:b w:val="0"/>
                <w:sz w:val="21"/>
              </w:rPr>
              <w:t>陈曦</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西北工业大学</w:t>
            </w:r>
          </w:p>
        </w:tc>
        <w:tc>
          <w:tcPr>
            <w:tcW w:type="dxa" w:w="1727"/>
          </w:tcPr>
          <w:p>
            <w:pPr>
              <w:spacing w:after="20" w:before="20"/>
            </w:pPr>
            <w:r/>
            <w:r>
              <w:rPr>
                <w:rFonts w:ascii="Times New Roman" w:hAnsi="Times New Roman" w:eastAsia="宋体"/>
                <w:b w:val="0"/>
                <w:sz w:val="21"/>
              </w:rPr>
              <w:t>会计学（ACCA方向班）</w:t>
            </w:r>
          </w:p>
        </w:tc>
      </w:tr>
      <w:tr>
        <w:tc>
          <w:tcPr>
            <w:tcW w:type="dxa" w:w="1727"/>
          </w:tcPr>
          <w:p>
            <w:pPr>
              <w:spacing w:after="20" w:before="20"/>
            </w:pPr>
            <w:r/>
            <w:r>
              <w:rPr>
                <w:rFonts w:ascii="Times New Roman" w:hAnsi="Times New Roman" w:eastAsia="宋体"/>
                <w:b w:val="0"/>
                <w:sz w:val="21"/>
              </w:rPr>
              <w:t>22</w:t>
            </w:r>
          </w:p>
        </w:tc>
        <w:tc>
          <w:tcPr>
            <w:tcW w:type="dxa" w:w="1727"/>
          </w:tcPr>
          <w:p>
            <w:pPr>
              <w:spacing w:after="20" w:before="20"/>
            </w:pPr>
            <w:r/>
            <w:r>
              <w:rPr>
                <w:rFonts w:ascii="Times New Roman" w:hAnsi="Times New Roman" w:eastAsia="宋体"/>
                <w:b w:val="0"/>
                <w:sz w:val="21"/>
              </w:rPr>
              <w:t>李艾璐</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西南大学</w:t>
            </w:r>
          </w:p>
        </w:tc>
        <w:tc>
          <w:tcPr>
            <w:tcW w:type="dxa" w:w="1727"/>
          </w:tcPr>
          <w:p>
            <w:pPr>
              <w:spacing w:after="20" w:before="20"/>
            </w:pPr>
            <w:r/>
            <w:r>
              <w:rPr>
                <w:rFonts w:ascii="Times New Roman" w:hAnsi="Times New Roman" w:eastAsia="宋体"/>
                <w:b w:val="0"/>
                <w:sz w:val="21"/>
              </w:rPr>
              <w:t>会计学</w:t>
            </w:r>
          </w:p>
        </w:tc>
      </w:tr>
      <w:tr>
        <w:tc>
          <w:tcPr>
            <w:tcW w:type="dxa" w:w="1727"/>
          </w:tcPr>
          <w:p>
            <w:pPr>
              <w:spacing w:after="20" w:before="20"/>
            </w:pPr>
            <w:r/>
            <w:r>
              <w:rPr>
                <w:rFonts w:ascii="Times New Roman" w:hAnsi="Times New Roman" w:eastAsia="宋体"/>
                <w:b w:val="0"/>
                <w:sz w:val="21"/>
              </w:rPr>
              <w:t>23</w:t>
            </w:r>
          </w:p>
        </w:tc>
        <w:tc>
          <w:tcPr>
            <w:tcW w:type="dxa" w:w="1727"/>
          </w:tcPr>
          <w:p>
            <w:pPr>
              <w:spacing w:after="20" w:before="20"/>
            </w:pPr>
            <w:r/>
            <w:r>
              <w:rPr>
                <w:rFonts w:ascii="Times New Roman" w:hAnsi="Times New Roman" w:eastAsia="宋体"/>
                <w:b w:val="0"/>
                <w:sz w:val="21"/>
              </w:rPr>
              <w:t>刘尔东</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中国地质大学（武汉）</w:t>
            </w:r>
          </w:p>
        </w:tc>
        <w:tc>
          <w:tcPr>
            <w:tcW w:type="dxa" w:w="1727"/>
          </w:tcPr>
          <w:p>
            <w:pPr>
              <w:spacing w:after="20" w:before="20"/>
            </w:pPr>
            <w:r/>
            <w:r>
              <w:rPr>
                <w:rFonts w:ascii="Times New Roman" w:hAnsi="Times New Roman" w:eastAsia="宋体"/>
                <w:b w:val="0"/>
                <w:sz w:val="21"/>
              </w:rPr>
              <w:t>工商管理（双语）</w:t>
            </w:r>
          </w:p>
        </w:tc>
      </w:tr>
      <w:tr>
        <w:tc>
          <w:tcPr>
            <w:tcW w:type="dxa" w:w="1727"/>
          </w:tcPr>
          <w:p>
            <w:pPr>
              <w:spacing w:after="20" w:before="20"/>
            </w:pPr>
            <w:r/>
            <w:r>
              <w:rPr>
                <w:rFonts w:ascii="Times New Roman" w:hAnsi="Times New Roman" w:eastAsia="宋体"/>
                <w:b w:val="0"/>
                <w:sz w:val="21"/>
              </w:rPr>
              <w:t>24</w:t>
            </w:r>
          </w:p>
        </w:tc>
        <w:tc>
          <w:tcPr>
            <w:tcW w:type="dxa" w:w="1727"/>
          </w:tcPr>
          <w:p>
            <w:pPr>
              <w:spacing w:after="20" w:before="20"/>
            </w:pPr>
            <w:r/>
            <w:r>
              <w:rPr>
                <w:rFonts w:ascii="Times New Roman" w:hAnsi="Times New Roman" w:eastAsia="宋体"/>
                <w:b w:val="0"/>
                <w:sz w:val="21"/>
              </w:rPr>
              <w:t>张铁岩</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中国矿业大学</w:t>
            </w:r>
          </w:p>
        </w:tc>
        <w:tc>
          <w:tcPr>
            <w:tcW w:type="dxa" w:w="1727"/>
          </w:tcPr>
          <w:p>
            <w:pPr>
              <w:spacing w:after="20" w:before="20"/>
            </w:pPr>
            <w:r/>
            <w:r>
              <w:rPr>
                <w:rFonts w:ascii="Times New Roman" w:hAnsi="Times New Roman" w:eastAsia="宋体"/>
                <w:b w:val="0"/>
                <w:sz w:val="21"/>
              </w:rPr>
              <w:t>市场营销</w:t>
            </w:r>
          </w:p>
        </w:tc>
      </w:tr>
      <w:tr>
        <w:tc>
          <w:tcPr>
            <w:tcW w:type="dxa" w:w="1727"/>
          </w:tcPr>
          <w:p>
            <w:pPr>
              <w:spacing w:after="20" w:before="20"/>
            </w:pPr>
            <w:r/>
            <w:r>
              <w:rPr>
                <w:rFonts w:ascii="Times New Roman" w:hAnsi="Times New Roman" w:eastAsia="宋体"/>
                <w:b w:val="0"/>
                <w:sz w:val="21"/>
              </w:rPr>
              <w:t>25</w:t>
            </w:r>
          </w:p>
        </w:tc>
        <w:tc>
          <w:tcPr>
            <w:tcW w:type="dxa" w:w="1727"/>
          </w:tcPr>
          <w:p>
            <w:pPr>
              <w:spacing w:after="20" w:before="20"/>
            </w:pPr>
            <w:r/>
            <w:r>
              <w:rPr>
                <w:rFonts w:ascii="Times New Roman" w:hAnsi="Times New Roman" w:eastAsia="宋体"/>
                <w:b w:val="0"/>
                <w:sz w:val="21"/>
              </w:rPr>
              <w:t>刘妍彤</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中国矿业大学（北京）</w:t>
            </w:r>
          </w:p>
        </w:tc>
        <w:tc>
          <w:tcPr>
            <w:tcW w:type="dxa" w:w="1727"/>
          </w:tcPr>
          <w:p>
            <w:pPr>
              <w:spacing w:after="20" w:before="20"/>
            </w:pPr>
            <w:r/>
            <w:r>
              <w:rPr>
                <w:rFonts w:ascii="Times New Roman" w:hAnsi="Times New Roman" w:eastAsia="宋体"/>
                <w:b w:val="0"/>
                <w:sz w:val="21"/>
              </w:rPr>
              <w:t>会计学</w:t>
            </w:r>
          </w:p>
        </w:tc>
      </w:tr>
      <w:tr>
        <w:tc>
          <w:tcPr>
            <w:tcW w:type="dxa" w:w="1727"/>
          </w:tcPr>
          <w:p>
            <w:pPr>
              <w:spacing w:after="20" w:before="20"/>
            </w:pPr>
            <w:r/>
            <w:r>
              <w:rPr>
                <w:rFonts w:ascii="Times New Roman" w:hAnsi="Times New Roman" w:eastAsia="宋体"/>
                <w:b w:val="0"/>
                <w:sz w:val="21"/>
              </w:rPr>
              <w:t>26</w:t>
            </w:r>
          </w:p>
        </w:tc>
        <w:tc>
          <w:tcPr>
            <w:tcW w:type="dxa" w:w="1727"/>
          </w:tcPr>
          <w:p>
            <w:pPr>
              <w:spacing w:after="20" w:before="20"/>
            </w:pPr>
            <w:r/>
            <w:r>
              <w:rPr>
                <w:rFonts w:ascii="Times New Roman" w:hAnsi="Times New Roman" w:eastAsia="宋体"/>
                <w:b w:val="0"/>
                <w:sz w:val="21"/>
              </w:rPr>
              <w:t>滕婉莹</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中国农业大学</w:t>
            </w:r>
          </w:p>
        </w:tc>
        <w:tc>
          <w:tcPr>
            <w:tcW w:type="dxa" w:w="1727"/>
          </w:tcPr>
          <w:p>
            <w:pPr>
              <w:spacing w:after="20" w:before="20"/>
            </w:pPr>
            <w:r/>
            <w:r>
              <w:rPr>
                <w:rFonts w:ascii="Times New Roman" w:hAnsi="Times New Roman" w:eastAsia="宋体"/>
                <w:b w:val="0"/>
                <w:sz w:val="21"/>
              </w:rPr>
              <w:t>市场营销</w:t>
            </w:r>
          </w:p>
        </w:tc>
      </w:tr>
      <w:tr>
        <w:tc>
          <w:tcPr>
            <w:tcW w:type="dxa" w:w="1727"/>
          </w:tcPr>
          <w:p>
            <w:pPr>
              <w:spacing w:after="20" w:before="20"/>
            </w:pPr>
            <w:r/>
            <w:r>
              <w:rPr>
                <w:rFonts w:ascii="Times New Roman" w:hAnsi="Times New Roman" w:eastAsia="宋体"/>
                <w:b w:val="0"/>
                <w:sz w:val="21"/>
              </w:rPr>
              <w:t>27</w:t>
            </w:r>
          </w:p>
        </w:tc>
        <w:tc>
          <w:tcPr>
            <w:tcW w:type="dxa" w:w="1727"/>
          </w:tcPr>
          <w:p>
            <w:pPr>
              <w:spacing w:after="20" w:before="20"/>
            </w:pPr>
            <w:r/>
            <w:r>
              <w:rPr>
                <w:rFonts w:ascii="Times New Roman" w:hAnsi="Times New Roman" w:eastAsia="宋体"/>
                <w:b w:val="0"/>
                <w:sz w:val="21"/>
              </w:rPr>
              <w:t>胡智诚</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中南财经政法大学</w:t>
            </w:r>
          </w:p>
        </w:tc>
        <w:tc>
          <w:tcPr>
            <w:tcW w:type="dxa" w:w="1727"/>
          </w:tcPr>
          <w:p>
            <w:pPr>
              <w:spacing w:after="20" w:before="20"/>
            </w:pPr>
            <w:r/>
            <w:r>
              <w:rPr>
                <w:rFonts w:ascii="Times New Roman" w:hAnsi="Times New Roman" w:eastAsia="宋体"/>
                <w:b w:val="0"/>
                <w:sz w:val="21"/>
              </w:rPr>
              <w:t>保险学</w:t>
            </w:r>
          </w:p>
        </w:tc>
      </w:tr>
      <w:tr>
        <w:tc>
          <w:tcPr>
            <w:tcW w:type="dxa" w:w="1727"/>
          </w:tcPr>
          <w:p>
            <w:pPr>
              <w:spacing w:after="20" w:before="20"/>
            </w:pPr>
            <w:r/>
            <w:r>
              <w:rPr>
                <w:rFonts w:ascii="Times New Roman" w:hAnsi="Times New Roman" w:eastAsia="宋体"/>
                <w:b w:val="0"/>
                <w:sz w:val="21"/>
              </w:rPr>
              <w:t>28</w:t>
            </w:r>
          </w:p>
        </w:tc>
        <w:tc>
          <w:tcPr>
            <w:tcW w:type="dxa" w:w="1727"/>
          </w:tcPr>
          <w:p>
            <w:pPr>
              <w:spacing w:after="20" w:before="20"/>
            </w:pPr>
            <w:r/>
            <w:r>
              <w:rPr>
                <w:rFonts w:ascii="Times New Roman" w:hAnsi="Times New Roman" w:eastAsia="宋体"/>
                <w:b w:val="0"/>
                <w:sz w:val="21"/>
              </w:rPr>
              <w:t>杜佳艺</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中南大学</w:t>
            </w:r>
          </w:p>
        </w:tc>
        <w:tc>
          <w:tcPr>
            <w:tcW w:type="dxa" w:w="1727"/>
          </w:tcPr>
          <w:p>
            <w:pPr>
              <w:spacing w:after="20" w:before="20"/>
            </w:pPr>
            <w:r/>
            <w:r>
              <w:rPr>
                <w:rFonts w:ascii="Times New Roman" w:hAnsi="Times New Roman" w:eastAsia="宋体"/>
                <w:b w:val="0"/>
                <w:sz w:val="21"/>
              </w:rPr>
              <w:t>会计学</w:t>
            </w:r>
          </w:p>
        </w:tc>
      </w:tr>
      <w:tr>
        <w:tc>
          <w:tcPr>
            <w:tcW w:type="dxa" w:w="1727"/>
          </w:tcPr>
          <w:p>
            <w:pPr>
              <w:spacing w:after="20" w:before="20"/>
            </w:pPr>
            <w:r/>
            <w:r>
              <w:rPr>
                <w:rFonts w:ascii="Times New Roman" w:hAnsi="Times New Roman" w:eastAsia="宋体"/>
                <w:b w:val="0"/>
                <w:sz w:val="21"/>
              </w:rPr>
              <w:t>29</w:t>
            </w:r>
          </w:p>
        </w:tc>
        <w:tc>
          <w:tcPr>
            <w:tcW w:type="dxa" w:w="1727"/>
          </w:tcPr>
          <w:p>
            <w:pPr>
              <w:spacing w:after="20" w:before="20"/>
            </w:pPr>
            <w:r/>
            <w:r>
              <w:rPr>
                <w:rFonts w:ascii="Times New Roman" w:hAnsi="Times New Roman" w:eastAsia="宋体"/>
                <w:b w:val="0"/>
                <w:sz w:val="21"/>
              </w:rPr>
              <w:t>卢浩杰</w:t>
            </w:r>
          </w:p>
        </w:tc>
        <w:tc>
          <w:tcPr>
            <w:tcW w:type="dxa" w:w="1727"/>
          </w:tcPr>
          <w:p>
            <w:pPr>
              <w:spacing w:after="20" w:before="20"/>
            </w:pPr>
            <w:r/>
            <w:r>
              <w:rPr>
                <w:rFonts w:ascii="Times New Roman" w:hAnsi="Times New Roman" w:eastAsia="宋体"/>
                <w:b w:val="0"/>
                <w:sz w:val="21"/>
              </w:rPr>
              <w:t>男</w:t>
            </w:r>
          </w:p>
        </w:tc>
        <w:tc>
          <w:tcPr>
            <w:tcW w:type="dxa" w:w="1727"/>
          </w:tcPr>
          <w:p>
            <w:pPr>
              <w:spacing w:after="20" w:before="20"/>
            </w:pPr>
            <w:r/>
            <w:r>
              <w:rPr>
                <w:rFonts w:ascii="Times New Roman" w:hAnsi="Times New Roman" w:eastAsia="宋体"/>
                <w:b w:val="0"/>
                <w:sz w:val="21"/>
              </w:rPr>
              <w:t>中山大学</w:t>
            </w:r>
          </w:p>
        </w:tc>
        <w:tc>
          <w:tcPr>
            <w:tcW w:type="dxa" w:w="1727"/>
          </w:tcPr>
          <w:p>
            <w:pPr>
              <w:spacing w:after="20" w:before="20"/>
            </w:pPr>
            <w:r/>
            <w:r>
              <w:rPr>
                <w:rFonts w:ascii="Times New Roman" w:hAnsi="Times New Roman" w:eastAsia="宋体"/>
                <w:b w:val="0"/>
                <w:sz w:val="21"/>
              </w:rPr>
              <w:t>工商管理</w:t>
            </w:r>
          </w:p>
        </w:tc>
      </w:tr>
      <w:tr>
        <w:tc>
          <w:tcPr>
            <w:tcW w:type="dxa" w:w="1727"/>
          </w:tcPr>
          <w:p>
            <w:pPr>
              <w:spacing w:after="20" w:before="20"/>
            </w:pPr>
            <w:r/>
            <w:r>
              <w:rPr>
                <w:rFonts w:ascii="Times New Roman" w:hAnsi="Times New Roman" w:eastAsia="宋体"/>
                <w:b w:val="0"/>
                <w:sz w:val="21"/>
              </w:rPr>
              <w:t>30</w:t>
            </w:r>
          </w:p>
        </w:tc>
        <w:tc>
          <w:tcPr>
            <w:tcW w:type="dxa" w:w="1727"/>
          </w:tcPr>
          <w:p>
            <w:pPr>
              <w:spacing w:after="20" w:before="20"/>
            </w:pPr>
            <w:r/>
            <w:r>
              <w:rPr>
                <w:rFonts w:ascii="Times New Roman" w:hAnsi="Times New Roman" w:eastAsia="宋体"/>
                <w:b w:val="0"/>
                <w:sz w:val="21"/>
              </w:rPr>
              <w:t>孙旭</w:t>
            </w:r>
          </w:p>
        </w:tc>
        <w:tc>
          <w:tcPr>
            <w:tcW w:type="dxa" w:w="1727"/>
          </w:tcPr>
          <w:p>
            <w:pPr>
              <w:spacing w:after="20" w:before="20"/>
            </w:pPr>
            <w:r/>
            <w:r>
              <w:rPr>
                <w:rFonts w:ascii="Times New Roman" w:hAnsi="Times New Roman" w:eastAsia="宋体"/>
                <w:b w:val="0"/>
                <w:sz w:val="21"/>
              </w:rPr>
              <w:t>女</w:t>
            </w:r>
          </w:p>
        </w:tc>
        <w:tc>
          <w:tcPr>
            <w:tcW w:type="dxa" w:w="1727"/>
          </w:tcPr>
          <w:p>
            <w:pPr>
              <w:spacing w:after="20" w:before="20"/>
            </w:pPr>
            <w:r/>
            <w:r>
              <w:rPr>
                <w:rFonts w:ascii="Times New Roman" w:hAnsi="Times New Roman" w:eastAsia="宋体"/>
                <w:b w:val="0"/>
                <w:sz w:val="21"/>
              </w:rPr>
              <w:t>重庆大学</w:t>
            </w:r>
          </w:p>
        </w:tc>
        <w:tc>
          <w:tcPr>
            <w:tcW w:type="dxa" w:w="1727"/>
          </w:tcPr>
          <w:p>
            <w:pPr>
              <w:spacing w:after="20" w:before="20"/>
            </w:pPr>
            <w:r/>
            <w:r>
              <w:rPr>
                <w:rFonts w:ascii="Times New Roman" w:hAnsi="Times New Roman" w:eastAsia="宋体"/>
                <w:b w:val="0"/>
                <w:sz w:val="21"/>
              </w:rPr>
              <w:t>工商管理</w:t>
            </w:r>
          </w:p>
        </w:tc>
      </w:tr>
    </w:tbl>
    <w:p>
      <w:pPr>
        <w:spacing w:before="160" w:after="80" w:lineRule="auto" w:line="360"/>
        <w:jc w:val="left"/>
      </w:pPr>
      <w:r>
        <w:rPr>
          <w:rFonts w:ascii="Times New Roman" w:hAnsi="Times New Roman" w:eastAsia="宋体"/>
          <w:b/>
          <w:sz w:val="28"/>
        </w:rPr>
        <w:t>三、夏令营日程安排</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日期</w:t>
            </w:r>
          </w:p>
        </w:tc>
        <w:tc>
          <w:tcPr>
            <w:tcW w:type="dxa" w:w="2158"/>
          </w:tcPr>
          <w:p>
            <w:pPr>
              <w:spacing w:after="20" w:before="20"/>
            </w:pPr>
            <w:r/>
            <w:r>
              <w:rPr>
                <w:rFonts w:ascii="Times New Roman" w:hAnsi="Times New Roman" w:eastAsia="宋体"/>
                <w:b/>
                <w:sz w:val="21"/>
              </w:rPr>
              <w:t>时间</w:t>
            </w:r>
          </w:p>
        </w:tc>
        <w:tc>
          <w:tcPr>
            <w:tcW w:type="dxa" w:w="2158"/>
          </w:tcPr>
          <w:p>
            <w:pPr>
              <w:spacing w:after="20" w:before="20"/>
            </w:pPr>
            <w:r/>
            <w:r>
              <w:rPr>
                <w:rFonts w:ascii="Times New Roman" w:hAnsi="Times New Roman" w:eastAsia="宋体"/>
                <w:b/>
                <w:sz w:val="21"/>
              </w:rPr>
              <w:t>内容</w:t>
            </w:r>
          </w:p>
        </w:tc>
        <w:tc>
          <w:tcPr>
            <w:tcW w:type="dxa" w:w="2158"/>
          </w:tcPr>
          <w:p>
            <w:pPr>
              <w:spacing w:after="20" w:before="20"/>
            </w:pPr>
            <w:r/>
            <w:r>
              <w:rPr>
                <w:rFonts w:ascii="Times New Roman" w:hAnsi="Times New Roman" w:eastAsia="宋体"/>
                <w:b/>
                <w:sz w:val="21"/>
              </w:rPr>
              <w:t>地点</w:t>
            </w:r>
          </w:p>
        </w:tc>
      </w:tr>
      <w:tr>
        <w:tc>
          <w:tcPr>
            <w:tcW w:type="dxa" w:w="2158"/>
          </w:tcPr>
          <w:p>
            <w:pPr>
              <w:spacing w:after="20" w:before="20"/>
            </w:pPr>
            <w:r/>
            <w:r>
              <w:rPr>
                <w:rFonts w:ascii="Times New Roman" w:hAnsi="Times New Roman" w:eastAsia="宋体"/>
                <w:b w:val="0"/>
                <w:sz w:val="21"/>
              </w:rPr>
              <w:t>7月13日（星期一）</w:t>
            </w:r>
          </w:p>
        </w:tc>
        <w:tc>
          <w:tcPr>
            <w:tcW w:type="dxa" w:w="2158"/>
          </w:tcPr>
          <w:p>
            <w:pPr>
              <w:spacing w:after="20" w:before="20"/>
            </w:pPr>
            <w:r/>
            <w:r>
              <w:rPr>
                <w:rFonts w:ascii="Times New Roman" w:hAnsi="Times New Roman" w:eastAsia="宋体"/>
                <w:b w:val="0"/>
                <w:sz w:val="21"/>
              </w:rPr>
              <w:t>下午（13:00-16:00）</w:t>
            </w:r>
          </w:p>
        </w:tc>
        <w:tc>
          <w:tcPr>
            <w:tcW w:type="dxa" w:w="2158"/>
          </w:tcPr>
          <w:p>
            <w:pPr>
              <w:spacing w:after="20" w:before="20"/>
            </w:pPr>
            <w:r/>
            <w:r>
              <w:rPr>
                <w:rFonts w:ascii="Times New Roman" w:hAnsi="Times New Roman" w:eastAsia="宋体"/>
                <w:b w:val="0"/>
                <w:sz w:val="21"/>
              </w:rPr>
              <w:t>入营报到</w:t>
            </w:r>
          </w:p>
        </w:tc>
        <w:tc>
          <w:tcPr>
            <w:tcW w:type="dxa" w:w="2158"/>
          </w:tcPr>
          <w:p>
            <w:pPr>
              <w:spacing w:after="20" w:before="20"/>
            </w:pPr>
            <w:r/>
            <w:r>
              <w:rPr>
                <w:rFonts w:ascii="Times New Roman" w:hAnsi="Times New Roman" w:eastAsia="宋体"/>
                <w:b w:val="0"/>
                <w:sz w:val="21"/>
              </w:rPr>
              <w:t>主楼216室</w:t>
            </w:r>
          </w:p>
        </w:tc>
      </w:tr>
      <w:tr>
        <w:tc>
          <w:tcPr>
            <w:tcW w:type="dxa" w:w="2158"/>
          </w:tcPr>
          <w:p>
            <w:pPr>
              <w:spacing w:after="20" w:before="20"/>
            </w:pPr>
            <w:r/>
            <w:r>
              <w:rPr>
                <w:rFonts w:ascii="Times New Roman" w:hAnsi="Times New Roman" w:eastAsia="宋体"/>
                <w:b w:val="0"/>
                <w:sz w:val="21"/>
              </w:rPr>
              <w:t>7月14日（星期二）</w:t>
            </w:r>
          </w:p>
        </w:tc>
        <w:tc>
          <w:tcPr>
            <w:tcW w:type="dxa" w:w="2158"/>
          </w:tcPr>
          <w:p>
            <w:pPr>
              <w:spacing w:after="20" w:before="20"/>
            </w:pPr>
            <w:r/>
            <w:r>
              <w:rPr>
                <w:rFonts w:ascii="Times New Roman" w:hAnsi="Times New Roman" w:eastAsia="宋体"/>
                <w:b w:val="0"/>
                <w:sz w:val="21"/>
              </w:rPr>
              <w:t>上午（08:30-10:30）</w:t>
            </w:r>
          </w:p>
        </w:tc>
        <w:tc>
          <w:tcPr>
            <w:tcW w:type="dxa" w:w="2158"/>
          </w:tcPr>
          <w:p>
            <w:pPr>
              <w:spacing w:after="20" w:before="20"/>
            </w:pPr>
            <w:r/>
            <w:r>
              <w:rPr>
                <w:rFonts w:ascii="Times New Roman" w:hAnsi="Times New Roman" w:eastAsia="宋体"/>
                <w:b w:val="0"/>
                <w:sz w:val="21"/>
              </w:rPr>
              <w:t>开营式、学院介绍、学科介绍等</w:t>
            </w:r>
          </w:p>
        </w:tc>
        <w:tc>
          <w:tcPr>
            <w:tcW w:type="dxa" w:w="2158"/>
          </w:tcPr>
          <w:p>
            <w:pPr>
              <w:spacing w:after="20" w:before="20"/>
            </w:pPr>
            <w:r/>
            <w:r>
              <w:rPr>
                <w:rFonts w:ascii="Times New Roman" w:hAnsi="Times New Roman" w:eastAsia="宋体"/>
                <w:b w:val="0"/>
                <w:sz w:val="21"/>
              </w:rPr>
              <w:t>主楼241</w:t>
            </w:r>
          </w:p>
        </w:tc>
      </w:tr>
      <w:tr>
        <w:tc>
          <w:tcPr>
            <w:tcW w:type="dxa" w:w="2158"/>
          </w:tcPr>
          <w:p>
            <w:pPr>
              <w:spacing w:after="20" w:before="20"/>
            </w:pPr>
            <w:r/>
            <w:r>
              <w:rPr>
                <w:rFonts w:ascii="Times New Roman" w:hAnsi="Times New Roman" w:eastAsia="宋体"/>
                <w:b w:val="0"/>
                <w:sz w:val="21"/>
              </w:rPr>
              <w:t>7月14日（星期二）</w:t>
            </w:r>
          </w:p>
        </w:tc>
        <w:tc>
          <w:tcPr>
            <w:tcW w:type="dxa" w:w="2158"/>
          </w:tcPr>
          <w:p>
            <w:pPr>
              <w:spacing w:after="20" w:before="20"/>
            </w:pPr>
            <w:r/>
            <w:r>
              <w:rPr>
                <w:rFonts w:ascii="Times New Roman" w:hAnsi="Times New Roman" w:eastAsia="宋体"/>
                <w:b w:val="0"/>
                <w:sz w:val="21"/>
              </w:rPr>
              <w:t>上午（10:30-12:00）</w:t>
            </w:r>
          </w:p>
        </w:tc>
        <w:tc>
          <w:tcPr>
            <w:tcW w:type="dxa" w:w="2158"/>
          </w:tcPr>
          <w:p>
            <w:pPr>
              <w:spacing w:after="20" w:before="20"/>
            </w:pPr>
            <w:r/>
            <w:r>
              <w:rPr>
                <w:rFonts w:ascii="Times New Roman" w:hAnsi="Times New Roman" w:eastAsia="宋体"/>
                <w:b w:val="0"/>
                <w:sz w:val="21"/>
              </w:rPr>
              <w:t>学术报告1</w:t>
            </w:r>
          </w:p>
        </w:tc>
        <w:tc>
          <w:tcPr>
            <w:tcW w:type="dxa" w:w="2158"/>
          </w:tcPr>
          <w:p>
            <w:pPr>
              <w:spacing w:after="20" w:before="20"/>
            </w:pPr>
            <w:r/>
            <w:r>
              <w:rPr>
                <w:rFonts w:ascii="Times New Roman" w:hAnsi="Times New Roman" w:eastAsia="宋体"/>
                <w:b w:val="0"/>
                <w:sz w:val="21"/>
              </w:rPr>
              <w:t>另行通知</w:t>
            </w:r>
          </w:p>
        </w:tc>
      </w:tr>
      <w:tr>
        <w:tc>
          <w:tcPr>
            <w:tcW w:type="dxa" w:w="2158"/>
          </w:tcPr>
          <w:p>
            <w:pPr>
              <w:spacing w:after="20" w:before="20"/>
            </w:pPr>
            <w:r/>
            <w:r>
              <w:rPr>
                <w:rFonts w:ascii="Times New Roman" w:hAnsi="Times New Roman" w:eastAsia="宋体"/>
                <w:b w:val="0"/>
                <w:sz w:val="21"/>
              </w:rPr>
              <w:t>7月14日（星期二）</w:t>
            </w:r>
          </w:p>
        </w:tc>
        <w:tc>
          <w:tcPr>
            <w:tcW w:type="dxa" w:w="2158"/>
          </w:tcPr>
          <w:p>
            <w:pPr>
              <w:spacing w:after="20" w:before="20"/>
            </w:pPr>
            <w:r/>
            <w:r>
              <w:rPr>
                <w:rFonts w:ascii="Times New Roman" w:hAnsi="Times New Roman" w:eastAsia="宋体"/>
                <w:b w:val="0"/>
                <w:sz w:val="21"/>
              </w:rPr>
              <w:t>下午（14:00-15:30）</w:t>
            </w:r>
          </w:p>
        </w:tc>
        <w:tc>
          <w:tcPr>
            <w:tcW w:type="dxa" w:w="2158"/>
          </w:tcPr>
          <w:p>
            <w:pPr>
              <w:spacing w:after="20" w:before="20"/>
            </w:pPr>
            <w:r/>
            <w:r>
              <w:rPr>
                <w:rFonts w:ascii="Times New Roman" w:hAnsi="Times New Roman" w:eastAsia="宋体"/>
                <w:b w:val="0"/>
                <w:sz w:val="21"/>
              </w:rPr>
              <w:t>学术报告2</w:t>
            </w:r>
          </w:p>
        </w:tc>
        <w:tc>
          <w:tcPr>
            <w:tcW w:type="dxa" w:w="2158"/>
          </w:tcPr>
          <w:p>
            <w:pPr>
              <w:spacing w:after="20" w:before="20"/>
            </w:pPr>
            <w:r/>
            <w:r>
              <w:rPr>
                <w:rFonts w:ascii="Times New Roman" w:hAnsi="Times New Roman" w:eastAsia="宋体"/>
                <w:b w:val="0"/>
                <w:sz w:val="21"/>
              </w:rPr>
              <w:t>另行通知</w:t>
            </w:r>
          </w:p>
        </w:tc>
      </w:tr>
      <w:tr>
        <w:tc>
          <w:tcPr>
            <w:tcW w:type="dxa" w:w="2158"/>
          </w:tcPr>
          <w:p>
            <w:pPr>
              <w:spacing w:after="20" w:before="20"/>
            </w:pPr>
            <w:r/>
            <w:r>
              <w:rPr>
                <w:rFonts w:ascii="Times New Roman" w:hAnsi="Times New Roman" w:eastAsia="宋体"/>
                <w:b w:val="0"/>
                <w:sz w:val="21"/>
              </w:rPr>
              <w:t>7月14日（星期二）</w:t>
            </w:r>
          </w:p>
        </w:tc>
        <w:tc>
          <w:tcPr>
            <w:tcW w:type="dxa" w:w="2158"/>
          </w:tcPr>
          <w:p>
            <w:pPr>
              <w:spacing w:after="20" w:before="20"/>
            </w:pPr>
            <w:r/>
            <w:r>
              <w:rPr>
                <w:rFonts w:ascii="Times New Roman" w:hAnsi="Times New Roman" w:eastAsia="宋体"/>
                <w:b w:val="0"/>
                <w:sz w:val="21"/>
              </w:rPr>
              <w:t>下午（15:40-17:10）</w:t>
            </w:r>
          </w:p>
        </w:tc>
        <w:tc>
          <w:tcPr>
            <w:tcW w:type="dxa" w:w="2158"/>
          </w:tcPr>
          <w:p>
            <w:pPr>
              <w:spacing w:after="20" w:before="20"/>
            </w:pPr>
            <w:r/>
            <w:r>
              <w:rPr>
                <w:rFonts w:ascii="Times New Roman" w:hAnsi="Times New Roman" w:eastAsia="宋体"/>
                <w:b w:val="0"/>
                <w:sz w:val="21"/>
              </w:rPr>
              <w:t>学术报告3</w:t>
            </w:r>
          </w:p>
        </w:tc>
        <w:tc>
          <w:tcPr>
            <w:tcW w:type="dxa" w:w="2158"/>
          </w:tcPr>
          <w:p>
            <w:pPr>
              <w:spacing w:after="20" w:before="20"/>
            </w:pPr>
            <w:r/>
            <w:r>
              <w:rPr>
                <w:rFonts w:ascii="Times New Roman" w:hAnsi="Times New Roman" w:eastAsia="宋体"/>
                <w:b w:val="0"/>
                <w:sz w:val="21"/>
              </w:rPr>
              <w:t>另行通知</w:t>
            </w:r>
          </w:p>
        </w:tc>
      </w:tr>
      <w:tr>
        <w:tc>
          <w:tcPr>
            <w:tcW w:type="dxa" w:w="2158"/>
          </w:tcPr>
          <w:p>
            <w:pPr>
              <w:spacing w:after="20" w:before="20"/>
            </w:pPr>
            <w:r/>
            <w:r>
              <w:rPr>
                <w:rFonts w:ascii="Times New Roman" w:hAnsi="Times New Roman" w:eastAsia="宋体"/>
                <w:b w:val="0"/>
                <w:sz w:val="21"/>
              </w:rPr>
              <w:t>7月15日（星期三）</w:t>
            </w:r>
          </w:p>
        </w:tc>
        <w:tc>
          <w:tcPr>
            <w:tcW w:type="dxa" w:w="2158"/>
          </w:tcPr>
          <w:p>
            <w:pPr>
              <w:spacing w:after="20" w:before="20"/>
            </w:pPr>
            <w:r/>
            <w:r>
              <w:rPr>
                <w:rFonts w:ascii="Times New Roman" w:hAnsi="Times New Roman" w:eastAsia="宋体"/>
                <w:b w:val="0"/>
                <w:sz w:val="21"/>
              </w:rPr>
              <w:t>上午（08:30-10:00）</w:t>
            </w:r>
          </w:p>
        </w:tc>
        <w:tc>
          <w:tcPr>
            <w:tcW w:type="dxa" w:w="2158"/>
          </w:tcPr>
          <w:p>
            <w:pPr>
              <w:spacing w:after="20" w:before="20"/>
            </w:pPr>
            <w:r/>
            <w:r>
              <w:rPr>
                <w:rFonts w:ascii="Times New Roman" w:hAnsi="Times New Roman" w:eastAsia="宋体"/>
                <w:b w:val="0"/>
                <w:sz w:val="21"/>
              </w:rPr>
              <w:t>学术报告4</w:t>
            </w:r>
          </w:p>
        </w:tc>
        <w:tc>
          <w:tcPr>
            <w:tcW w:type="dxa" w:w="2158"/>
          </w:tcPr>
          <w:p>
            <w:pPr>
              <w:spacing w:after="20" w:before="20"/>
            </w:pPr>
            <w:r/>
            <w:r>
              <w:rPr>
                <w:rFonts w:ascii="Times New Roman" w:hAnsi="Times New Roman" w:eastAsia="宋体"/>
                <w:b w:val="0"/>
                <w:sz w:val="21"/>
              </w:rPr>
              <w:t>另行通知</w:t>
            </w:r>
          </w:p>
        </w:tc>
      </w:tr>
      <w:tr>
        <w:tc>
          <w:tcPr>
            <w:tcW w:type="dxa" w:w="2158"/>
          </w:tcPr>
          <w:p>
            <w:pPr>
              <w:spacing w:after="20" w:before="20"/>
            </w:pPr>
            <w:r/>
            <w:r>
              <w:rPr>
                <w:rFonts w:ascii="Times New Roman" w:hAnsi="Times New Roman" w:eastAsia="宋体"/>
                <w:b w:val="0"/>
                <w:sz w:val="21"/>
              </w:rPr>
              <w:t>7月15日（星期三）</w:t>
            </w:r>
          </w:p>
        </w:tc>
        <w:tc>
          <w:tcPr>
            <w:tcW w:type="dxa" w:w="2158"/>
          </w:tcPr>
          <w:p>
            <w:pPr>
              <w:spacing w:after="20" w:before="20"/>
            </w:pPr>
            <w:r/>
            <w:r>
              <w:rPr>
                <w:rFonts w:ascii="Times New Roman" w:hAnsi="Times New Roman" w:eastAsia="宋体"/>
                <w:b w:val="0"/>
                <w:sz w:val="21"/>
              </w:rPr>
              <w:t>上午（10:10-11:40）</w:t>
            </w:r>
          </w:p>
        </w:tc>
        <w:tc>
          <w:tcPr>
            <w:tcW w:type="dxa" w:w="2158"/>
          </w:tcPr>
          <w:p>
            <w:pPr>
              <w:spacing w:after="20" w:before="20"/>
            </w:pPr>
            <w:r/>
            <w:r>
              <w:rPr>
                <w:rFonts w:ascii="Times New Roman" w:hAnsi="Times New Roman" w:eastAsia="宋体"/>
                <w:b w:val="0"/>
                <w:sz w:val="21"/>
              </w:rPr>
              <w:t>学术报告5</w:t>
            </w:r>
          </w:p>
        </w:tc>
        <w:tc>
          <w:tcPr>
            <w:tcW w:type="dxa" w:w="2158"/>
          </w:tcPr>
          <w:p>
            <w:pPr>
              <w:spacing w:after="20" w:before="20"/>
            </w:pPr>
            <w:r/>
            <w:r>
              <w:rPr>
                <w:rFonts w:ascii="Times New Roman" w:hAnsi="Times New Roman" w:eastAsia="宋体"/>
                <w:b w:val="0"/>
                <w:sz w:val="21"/>
              </w:rPr>
              <w:t>另行通知</w:t>
            </w:r>
          </w:p>
        </w:tc>
      </w:tr>
      <w:tr>
        <w:tc>
          <w:tcPr>
            <w:tcW w:type="dxa" w:w="2158"/>
          </w:tcPr>
          <w:p>
            <w:pPr>
              <w:spacing w:after="20" w:before="20"/>
            </w:pPr>
            <w:r/>
            <w:r>
              <w:rPr>
                <w:rFonts w:ascii="Times New Roman" w:hAnsi="Times New Roman" w:eastAsia="宋体"/>
                <w:b w:val="0"/>
                <w:sz w:val="21"/>
              </w:rPr>
              <w:t>7月15日（星期三）</w:t>
            </w:r>
          </w:p>
        </w:tc>
        <w:tc>
          <w:tcPr>
            <w:tcW w:type="dxa" w:w="2158"/>
          </w:tcPr>
          <w:p>
            <w:pPr>
              <w:spacing w:after="20" w:before="20"/>
            </w:pPr>
            <w:r/>
            <w:r>
              <w:rPr>
                <w:rFonts w:ascii="Times New Roman" w:hAnsi="Times New Roman" w:eastAsia="宋体"/>
                <w:b w:val="0"/>
                <w:sz w:val="21"/>
              </w:rPr>
              <w:t>下午（13:30-17:00）</w:t>
            </w:r>
          </w:p>
        </w:tc>
        <w:tc>
          <w:tcPr>
            <w:tcW w:type="dxa" w:w="2158"/>
          </w:tcPr>
          <w:p>
            <w:pPr>
              <w:spacing w:after="20" w:before="20"/>
            </w:pPr>
            <w:r/>
            <w:r>
              <w:rPr>
                <w:rFonts w:ascii="Times New Roman" w:hAnsi="Times New Roman" w:eastAsia="宋体"/>
                <w:b w:val="0"/>
                <w:sz w:val="21"/>
              </w:rPr>
              <w:t>学生与教师双向交流</w:t>
            </w:r>
          </w:p>
        </w:tc>
        <w:tc>
          <w:tcPr>
            <w:tcW w:type="dxa" w:w="2158"/>
          </w:tcPr>
          <w:p>
            <w:pPr>
              <w:spacing w:after="20" w:before="20"/>
            </w:pPr>
            <w:r/>
            <w:r>
              <w:rPr>
                <w:rFonts w:ascii="Times New Roman" w:hAnsi="Times New Roman" w:eastAsia="宋体"/>
                <w:b w:val="0"/>
                <w:sz w:val="21"/>
              </w:rPr>
              <w:t>分组、另行通知</w:t>
            </w:r>
          </w:p>
        </w:tc>
      </w:tr>
      <w:tr>
        <w:tc>
          <w:tcPr>
            <w:tcW w:type="dxa" w:w="2158"/>
          </w:tcPr>
          <w:p>
            <w:pPr>
              <w:spacing w:after="20" w:before="20"/>
            </w:pPr>
            <w:r/>
            <w:r>
              <w:rPr>
                <w:rFonts w:ascii="Times New Roman" w:hAnsi="Times New Roman" w:eastAsia="宋体"/>
                <w:b w:val="0"/>
                <w:sz w:val="21"/>
              </w:rPr>
              <w:t>7月16日（星期四）</w:t>
            </w:r>
          </w:p>
        </w:tc>
        <w:tc>
          <w:tcPr>
            <w:tcW w:type="dxa" w:w="2158"/>
          </w:tcPr>
          <w:p>
            <w:pPr>
              <w:spacing w:after="20" w:before="20"/>
            </w:pPr>
            <w:r/>
            <w:r>
              <w:rPr>
                <w:rFonts w:ascii="Times New Roman" w:hAnsi="Times New Roman" w:eastAsia="宋体"/>
                <w:b w:val="0"/>
                <w:sz w:val="21"/>
              </w:rPr>
              <w:t>上午9:00-10:00</w:t>
            </w:r>
          </w:p>
        </w:tc>
        <w:tc>
          <w:tcPr>
            <w:tcW w:type="dxa" w:w="2158"/>
          </w:tcPr>
          <w:p>
            <w:pPr>
              <w:spacing w:after="20" w:before="20"/>
            </w:pPr>
            <w:r/>
            <w:r>
              <w:rPr>
                <w:rFonts w:ascii="Times New Roman" w:hAnsi="Times New Roman" w:eastAsia="宋体"/>
                <w:b w:val="0"/>
                <w:sz w:val="21"/>
              </w:rPr>
              <w:t>参观校史馆，了解学校</w:t>
            </w:r>
          </w:p>
        </w:tc>
        <w:tc>
          <w:tcPr>
            <w:tcW w:type="dxa" w:w="2158"/>
          </w:tcPr>
          <w:p>
            <w:pPr>
              <w:spacing w:after="20" w:before="20"/>
            </w:pPr>
            <w:r/>
            <w:r>
              <w:rPr>
                <w:rFonts w:ascii="Times New Roman" w:hAnsi="Times New Roman" w:eastAsia="宋体"/>
                <w:b w:val="0"/>
                <w:sz w:val="21"/>
              </w:rPr>
              <w:t>另行通知</w:t>
            </w:r>
          </w:p>
        </w:tc>
      </w:tr>
      <w:tr>
        <w:tc>
          <w:tcPr>
            <w:tcW w:type="dxa" w:w="2158"/>
          </w:tcPr>
          <w:p>
            <w:pPr>
              <w:spacing w:after="20" w:before="20"/>
            </w:pPr>
            <w:r/>
            <w:r>
              <w:rPr>
                <w:rFonts w:ascii="Times New Roman" w:hAnsi="Times New Roman" w:eastAsia="宋体"/>
                <w:b w:val="0"/>
                <w:sz w:val="21"/>
              </w:rPr>
              <w:t>7月16日（星期四）</w:t>
            </w:r>
          </w:p>
        </w:tc>
        <w:tc>
          <w:tcPr>
            <w:tcW w:type="dxa" w:w="2158"/>
          </w:tcPr>
          <w:p>
            <w:pPr>
              <w:spacing w:after="20" w:before="20"/>
            </w:pPr>
            <w:r/>
            <w:r>
              <w:rPr>
                <w:rFonts w:ascii="Times New Roman" w:hAnsi="Times New Roman" w:eastAsia="宋体"/>
                <w:b w:val="0"/>
                <w:sz w:val="21"/>
              </w:rPr>
              <w:t>上午10:30</w:t>
            </w:r>
          </w:p>
        </w:tc>
        <w:tc>
          <w:tcPr>
            <w:tcW w:type="dxa" w:w="2158"/>
          </w:tcPr>
          <w:p>
            <w:pPr>
              <w:spacing w:after="20" w:before="20"/>
            </w:pPr>
            <w:r/>
            <w:r>
              <w:rPr>
                <w:rFonts w:ascii="Times New Roman" w:hAnsi="Times New Roman" w:eastAsia="宋体"/>
                <w:b w:val="0"/>
                <w:sz w:val="21"/>
              </w:rPr>
              <w:t>闭营式</w:t>
            </w:r>
          </w:p>
        </w:tc>
        <w:tc>
          <w:tcPr>
            <w:tcW w:type="dxa" w:w="2158"/>
          </w:tcPr>
          <w:p>
            <w:pPr>
              <w:spacing w:after="20" w:before="20"/>
            </w:pPr>
            <w:r/>
            <w:r>
              <w:rPr>
                <w:rFonts w:ascii="Times New Roman" w:hAnsi="Times New Roman" w:eastAsia="宋体"/>
                <w:b w:val="0"/>
                <w:sz w:val="21"/>
              </w:rPr>
              <w:t>另行通知</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