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教育学院2026年“推免”特殊学术专长答辩通知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教育学院2026年“推免”特殊学术专长答辩通知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发布日期：2025年9月9日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2022级申请推免的同学：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一、答辩安排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答辩时间：9月10日（周四）10：00。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答辩地点：东一区B815。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答辩要求：每人介绍特殊学术专长1-3分钟，并回答专家评审提问。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二、携带材料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申请奖励加分的特殊学术专长证明材料。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学生填写完整、本人签字的特殊学术专长审核鉴定表。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请相关同学携带以上材料准时参加。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教育学院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2025年9月9日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