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line="360" w:lineRule="auto" w:before="240" w:after="160"/>
        <w:ind w:firstLine="0"/>
        <w:jc w:val="center"/>
      </w:pPr>
      <w:r>
        <w:rPr>
          <w:rFonts w:ascii="Times New Roman" w:hAnsi="Times New Roman" w:eastAsia="宋体"/>
          <w:b/>
          <w:sz w:val="32"/>
        </w:rPr>
        <w:t>苏州大学文学院推荐2026 届优秀应届本科毕业生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苏州大学文学院推荐2026 届优秀应届本科毕业生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免试攻读硕士研究生实施细则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根据教育部和江苏省教育厅相关政策、依据《苏州大学推荐优秀应届本科毕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业生免试攻读研究生工作实施办法（2025 年修订）》（苏大教〔2025〕50 号）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《关于组织开展推荐2026 年优秀应届本科毕业生免试攻读研究生工作的通知》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（教字〔2025〕179 号）等文件精神，结合文学院工作实际，特制定本实施细则。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一、工作机构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为加强推免工作的组织领导，落实集体议事和集体决策制度，本着公平、公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正、公开的原则，维护推荐与招生的公平竞争和科学选拔，选拔出优秀的本科生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免试攻读研究生，特成立文学院推荐应届本科毕业生2026 届免试攻读硕士研究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生工作领导小组。领导小组由党政领导、专业负责人及专业教师等11 人组成，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负责学院推免工作的实施。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领导小组成员名单如下：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组长：曹炜、夏凤军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副组长：周生杰、阴浩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成员：赵曜、陈昌强、裘兆远、张蕾、朱钦运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秘书：许烨麟、丁小珊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二、工作过程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1.自学校发布推免工作方案之日起，召集全部有意参加推免申请的同学举行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推免工作动员会，全面传达学校推免工作会议精神，介绍推免政策，并接受学生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咨询。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9 月3 日（周三）上午10:00 至9 月9 日（周二）下午15:00，推免申请条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件若与学校通知、实施办法一致的学生自愿登录“苏州大学本科生推免申请系统”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（网址：http://tmsq.jwb.suda.edu.cn，外网需先登录学校VPN），点击“推免申请”，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并上传发展素质相关证明材料及推免申请承诺书。同时，通知学生将以上材料的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纸质版提交至学院。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3.9 月2 日（周二）下午17:00 前，向教务处报送实施细则。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4.《苏州大学推荐优秀应届本科毕业生免试攻读研究生工作实施办法（2025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年修订）》（苏大教〔2025〕50 号）第十五条规定：“推免工作实行回避制度。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推免相关工作人员有直系亲属或利益相关人员（如收费辅导教学等）报名参加本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单位推免招生的须主动申请回避，有非直系亲属等报名参加推免招生的要主动报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备。相关学生申请推免资格时也应主动报备声明。”9 月5 日前，工作人员和老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师向学院纪检书记报备，学生报备向学院推免工作领导小组秘书报备。学院于9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月4 日前公布实施细则（含工作组名单、指标分配、回避报备情况）。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5.9 月5 日（周三）下午16:00 前，教务秘书完成学生的申请资格审核工作。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6.9 月10 日，学院开展综合测评，确定拟推荐学生初选名单。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7.9 月12 日（周五）中午12:00 前，教学秘书向教务处报送初选名单（含候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补）并公示。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三、综合评价及遴选办法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1.成立文学院推免工作领导小组与专家小组。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2.文学院推免指标分配情况：（1）基地班17 人；（2）汉语言文学师范20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人（含农师1 人）；（3）汉语国际教育4 人；（4）秘书学2 人；（5）学院报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送候补名单1-2 人，递补指标不分专业，按照专业综合评价成绩从高到低选择。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3.以综合评价成绩作为推免生遴选标准。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4.综合评价成绩（满分500 分）=学业成绩（GPA*100）+发展素质成绩（满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分100 分），其中，发展素质成绩按以下五项打分：参军入伍并完成两年兵役（20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分）、参加志愿服务（最高10 分）、到国际组织实习（最高10 分）、科研成果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（最高30 分）、竞赛获奖（最高30 分）等。注：综合评价时GPA 采用“学习过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程成绩排名”，必要时查看“学习过程成绩排名”内3 到4 位小数。综合评价成绩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相同时，排名依据GPA 而定。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5.综合测评时间安排：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9 月5 日（周三）下午16:00 前，教务秘书导出申请资格学生名单、发展素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质证明材料、成绩；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9 月5 日（周三）下午16:00 前，向领导小组报送名单及纸质材料；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9 月10 日，领导小组及专家审核小组根据学生材料，对照《苏州大学文学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院推免加分细则（2026 届）》（附件1），对符合申请条件的学生进行综合评价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和遴选工作。审核鉴定过程中，如有必要，学院将在一定范围内组织答辩，答辩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全程录音录像。审核专家小组根据提交的材料、答辩等情况，给出明确的审核认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定意见，并签字存档。</w:t>
      </w:r>
    </w:p>
    <w:p>
      <w:pPr>
        <w:spacing w:line="360" w:lineRule="auto" w:before="160" w:after="80"/>
        <w:ind w:firstLine="0"/>
        <w:jc w:val="left"/>
      </w:pPr>
      <w:r>
        <w:rPr>
          <w:rFonts w:ascii="Times New Roman" w:hAnsi="Times New Roman" w:eastAsia="宋体"/>
          <w:b/>
          <w:sz w:val="28"/>
        </w:rPr>
        <w:t>6.学生申诉渠道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学生在推免过程中如有任何异议，须实名提供相关事实依据，向学院推免领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导小组反映问题，领导小组协商后予以答复，联系人许老师，联系电话658800506，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邮箱3082865573@qq.com。对学院解释存疑的，可实名向学校教务处反映，联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系方式：电话67163652；邮箱xlhu@suda.edu.cn。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苏州大学文学院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2025 年9 月2 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