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景德镇陶瓷大学信息工程学院2026年接收推荐免试攻读研究生通知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根据《景德镇陶瓷大学接收推荐免试攻读硕士学位研究生工作办法》要求，为确保2026年推免生接收工作公正、有序、高效开展，结合学院实际，现将信息工程学院2026年接收推荐免试攻读研究生有关事项通知如下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发布日期（推定）：2025年9月22日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一、申请条件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推免生申请条件按《景德镇陶瓷大学接收推荐免试攻读硕士学位研究生工作办法》规定执行。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二、接收专业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2026年学院接收推免生专业信息如下（见表1）：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33"/>
        <w:gridCol w:w="1233"/>
        <w:gridCol w:w="1233"/>
        <w:gridCol w:w="1233"/>
        <w:gridCol w:w="1233"/>
        <w:gridCol w:w="1233"/>
        <w:gridCol w:w="1233"/>
      </w:tblGrid>
      <w:tr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序号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专业代码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专业名称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专业（方向）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人数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类型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学习方式</w:t>
            </w:r>
          </w:p>
        </w:tc>
      </w:tr>
      <w:tr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0812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计算机科学与技术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学硕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全日制</w:t>
            </w:r>
          </w:p>
        </w:tc>
      </w:tr>
      <w:tr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071400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统计学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学硕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全日制</w:t>
            </w:r>
          </w:p>
        </w:tc>
      </w:tr>
      <w:tr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0714J1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大数据科学与应用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学硕</w:t>
            </w:r>
          </w:p>
        </w:tc>
        <w:tc>
          <w:tcPr>
            <w:tcW w:type="dxa" w:w="123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全日制</w:t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三、推免排名信息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序号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学号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专业代码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专业名称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专业（方向）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人数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专业排名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外语成绩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课程平均绩点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附加分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综合成绩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推免排名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是否推荐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122060100213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杨萍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计算机科学与技术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135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六级：447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89.34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89.54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122040100305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胡宸刚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计算机科学与技术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135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四级：459；六级512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88.45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88.65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122060100104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黄亚旭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计算机科学与技术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135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四级：434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87.43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87.63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122060100425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张嘉怡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计算机科学与技术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135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四级：497；六级：491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87.25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87.25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122060100329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万云菲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计算机科学与技术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135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四级：452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86.21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86.41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122060100426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喻佳丽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计算机科学与技术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135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四级：438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86.1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122060100101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梁钰培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计算机科学与技术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135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四级：476；六级：451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83.97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84.07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122060200209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舒恒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070102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信息与计算科学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四级：428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88.5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88.6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122060200129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谢锐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070102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信息与计算科学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四级：455；六级：455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87.64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87.84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122060200108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王舒雨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070102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信息与计算科学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四级：488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86.81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86.81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122060400117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黄棋文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071202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应用统计学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六级：514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87.14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90.34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122060400101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张焕迪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071202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应用统计学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四级：467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88.61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0.52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89.13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122060400206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吴优根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071202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应用统计学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四级：557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88.64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88.84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122060400304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方丹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071202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应用统计学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四级：530；六级：457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88.48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88.68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122060400230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胡莹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071202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应用统计学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六级：460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87.5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87.76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122060600219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吴智慧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080717T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人工智能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四级：500；六级：464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88.95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2.36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91.31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122060600109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徐航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080717T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人工智能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四级：493；六级：469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88.57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0.91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89.48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122060600330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朱志鹏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080717T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人工智能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四级：471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83.85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83.95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122060500124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乐娜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数字媒体技术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四级：430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87.97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88.17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122060500226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黄霞玲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数字媒体技术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四级：451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86.12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86.32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122060500214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潘绍泓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数字媒体技术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六级：582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85.65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86.15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122050600229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李思奇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数字媒体技术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六级：482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86.05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86.05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122060500220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黄丽珍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数字媒体技术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四级：425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85.43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85.63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122060500107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杨涵钰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数字媒体技术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四级：447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85.35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85.55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122060500112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陈泽杰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数字媒体技术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四级：439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85.52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85.52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122060500123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邓嘉鹏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数字媒体技术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四级：426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85.12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85.32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122060500205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刘佳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数字媒体技术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四级：512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85.04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85.04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122060500120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黄浩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080906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数字媒体技术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六级：444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84.71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84.71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122060300140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刘宇乐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120102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信息管理与信息系统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四级：504；六级：433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85.84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86.04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122060300105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张燕香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120102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信息管理与信息系统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四级：495；六级：440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84.79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84.99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122060300104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刘琪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120102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信息管理与信息系统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四级：455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84.02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84.22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122060300139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李文清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120102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信息管理与信息系统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四级：429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84.01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84.21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122060300102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林嘉祺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120102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信息管理与信息系统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四级：493；六级：433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83.34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83.54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122060300210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曾慧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120102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信息管理与信息系统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四级：438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82.42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82.62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否</w:t>
            </w:r>
          </w:p>
        </w:tc>
      </w:tr>
    </w:tbl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